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F_AM_01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CERERE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Instituția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6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Reprezentare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6764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 calitate de reprezentant al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CUI / CIF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TITULAR AL AUTORIZAȚIEI DE CONSTRUIRE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Termen de valabilitate</w:t>
            </w:r>
          </w:p>
        </w:tc>
        <w:tc>
          <w:tcPr>
            <w:tcW w:type="dxa" w:w="422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Emisă de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IMOBILUL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3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3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20" w:hRule="atLeast"/>
        </w:trPr>
        <w:tc>
          <w:tcPr>
            <w:tcW w:type="dxa" w:w="591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  <w:tr>
        <w:trPr>
          <w:trHeight w:val="214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extras de carte funciară actualizat, anexat ☐ plan de încadrare în zonă în sistem Stereo 70, anexat</w:t>
            </w:r>
          </w:p>
        </w:tc>
      </w:tr>
    </w:tbl>
    <w:p>
      <w:pPr>
        <w:spacing w:before="30" w:after="40" w:line="240" w:lineRule="auto"/>
        <w:jc w:val="left"/>
      </w:pPr>
      <w:r>
        <w:rPr>
          <w:rFonts w:ascii="Times New Roman" w:hAnsi="Times New Roman"/>
          <w:b/>
          <w:i w:val="0"/>
          <w:color w:val="000000"/>
          <w:sz w:val="17"/>
        </w:rPr>
        <w:t xml:space="preserve">în conformitate cu prevederile art. 293 din Legea nr. 169/2026 privind Codul amenajării teritoriului, urbanismului și construcțiilor, </w:t>
      </w:r>
      <w:r>
        <w:br/>
      </w:r>
      <w:r>
        <w:rPr>
          <w:rFonts w:ascii="Times New Roman" w:hAnsi="Times New Roman"/>
          <w:b/>
          <w:i w:val="0"/>
          <w:color w:val="000000"/>
          <w:sz w:val="17"/>
        </w:rPr>
        <w:t xml:space="preserve">solicit emiterea </w:t>
      </w:r>
      <w:r>
        <w:br/>
      </w:r>
      <w:r>
        <w:rPr>
          <w:rFonts w:ascii="Times New Roman" w:hAnsi="Times New Roman"/>
          <w:b/>
          <w:i w:val="0"/>
          <w:color w:val="000000"/>
          <w:sz w:val="17"/>
        </w:rPr>
        <w:t>AUTORIZAȚIEI DE MODIFICARE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7"/>
        </w:rPr>
        <w:t>în vederea realizării lucrărilor corespunzătoare modificărilor de temă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MODIFICĂRILE DE TEMĂ SOLICITATE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7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ECHIPA DE PROIECTARE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4" w:hRule="atLeast"/>
        </w:trPr>
        <w:tc>
          <w:tcPr>
            <w:tcW w:type="dxa" w:w="1014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Proiect pentru autorizarea construirii actualizat</w:t>
            </w:r>
          </w:p>
        </w:tc>
      </w:tr>
      <w:tr>
        <w:trPr>
          <w:trHeight w:val="414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 / data proiectului actualizat</w:t>
            </w:r>
          </w:p>
        </w:tc>
        <w:tc>
          <w:tcPr>
            <w:tcW w:type="dxa" w:w="6765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Elaborator (denumire + sediu)</w:t>
            </w:r>
          </w:p>
        </w:tc>
      </w:tr>
      <w:tr>
        <w:trPr>
          <w:trHeight w:val="421" w:hRule="atLeast"/>
        </w:trPr>
        <w:tc>
          <w:tcPr>
            <w:tcW w:type="dxa" w:w="422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Proiectant autor — arhitect / conductor arhitect / arhitect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de interior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 TNA</w:t>
            </w:r>
          </w:p>
        </w:tc>
        <w:tc>
          <w:tcPr>
            <w:tcW w:type="dxa" w:w="422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Ingineri, pe specialități</w:t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F_AM_01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VERIFICAREA TEHNICĂ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CC 1 / NVP 1 ☐ CC 2 / NVP 2 ☐ CC 3 / NVP 3 ☐ CC 4 / NVP 4</w:t>
            </w:r>
          </w:p>
        </w:tc>
      </w:tr>
      <w:tr>
        <w:trPr>
          <w:trHeight w:val="413" w:hRule="atLeast"/>
        </w:trPr>
        <w:tc>
          <w:tcPr>
            <w:tcW w:type="dxa" w:w="5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rezistență mecanică și stabilitate — nume și prenume verificator / nr. atestat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Referat nr. / data</w:t>
            </w:r>
          </w:p>
        </w:tc>
      </w:tr>
      <w:tr>
        <w:trPr>
          <w:trHeight w:val="414" w:hRule="atLeast"/>
        </w:trPr>
        <w:tc>
          <w:tcPr>
            <w:tcW w:type="dxa" w:w="5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securitate la incendiu — nume și prenume verificator / nr. atestat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Referat nr. / data</w:t>
            </w:r>
          </w:p>
        </w:tc>
      </w:tr>
      <w:tr>
        <w:trPr>
          <w:trHeight w:val="413" w:hRule="atLeast"/>
        </w:trPr>
        <w:tc>
          <w:tcPr>
            <w:tcW w:type="dxa" w:w="5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igienă, sănătate și mediu înconjurător — nume și prenume verificator / nr. atestat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Referat nr. / data</w:t>
            </w:r>
          </w:p>
        </w:tc>
      </w:tr>
      <w:tr>
        <w:trPr>
          <w:trHeight w:val="414" w:hRule="atLeast"/>
        </w:trPr>
        <w:tc>
          <w:tcPr>
            <w:tcW w:type="dxa" w:w="5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3"/>
              </w:rPr>
              <w:t>siguranță și accesibilitate în exploatare — nume și prenume verificator / nr. atestat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Referat nr. / data</w:t>
            </w:r>
          </w:p>
        </w:tc>
      </w:tr>
      <w:tr>
        <w:trPr>
          <w:trHeight w:val="414" w:hRule="atLeast"/>
        </w:trPr>
        <w:tc>
          <w:tcPr>
            <w:tcW w:type="dxa" w:w="5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protecție împotriva zgomotului — nume și prenume verificator / nr. atestat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Referat nr. / data</w:t>
            </w:r>
          </w:p>
        </w:tc>
      </w:tr>
      <w:tr>
        <w:trPr>
          <w:trHeight w:val="415" w:hRule="atLeast"/>
        </w:trPr>
        <w:tc>
          <w:tcPr>
            <w:tcW w:type="dxa" w:w="5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economie de energie și izolare termică — nume și prenume verificator / nr. atestat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Referat nr. / data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8. VALORI ȘI DURATĂ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Valoarea lucrărilor supuse autorizării (lei)</w:t>
            </w:r>
          </w:p>
        </w:tc>
        <w:tc>
          <w:tcPr>
            <w:tcW w:type="dxa" w:w="338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Valoarea obiectivului (lei)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Durata estimată de execuție (luni)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9. ANEXEZ LA PREZENTA CERERE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390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a) proiectul pentru autorizarea construirii actualizat, cuprinzând modificările de temă (2 exemplare originale sau 1 exemplar original, în format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letric, acolo unde autoritatea are posibilitatea de a arhiva în format digital))</w:t>
            </w:r>
          </w:p>
        </w:tc>
      </w:tr>
      <w:tr>
        <w:trPr>
          <w:trHeight w:val="212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b) referatele de verificare ale proiectului actualizat, corespunzător clasei de consecințe a obiectivului (câte 1 exemplar copie)</w:t>
            </w:r>
          </w:p>
        </w:tc>
      </w:tr>
      <w:tr>
        <w:trPr>
          <w:trHeight w:val="387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c) documente emise de către emitenții avizelor / acordurilor, din care rezultă că modificările de temă se încadrează în limitele avizelor emise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inițial (câte 1 exemplar copie):</w:t>
            </w:r>
          </w:p>
        </w:tc>
      </w:tr>
      <w:tr>
        <w:trPr>
          <w:trHeight w:val="421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2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d) autorizația de construire / desființare inițială și proiectul vizat spre neschimbare (copie)</w:t>
            </w:r>
          </w:p>
        </w:tc>
      </w:tr>
      <w:tr>
        <w:trPr>
          <w:trHeight w:val="416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e) rapoartele de expertiză tehnică, dacă este cazul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f) documentele de plată a taxelor legale (copie) ☐ g) împuternicirea, dacă este cazul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10. DATA ȘI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Titularul autorizației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F_AM_01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20_F_AM_01_Cerere_autorizatie_modificare_Baile_Govora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