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F_A_10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ÎNȘTIINȚARE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privind încheierea execuției lucrărilor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CĂTRE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adresată către președintele consiliului județean, primarul general, primarul de sector sau primarul municipiului / orașului / comunei, după caz.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Act de identitate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Seria</w:t>
            </w:r>
          </w:p>
        </w:tc>
        <w:tc>
          <w:tcPr>
            <w:tcW w:type="dxa" w:w="169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Numărul</w:t>
            </w:r>
          </w:p>
        </w:tc>
        <w:tc>
          <w:tcPr>
            <w:tcW w:type="dxa" w:w="5074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Eliberat de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La data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6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TITULAR AL AUTORIZAȚIEI DE CONSTRUIRE / DESFIINȚARE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91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Emisă de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emisă pentru executarea lucrărilor de construcții privind construirea / desființarea construcțiilor și amenajărilor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10147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Denumirea lucrării, capacitatea și categoria de lucrări din autorizație</w:t>
            </w:r>
          </w:p>
        </w:tc>
      </w:tr>
      <w:tr>
        <w:trPr>
          <w:trHeight w:val="416" w:hRule="atLeast"/>
        </w:trPr>
        <w:tc>
          <w:tcPr>
            <w:tcW w:type="dxa" w:w="10147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în valoare de (lei)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ADUC LA CUNOȘTINȚĂ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423" w:hRule="atLeast"/>
        </w:trPr>
        <w:tc>
          <w:tcPr>
            <w:tcW w:type="dxa" w:w="253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Că la data de</w:t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ora</w:t>
            </w:r>
          </w:p>
        </w:tc>
        <w:tc>
          <w:tcPr>
            <w:tcW w:type="dxa" w:w="591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au fost finalizate lucrările de construcții autorizate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pentru imobilul de mai jos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IMOBILUL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8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teren ☐ construcții</w:t>
            </w:r>
          </w:p>
        </w:tc>
      </w:tr>
      <w:tr>
        <w:trPr>
          <w:trHeight w:val="413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 / oraș / comună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 / sector</w:t>
            </w:r>
          </w:p>
        </w:tc>
      </w:tr>
      <w:tr>
        <w:trPr>
          <w:trHeight w:val="414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20" w:hRule="atLeast"/>
        </w:trPr>
        <w:tc>
          <w:tcPr>
            <w:tcW w:type="dxa" w:w="591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Număr cadastral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dacă imobilul e înscris în e-Terra</w:t>
            </w:r>
          </w:p>
        </w:tc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 funciară nr.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CONVOCAREA COMISIEI DE RECEPȚIE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761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 convoacă comisia de recepție la terminarea lucrărilor, la data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ora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DATA ȘI SEMNĂTURA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507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Titularul autorizației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F_A_10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18_F_A_10_Instiintare_incheiere_lucrari_UAT_Baile_Govora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