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rFonts w:ascii="Liberation Sans" w:hAnsi="Liberation Sans"/>
          <w:b/>
          <w:sz w:val="16"/>
        </w:rPr>
        <w:t>Anexa nr. 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89"/>
        <w:gridCol w:w="3589"/>
        <w:gridCol w:w="3589"/>
      </w:tblGrid>
      <w:tr>
        <w:tc>
          <w:tcPr>
            <w:tcW w:type="dxa" w:w="147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30000" cy="94255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la_govora(20260912-142212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9425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8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sz w:val="14"/>
              </w:rPr>
              <w:t xml:space="preserve">Județul: </w:t>
            </w:r>
            <w:r>
              <w:rPr>
                <w:rFonts w:ascii="Liberation Sans" w:hAnsi="Liberation Sans"/>
                <w:b w:val="0"/>
                <w:sz w:val="14"/>
              </w:rPr>
              <w:t>VÂLCEA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Autoritatea administrației publice: </w:t>
            </w:r>
            <w:r>
              <w:rPr>
                <w:rFonts w:ascii="Liberation Sans" w:hAnsi="Liberation Sans"/>
                <w:b/>
                <w:sz w:val="14"/>
              </w:rPr>
              <w:t>PRIMĂRIA ORAȘULUI BĂILE GOVORA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Cod de identificare fiscală (CIF): </w:t>
            </w:r>
            <w:r>
              <w:rPr>
                <w:rFonts w:ascii="Liberation Sans" w:hAnsi="Liberation Sans"/>
                <w:b w:val="0"/>
                <w:sz w:val="14"/>
              </w:rPr>
              <w:t>2541827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Adresa oficială: </w:t>
            </w:r>
            <w:r>
              <w:rPr>
                <w:rFonts w:ascii="Liberation Sans" w:hAnsi="Liberation Sans"/>
                <w:b w:val="0"/>
                <w:sz w:val="14"/>
              </w:rPr>
              <w:t>Str. Tudor Vladimirescu nr. 95, Băile Govora, cod 245200, jud. Vâlcea · www.primaria-baile-govora.ro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Sediu · telefon · e-mail: </w:t>
            </w:r>
            <w:r>
              <w:rPr>
                <w:rFonts w:ascii="Liberation Sans" w:hAnsi="Liberation Sans"/>
                <w:b w:val="0"/>
                <w:sz w:val="14"/>
              </w:rPr>
              <w:t>0250 770 460 · primaria@primaria-baile-govora.ro</w:t>
            </w:r>
          </w:p>
        </w:tc>
        <w:tc>
          <w:tcPr>
            <w:tcW w:type="dxa" w:w="249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2F2F2"/>
          </w:tcPr>
          <w:p>
            <w:pPr>
              <w:spacing w:after="20"/>
              <w:jc w:val="center"/>
            </w:pPr>
            <w:r/>
            <w:r>
              <w:rPr>
                <w:rFonts w:ascii="Liberation Sans" w:hAnsi="Liberation Sans"/>
                <w:b/>
                <w:sz w:val="16"/>
              </w:rPr>
              <w:t>F_01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Număr de înregistrare: ______________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Data: ____/____/________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se completează de autoritate – solicitantul nu scrie în această zonă</w:t>
            </w:r>
          </w:p>
        </w:tc>
      </w:tr>
    </w:tbl>
    <w:p>
      <w:pPr>
        <w:spacing w:before="60" w:after="80"/>
        <w:jc w:val="center"/>
      </w:pPr>
      <w:r>
        <w:rPr>
          <w:rFonts w:ascii="Liberation Sans" w:hAnsi="Liberation Sans"/>
          <w:b/>
          <w:sz w:val="22"/>
        </w:rPr>
        <w:t>CERERE PENTRU EMITEREA AVIZULUI DE INIȚIERE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1. CĂTRE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Instituția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PRIMĂRIA ORAȘULUI BĂILE GOVORA</w:t>
            </w:r>
          </w:p>
        </w:tc>
      </w:tr>
    </w:tbl>
    <w:p>
      <w:pPr>
        <w:spacing w:after="0"/>
      </w:pPr>
    </w:p>
    <w:p>
      <w:pPr>
        <w:spacing w:after="28"/>
        <w:jc w:val="both"/>
      </w:pPr>
      <w:r>
        <w:rPr>
          <w:rFonts w:ascii="Liberation Sans" w:hAnsi="Liberation Sans"/>
          <w:b w:val="0"/>
          <w:i w:val="0"/>
          <w:sz w:val="14"/>
        </w:rPr>
        <w:t>Cererea va fi transmisă către președintele consiliului județean, primarul general, primarul de sector sau primarul municipiului / orașului / comunei, după caz.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2. SOLICITANTUL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Nume și prenume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   CNP 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Act de identitate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Seria ______  Numărul _____________  Eliberat de _______________________  La data 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Domiciliul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Județul ____________  Municipiul/orașul/comuna __________________  Satul/sectorul 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Adresa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Strada ________________________ Nr. ____ Sc. ____ Et. ____ Ap. ____ Cod poștal ______  Țara 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Date de contact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Telefon/fax _________________________________  E-mail __________________________________________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Reprezentare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În calitate de reprezentant al __________________________________________  CUI/CIF __________________</w:t>
            </w:r>
          </w:p>
        </w:tc>
      </w:tr>
    </w:tbl>
    <w:p>
      <w:pPr>
        <w:spacing w:after="0"/>
      </w:pPr>
    </w:p>
    <w:p>
      <w:pPr>
        <w:spacing w:before="60" w:after="20"/>
      </w:pPr>
      <w:r>
        <w:rPr>
          <w:rFonts w:ascii="Liberation Sans" w:hAnsi="Liberation Sans"/>
          <w:b/>
          <w:sz w:val="17"/>
        </w:rPr>
        <w:t>3. DOCUMENTAȚIA / IMOBILUL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Denumirea / obiectul PUZ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Zona / amplasamentul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Suprafața zonei de studiu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 mp / ha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Certificat de urbanism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nr. __________ din data __________ emis de __________________________________________</w:t>
            </w:r>
          </w:p>
        </w:tc>
      </w:tr>
    </w:tbl>
    <w:p>
      <w:pPr>
        <w:spacing w:after="0"/>
      </w:pPr>
    </w:p>
    <w:p>
      <w:pPr>
        <w:spacing w:before="60" w:after="20"/>
      </w:pPr>
      <w:r>
        <w:rPr>
          <w:rFonts w:ascii="Liberation Sans" w:hAnsi="Liberation Sans"/>
          <w:b/>
          <w:sz w:val="17"/>
        </w:rPr>
        <w:t>4. SCOPUL ELABORĂRII PUZ</w:t>
      </w:r>
    </w:p>
    <w:p>
      <w:pPr>
        <w:spacing w:after="30"/>
      </w:pPr>
      <w:r>
        <w:rPr>
          <w:rFonts w:ascii="Liberation Sans" w:hAnsi="Liberation Sans"/>
          <w:sz w:val="15"/>
        </w:rPr>
        <w:t>☐ detalierea / modificarea reglementărilor în vigoare    ☐ modificarea limitei intravilanului    ☐ modificarea parcelarului    ☐ reconversie funcțională    ☐ operațiuni de urbanizare / alt scop prevăzut de CATUC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5. STUDIUL DE OPORTUNITATE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Elaborator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Urbanist cu drept de semnătură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  drept/atestat __________________</w:t>
            </w:r>
          </w:p>
        </w:tc>
      </w:tr>
    </w:tbl>
    <w:p>
      <w:pPr>
        <w:spacing w:after="0"/>
      </w:pPr>
    </w:p>
    <w:p>
      <w:pPr>
        <w:spacing w:after="28"/>
        <w:jc w:val="both"/>
      </w:pPr>
      <w:r>
        <w:rPr>
          <w:rFonts w:ascii="Liberation Sans" w:hAnsi="Liberation Sans"/>
          <w:b w:val="0"/>
          <w:i w:val="0"/>
          <w:sz w:val="14"/>
        </w:rPr>
        <w:t>Se anexează studiul de oportunitate, cu piesele scrise și desenate prevăzute de procedura PUZ.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6. DOCUMENTE ANEXATE</w:t>
      </w:r>
    </w:p>
    <w:p>
      <w:pPr>
        <w:spacing w:after="30"/>
      </w:pPr>
      <w:r>
        <w:rPr>
          <w:rFonts w:ascii="Liberation Sans" w:hAnsi="Liberation Sans"/>
          <w:sz w:val="15"/>
        </w:rPr>
        <w:t>☐ certificatul de urbanism    ☐ documente privind imobilul / extras CF    ☐ studiul de oportunitate – piese scrise    ☐ studiul de oportunitate – piese desenate    ☐ alte documente cerute de procedură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7. DATA ȘI SEMNĂTURA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Data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 / ____ / 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Solicitantul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Nume _________________________________   Semnătura 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567" w:right="737" w:bottom="680" w:left="73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sz w:val="13"/>
      </w:rPr>
      <w:t xml:space="preserve">F_01  |  pagina </w:t>
    </w:r>
    <w:r>
      <w:fldChar w:fldCharType="begin"/>
      <w:instrText xml:space="preserve"> PAGE </w:instrText>
      <w:fldChar w:fldCharType="end"/>
    </w:r>
    <w:r>
      <w:rPr>
        <w:rFonts w:ascii="Liberation Sans" w:hAnsi="Liberation Sans"/>
        <w:sz w:val="13"/>
      </w:rPr>
      <w:t xml:space="preserve">  |  model conform Ordinul MDLPA nr. 1.022/2026, anexa nr. 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Liberation Sans" w:hAnsi="Liberation Sans"/>
        <w:sz w:val="12"/>
      </w:rPr>
      <w:t>PRIMĂRIA ORAȘULUI BĂILE GOVORA · Str. Tudor Vladimirescu nr. 95, Băile Govora, cod 245200, jud. Vâlcea · Tel. 0250 770 460 · primaria@primaria-baile-govora.ro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 w:line="240" w:lineRule="auto"/>
    </w:pPr>
    <w:rPr>
      <w:rFonts w:ascii="Liberation Sans" w:hAnsi="Liberation San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