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F_CU_06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REFERINȚE ȘI TEMEI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 urmare a cererii nr.</w:t>
            </w:r>
          </w:p>
        </w:tc>
        <w:tc>
          <w:tcPr>
            <w:tcW w:type="dxa" w:w="253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074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 solicitantului</w:t>
            </w:r>
          </w:p>
        </w:tc>
      </w:tr>
      <w:tr>
        <w:trPr>
          <w:trHeight w:val="421" w:hRule="atLeast"/>
        </w:trPr>
        <w:tc>
          <w:tcPr>
            <w:tcW w:type="dxa" w:w="5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Documentația de urbanism aplicabilă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nr. / faza PUG · PUZ · PUD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Aprobată prin hotărârea CJ / CL nr. / data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IMOBILUL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4" w:hRule="atLeast"/>
        </w:trPr>
        <w:tc>
          <w:tcPr>
            <w:tcW w:type="dxa" w:w="10148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4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3" w:hRule="atLeast"/>
        </w:trPr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4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21" w:hRule="atLeast"/>
        </w:trPr>
        <w:tc>
          <w:tcPr>
            <w:tcW w:type="dxa" w:w="5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SE CERTIFICĂ: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REGIMUL JURIDIC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90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REGIMUL ECONOMIC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4" w:hRule="atLeast"/>
        </w:trPr>
        <w:tc>
          <w:tcPr>
            <w:tcW w:type="dxa" w:w="8458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Prevederea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</w:t>
            </w:r>
          </w:p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Actul de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0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reglementare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RLU · HCL · lege,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2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nr./an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236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3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5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9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REGIMUL TEHNIC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4" w:hRule="atLeast"/>
        </w:trPr>
        <w:tc>
          <w:tcPr>
            <w:tcW w:type="dxa" w:w="8458"/>
            <w:gridSpan w:val="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Prevederea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</w:t>
            </w:r>
          </w:p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Actul de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reglementare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RLU · HCL · lege,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51" w:hRule="atLeast"/>
        </w:trPr>
        <w:tc>
          <w:tcPr>
            <w:tcW w:type="dxa" w:w="8458"/>
            <w:gridSpan w:val="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146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nr./an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237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3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34" w:hRule="atLeast"/>
        </w:trPr>
        <w:tc>
          <w:tcPr>
            <w:tcW w:type="dxa" w:w="845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169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4" w:hRule="atLeast"/>
        </w:trPr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6. INFORMAȚII PRIVIND TRASEELE, AMPLASAREA, CALITATEA ȘI CAPACITATEA REȚELELOR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82" w:hRule="atLeast"/>
        </w:trPr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EDILITARE DIN ZONA IMOBILULUI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42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9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7. CONDIȚII OBLIGATORII PENTRU REALIZAREA OPERAȚIUNII CADASTRALE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6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Operațiunea cadastrală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se poate realiza conform documentației cadastrale anexate, vizate spre neschimbare</w:t>
            </w:r>
          </w:p>
        </w:tc>
      </w:tr>
      <w:tr>
        <w:trPr>
          <w:trHeight w:val="212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se poate realiza condiționat de elaborarea / aprobarea unei documentații PUZ</w:t>
            </w:r>
          </w:p>
        </w:tc>
      </w:tr>
      <w:tr>
        <w:trPr>
          <w:trHeight w:val="211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nu se poate realiza, pentru motivele de mai jos:</w:t>
            </w:r>
          </w:p>
        </w:tc>
      </w:tr>
      <w:tr>
        <w:trPr>
          <w:trHeight w:val="625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p>
      <w:pPr>
        <w:pageBreakBefore/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F_CU_06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8. ANEXE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2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extras din sistemul GIS cu rețelele edilitare, după caz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plan de încadrare în documentația de urbanism aplicabilă, după caz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documentația cadastrală vizată spre neschimbare, după caz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19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9. SEMNĂTURILE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731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Conducătorul autorității emitente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funcția, numele și semnătura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Secretar general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Arhitect-șef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numele și semnătura</w:t>
            </w:r>
          </w:p>
        </w:tc>
      </w:tr>
      <w:tr>
        <w:trPr>
          <w:trHeight w:val="420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Achitat taxa de (lei)</w:t>
            </w:r>
          </w:p>
        </w:tc>
        <w:tc>
          <w:tcPr>
            <w:tcW w:type="dxa" w:w="338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Chitanța nr. / data</w:t>
            </w:r>
          </w:p>
        </w:tc>
        <w:tc>
          <w:tcPr>
            <w:tcW w:type="dxa" w:w="422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Transmis solicitantului la data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direct / prin poștă / digital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F_CU_06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06_F_CU_06_Certificat_urbanism_operatiuni_cadastrale_Baile_Govora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