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F_AM_02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AUTORIZAȚIE DE MODIFICARE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Nr. ……………… din ………………………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 urmare a cererii nr.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titularului</w:t>
            </w:r>
          </w:p>
        </w:tc>
      </w:tr>
      <w:tr>
        <w:trPr>
          <w:trHeight w:val="416" w:hRule="atLeast"/>
        </w:trPr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Autorizația de construire inițială — nr. / data</w:t>
            </w:r>
          </w:p>
        </w:tc>
        <w:tc>
          <w:tcPr>
            <w:tcW w:type="dxa" w:w="507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7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422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7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 w:val="0"/>
          <w:i w:val="0"/>
          <w:color w:val="000000"/>
          <w:sz w:val="16"/>
        </w:rPr>
        <w:t>în conformitate cu prevederile art. 293 din Legea nr. 169/2026 privind Codul amenajării teritoriului, urbanismului și construcțiilor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SE AUTORIZEAZĂ: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executarea lucrărilor corespunzătoare modificărilor de temă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DESCRIEREA MODIFICĂRILE DE TEMĂ CARE SE AUTORIZEAZĂ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8" w:hRule="atLeast"/>
        </w:trPr>
        <w:tc>
          <w:tcPr>
            <w:tcW w:type="dxa" w:w="1014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PE IMOBILUL — TEREN ȘI/SAU CONSTRUCȚII — SITUAT ÎN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253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Sectorul</w:t>
            </w:r>
          </w:p>
        </w:tc>
      </w:tr>
      <w:tr>
        <w:trPr>
          <w:trHeight w:val="414" w:hRule="atLeast"/>
        </w:trPr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14" w:hRule="atLeast"/>
        </w:trPr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Cartea funciară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Fișa bunului imobil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sau nr. cadastral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ÎN BAZA PROIECTULUI PENTRU AUTORIZARE CONSTRUIRII ACTUALIZAT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Denumirea / titlul documentației actualizate</w:t>
            </w:r>
          </w:p>
        </w:tc>
      </w:tr>
      <w:tr>
        <w:trPr>
          <w:trHeight w:val="423" w:hRule="atLeast"/>
        </w:trPr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elaborat de:</w:t>
            </w:r>
          </w:p>
        </w:tc>
        <w:tc>
          <w:tcPr>
            <w:tcW w:type="dxa" w:w="591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cu sediul în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județ, municipiu/oraș/comună, sector/sat, cod poștal, stradă, nr., bl., sc., et., ap.</w:t>
            </w:r>
          </w:p>
        </w:tc>
      </w:tr>
      <w:tr>
        <w:trPr>
          <w:trHeight w:val="162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respectiv de — elaboratorul proiectului, cu drept de semnătură, potrivit Legii nr. 184/2001 privind organizarea și exercitarea profesiei de arhitect,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3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republicată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22" w:hRule="atLeast"/>
        </w:trPr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 / conductor arhitect / arhitect de interior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prenumele, în clar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Înscris în Tabloul Național 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Arhitecților cu nr.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În evidența Filialei teritoriale a O.A.R.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denumirea filialei</w:t>
            </w:r>
          </w:p>
        </w:tc>
      </w:tr>
      <w:tr>
        <w:trPr>
          <w:trHeight w:val="214" w:hRule="atLeast"/>
        </w:trPr>
        <w:tc>
          <w:tcPr>
            <w:tcW w:type="dxa" w:w="10147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arhitect ☐ conductor arhitect ☐ arhitect de interior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F_AM_02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EFECTUL AUTORIZAȚIEI DE MODIFICARE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3" w:hRule="atLeast"/>
        </w:trPr>
        <w:tc>
          <w:tcPr>
            <w:tcW w:type="dxa" w:w="10148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Prezenta autorizație de modificare determină încetarea valabilității autorizației de construire indicate mai sus pentru elementele modificate, lucrările de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construire pentru acestea urmând a se executa conform proiectului pentru autorizare actualizat, atașat, în termenul de valabilitate al autorizației de construire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inițiale.</w:t>
            </w:r>
          </w:p>
        </w:tc>
      </w:tr>
      <w:tr>
        <w:trPr>
          <w:trHeight w:val="415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Autorizația de construire 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Termenul de valabilitate al autorizației inițiale — până la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SEMNĂTURILE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0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funcția, numele și semnătura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1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Achitat taxa de (lei)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F_AM_02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21_F_AM_02_Autorizatie_modificare_Baile_Govora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