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F_NOT_02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CONFIRMARE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privind recepționarea și înregistrarea notificării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REFERINȚE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Notificarea 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 beneficiarului</w:t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Proiect nr. / cod</w:t>
            </w:r>
          </w:p>
        </w:tc>
        <w:tc>
          <w:tcPr>
            <w:tcW w:type="dxa" w:w="6765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Imobilul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8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CONFIRMAREA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7" w:hRule="atLeast"/>
        </w:trPr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Se confirmă recepționarea și înregistrarea notificării privind executarea lucrărilor în baza procedurii simplificate. Pentru depunerea digitală, confirmarea se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5" w:hRule="atLeast"/>
        </w:trPr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generează automat; pentru depunerea în format scris se eliberează la data depunerii.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423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 de înregistrare</w:t>
            </w:r>
          </w:p>
        </w:tc>
        <w:tc>
          <w:tcPr>
            <w:tcW w:type="dxa" w:w="253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 și ora</w:t>
            </w:r>
          </w:p>
        </w:tc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Termenul de la care pot începe lucrările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15 zile de la înregistrare, în lipsa clarificărilor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SEMNĂTURA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5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Reprezentantul autorității — numele</w:t>
            </w:r>
          </w:p>
        </w:tc>
        <w:tc>
          <w:tcPr>
            <w:tcW w:type="dxa" w:w="253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F_NOT_02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25_F_NOT_02_Confirmare_inregistrare_notificare_Baile_Govora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