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F_NOT_04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INFORMARE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privind necesitatea solicitării și emiterii unei autorizații de construire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REFERINȚE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Notificarea 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 beneficiarului</w:t>
            </w:r>
          </w:p>
        </w:tc>
      </w:tr>
      <w:tr>
        <w:trPr>
          <w:trHeight w:val="416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Proiect nr. / cod</w:t>
            </w:r>
          </w:p>
        </w:tc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Imobilul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INFORMAREA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7" w:hRule="atLeast"/>
        </w:trPr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Lucrările care fac obiectul notificării NU se încadrează în categoriile prevăzute la art. 294 din Legea nr.169/2026 și necesită obținerea autorizației de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8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construire.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6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Motivarea încadrării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8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Reprezentantul autorității — numele</w:t>
            </w:r>
          </w:p>
        </w:tc>
        <w:tc>
          <w:tcPr>
            <w:tcW w:type="dxa" w:w="253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Semnatura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F_NOT_04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27_F_NOT_04_Informare_necesitate_autorizatie_Baile_Govora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