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8215BC" w:rsidRPr="008215BC" w14:paraId="7445AA64" w14:textId="77777777" w:rsidTr="008215BC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3E91256" w14:textId="6FE08681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</w:rPr>
              <w:t xml:space="preserve">  </w:t>
            </w:r>
            <w:r w:rsidRPr="008215B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3888E8" wp14:editId="296A58E1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F712FDB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  <w:b/>
              </w:rPr>
              <w:t>Județul Vâlcea</w:t>
            </w:r>
          </w:p>
        </w:tc>
      </w:tr>
      <w:tr w:rsidR="008215BC" w:rsidRPr="008215BC" w14:paraId="5DC6DD53" w14:textId="77777777" w:rsidTr="008215B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A342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6D1E83B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  <w:b/>
              </w:rPr>
              <w:t>Primăria Orașului Băile Govora</w:t>
            </w:r>
          </w:p>
        </w:tc>
      </w:tr>
      <w:tr w:rsidR="008215BC" w:rsidRPr="008215BC" w14:paraId="20D4FECF" w14:textId="77777777" w:rsidTr="008215B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9457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9B8A99F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15BC">
              <w:rPr>
                <w:rFonts w:ascii="Times New Roman" w:hAnsi="Times New Roman" w:cs="Times New Roman"/>
                <w:b/>
              </w:rPr>
              <w:t>Cod de identificare fiscală (CIF)</w:t>
            </w:r>
          </w:p>
          <w:p w14:paraId="0C4FEE57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1772E35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15BC">
              <w:rPr>
                <w:rFonts w:ascii="Times New Roman" w:hAnsi="Times New Roman" w:cs="Times New Roman"/>
                <w:b/>
              </w:rPr>
              <w:t xml:space="preserve">Adresa oficială: </w:t>
            </w:r>
            <w:r w:rsidRPr="008215BC">
              <w:rPr>
                <w:rFonts w:ascii="Times New Roman" w:hAnsi="Times New Roman" w:cs="Times New Roman"/>
                <w:b/>
              </w:rPr>
              <w:br/>
              <w:t>Strada Tudor Vladimirescu, nr. 95, cod poștal 245200,</w:t>
            </w:r>
          </w:p>
          <w:p w14:paraId="0434A6B6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15BC">
              <w:rPr>
                <w:rFonts w:ascii="Times New Roman" w:hAnsi="Times New Roman" w:cs="Times New Roman"/>
                <w:b/>
              </w:rPr>
              <w:t>Oraș Băile Govora, Județ Vâlcea, România</w:t>
            </w:r>
            <w:r w:rsidRPr="008215BC">
              <w:rPr>
                <w:rFonts w:ascii="Times New Roman" w:hAnsi="Times New Roman" w:cs="Times New Roman"/>
                <w:b/>
              </w:rPr>
              <w:tab/>
            </w:r>
          </w:p>
          <w:p w14:paraId="72EC468B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15BC">
              <w:rPr>
                <w:rFonts w:ascii="Times New Roman" w:hAnsi="Times New Roman" w:cs="Times New Roman"/>
                <w:b/>
              </w:rPr>
              <w:t>Tel: +4 0250 770 460</w:t>
            </w:r>
          </w:p>
          <w:p w14:paraId="6D5B25B3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15BC">
              <w:rPr>
                <w:rFonts w:ascii="Times New Roman" w:hAnsi="Times New Roman" w:cs="Times New Roman"/>
                <w:b/>
              </w:rPr>
              <w:t>www.primaria-baile-govora.ro</w:t>
            </w:r>
          </w:p>
          <w:p w14:paraId="5CC230BF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  <w:b/>
              </w:rPr>
              <w:t>E-mail: primaria@primaria-baile-govora.ro baile.govora@vl.e-adm.ro</w:t>
            </w:r>
          </w:p>
        </w:tc>
      </w:tr>
      <w:tr w:rsidR="008215BC" w:rsidRPr="008215BC" w14:paraId="412F5752" w14:textId="77777777" w:rsidTr="008215BC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0280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0AC9DEE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  <w:b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9335420" w14:textId="77777777" w:rsidR="008215BC" w:rsidRPr="008215BC" w:rsidRDefault="008215BC" w:rsidP="0082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5BC">
              <w:rPr>
                <w:rFonts w:ascii="Times New Roman" w:hAnsi="Times New Roman" w:cs="Times New Roman"/>
                <w:b/>
              </w:rPr>
              <w:t>Data</w:t>
            </w:r>
          </w:p>
        </w:tc>
      </w:tr>
    </w:tbl>
    <w:p w14:paraId="019CD55F" w14:textId="61E8BD28" w:rsidR="00FA738D" w:rsidRPr="008215BC" w:rsidRDefault="00FA738D">
      <w:pPr>
        <w:spacing w:after="0" w:line="240" w:lineRule="auto"/>
        <w:rPr>
          <w:sz w:val="20"/>
          <w:szCs w:val="20"/>
        </w:rPr>
      </w:pPr>
    </w:p>
    <w:p w14:paraId="1BB5276D" w14:textId="77777777" w:rsidR="00FA738D" w:rsidRPr="00B73F42" w:rsidRDefault="00000000">
      <w:pPr>
        <w:spacing w:before="80" w:after="60" w:line="240" w:lineRule="auto"/>
        <w:jc w:val="center"/>
        <w:rPr>
          <w:sz w:val="32"/>
          <w:szCs w:val="32"/>
        </w:rPr>
      </w:pPr>
      <w:r w:rsidRPr="00AE6CCF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E6CCF" w:rsidRPr="00AE6CCF" w14:paraId="5C4EE1B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FB63654" w14:textId="77777777" w:rsidR="00FA738D" w:rsidRPr="00AE6CCF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AE6CCF" w:rsidRPr="00AE6CCF" w14:paraId="6E767A7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CABDF" w14:textId="77777777" w:rsidR="00FA738D" w:rsidRPr="00AE6CCF" w:rsidRDefault="00840F75">
            <w:pPr>
              <w:spacing w:after="2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Instituția</w:t>
            </w:r>
          </w:p>
          <w:p w14:paraId="593557CF" w14:textId="5A975C6E" w:rsidR="00840F75" w:rsidRPr="00AE6CCF" w:rsidRDefault="00A83BE5">
            <w:pPr>
              <w:spacing w:after="2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8"/>
                <w:szCs w:val="28"/>
              </w:rPr>
              <w:t>Primăria Orașului Băile Govora</w:t>
            </w:r>
          </w:p>
        </w:tc>
      </w:tr>
      <w:tr w:rsidR="00FA738D" w:rsidRPr="00AE6CCF" w14:paraId="5E103C1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245E287" w14:textId="5EA6BC8A" w:rsidR="00FA738D" w:rsidRPr="00AE6CCF" w:rsidRDefault="00840F75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i/>
                <w:sz w:val="18"/>
                <w:szCs w:val="28"/>
              </w:rPr>
              <w:t xml:space="preserve">Către </w:t>
            </w:r>
            <w:r w:rsidR="00A83BE5">
              <w:rPr>
                <w:rFonts w:ascii="Times New Roman" w:hAnsi="Times New Roman"/>
                <w:i/>
                <w:sz w:val="18"/>
                <w:szCs w:val="28"/>
              </w:rPr>
              <w:t>Primarul Orașului Băile Govora</w:t>
            </w:r>
          </w:p>
        </w:tc>
      </w:tr>
    </w:tbl>
    <w:p w14:paraId="2FDD4F03" w14:textId="77777777" w:rsidR="00FA738D" w:rsidRPr="008215BC" w:rsidRDefault="00FA738D">
      <w:pPr>
        <w:spacing w:before="40" w:after="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AE6CCF" w:rsidRPr="00AE6CCF" w14:paraId="51DBD9B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2D0313" w14:textId="77777777" w:rsidR="00FA738D" w:rsidRPr="00AE6CCF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2. SOLICITANTUL</w:t>
            </w:r>
          </w:p>
        </w:tc>
      </w:tr>
      <w:tr w:rsidR="00AE6CCF" w:rsidRPr="00AE6CCF" w14:paraId="132D57A7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3B9425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AF53C3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CNP</w:t>
            </w:r>
          </w:p>
        </w:tc>
      </w:tr>
      <w:tr w:rsidR="00AE6CCF" w:rsidRPr="00AE6CCF" w14:paraId="04C3C0C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D886627" w14:textId="5845229C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18"/>
                <w:szCs w:val="28"/>
              </w:rPr>
              <w:t>Act de identitate</w:t>
            </w:r>
            <w:r w:rsidR="00472856" w:rsidRPr="00AE6CCF">
              <w:rPr>
                <w:rFonts w:ascii="Times New Roman" w:hAnsi="Times New Roman"/>
                <w:sz w:val="18"/>
                <w:szCs w:val="28"/>
              </w:rPr>
              <w:t xml:space="preserve"> </w:t>
            </w:r>
          </w:p>
        </w:tc>
      </w:tr>
      <w:tr w:rsidR="00AE6CCF" w:rsidRPr="00AE6CCF" w14:paraId="5EF0CBEB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C69D1A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85EB5A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A2ADAA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ED4805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La data</w:t>
            </w:r>
          </w:p>
        </w:tc>
      </w:tr>
      <w:tr w:rsidR="00AE6CCF" w:rsidRPr="00AE6CCF" w14:paraId="67DC4CCC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CBE9FC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18"/>
                <w:szCs w:val="28"/>
              </w:rPr>
              <w:t>Domiciliul</w:t>
            </w:r>
          </w:p>
        </w:tc>
      </w:tr>
      <w:tr w:rsidR="00AE6CCF" w:rsidRPr="00AE6CCF" w14:paraId="691146CF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7B2FAA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E04268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606BB9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Satul / sectorul</w:t>
            </w:r>
          </w:p>
        </w:tc>
      </w:tr>
      <w:tr w:rsidR="00AE6CCF" w:rsidRPr="00AE6CCF" w14:paraId="71A883FE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D672A7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F94961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110D7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6FD2A8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F16CF8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EE3C2F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87CBF7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Țara</w:t>
            </w:r>
          </w:p>
        </w:tc>
      </w:tr>
      <w:tr w:rsidR="00AE6CCF" w:rsidRPr="00AE6CCF" w14:paraId="6F85998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DC8921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18"/>
                <w:szCs w:val="28"/>
              </w:rPr>
              <w:t>Date de contact</w:t>
            </w:r>
          </w:p>
        </w:tc>
      </w:tr>
      <w:tr w:rsidR="00AE6CCF" w:rsidRPr="00AE6CCF" w14:paraId="2A44C714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5F57AF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B3C2CC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E-mail</w:t>
            </w:r>
          </w:p>
        </w:tc>
      </w:tr>
      <w:tr w:rsidR="00AE6CCF" w:rsidRPr="00AE6CCF" w14:paraId="39AC14B7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96223C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18"/>
                <w:szCs w:val="28"/>
              </w:rPr>
              <w:t>Reprezentare</w:t>
            </w:r>
          </w:p>
        </w:tc>
      </w:tr>
      <w:tr w:rsidR="00AE6CCF" w:rsidRPr="00AE6CCF" w14:paraId="11999D85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A37DCF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1E330F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CUI / CIF</w:t>
            </w:r>
          </w:p>
        </w:tc>
      </w:tr>
    </w:tbl>
    <w:p w14:paraId="4D3CAD57" w14:textId="77777777" w:rsidR="00FA738D" w:rsidRPr="00AE6CCF" w:rsidRDefault="00000000">
      <w:pPr>
        <w:spacing w:before="80" w:after="60" w:line="240" w:lineRule="auto"/>
        <w:jc w:val="center"/>
        <w:rPr>
          <w:sz w:val="28"/>
          <w:szCs w:val="28"/>
        </w:rPr>
      </w:pPr>
      <w:r w:rsidRPr="00AE6CCF">
        <w:rPr>
          <w:rFonts w:ascii="Times New Roman" w:hAnsi="Times New Roman"/>
          <w:sz w:val="20"/>
          <w:szCs w:val="28"/>
        </w:rPr>
        <w:t>în conformitate cu prevederile Legii nr. 169/2026 privind Codul amenajării teritoriului, urbanismului și construcțiilor,</w:t>
      </w:r>
      <w:r w:rsidRPr="00AE6CCF">
        <w:rPr>
          <w:rFonts w:ascii="Times New Roman" w:hAnsi="Times New Roman"/>
          <w:sz w:val="20"/>
          <w:szCs w:val="28"/>
        </w:rPr>
        <w:br/>
        <w:t>solicit emiterea</w:t>
      </w:r>
      <w:r w:rsidRPr="00AE6CCF">
        <w:rPr>
          <w:rFonts w:ascii="Times New Roman" w:hAnsi="Times New Roman"/>
          <w:sz w:val="20"/>
          <w:szCs w:val="28"/>
        </w:rPr>
        <w:br/>
      </w:r>
      <w:r w:rsidRPr="00AE6CCF">
        <w:rPr>
          <w:rFonts w:ascii="Times New Roman" w:hAnsi="Times New Roman"/>
          <w:b/>
          <w:sz w:val="24"/>
          <w:szCs w:val="28"/>
        </w:rPr>
        <w:t>CERTIFICATULUI DE URBANISM DE INFORMARE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2700"/>
        <w:gridCol w:w="900"/>
        <w:gridCol w:w="1800"/>
        <w:gridCol w:w="1800"/>
      </w:tblGrid>
      <w:tr w:rsidR="00AE6CCF" w:rsidRPr="00AE6CCF" w14:paraId="4E5D958B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D2BB06" w14:textId="77777777" w:rsidR="00FA738D" w:rsidRPr="00AE6CCF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3. IMOBILUL</w:t>
            </w:r>
          </w:p>
        </w:tc>
      </w:tr>
      <w:tr w:rsidR="00AE6CCF" w:rsidRPr="00AE6CCF" w14:paraId="3FD005F9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3ED075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20"/>
                <w:szCs w:val="28"/>
              </w:rPr>
              <w:t>☐ teren     ☐ construcții</w:t>
            </w:r>
          </w:p>
        </w:tc>
      </w:tr>
      <w:tr w:rsidR="00AE6CCF" w:rsidRPr="00AE6CCF" w14:paraId="66834B6B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8209D5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Județ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C00B31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7A3656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Sat / sector</w:t>
            </w:r>
          </w:p>
        </w:tc>
      </w:tr>
      <w:tr w:rsidR="00AE6CCF" w:rsidRPr="00AE6CCF" w14:paraId="5DA41400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F14154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Cod poștal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641E37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E7F0A2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0749B9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Bl. / sc. / et. / ap.</w:t>
            </w:r>
          </w:p>
        </w:tc>
      </w:tr>
      <w:tr w:rsidR="00AE6CCF" w:rsidRPr="00AE6CCF" w14:paraId="6B85F433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A01D03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Suprafața terenului (m²)</w:t>
            </w:r>
          </w:p>
        </w:tc>
      </w:tr>
      <w:tr w:rsidR="00AE6CCF" w:rsidRPr="00AE6CCF" w14:paraId="1CCE34EE" w14:textId="77777777">
        <w:trPr>
          <w:jc w:val="center"/>
        </w:trPr>
        <w:tc>
          <w:tcPr>
            <w:tcW w:w="63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F628F7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Număr cadastral</w:t>
            </w:r>
            <w:r w:rsidRPr="00AE6CCF">
              <w:rPr>
                <w:rFonts w:ascii="Times New Roman" w:hAnsi="Times New Roman"/>
                <w:b/>
                <w:sz w:val="20"/>
                <w:szCs w:val="28"/>
              </w:rPr>
              <w:br/>
            </w:r>
            <w:r w:rsidRPr="00AE6CCF">
              <w:rPr>
                <w:rFonts w:ascii="Times New Roman" w:hAnsi="Times New Roman"/>
                <w:i/>
                <w:sz w:val="18"/>
                <w:szCs w:val="28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8E3683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Carte funciară nr.</w:t>
            </w:r>
          </w:p>
        </w:tc>
      </w:tr>
      <w:tr w:rsidR="00AE6CCF" w:rsidRPr="00AE6CCF" w14:paraId="5270881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DD1532C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20"/>
                <w:szCs w:val="28"/>
              </w:rPr>
              <w:t>☐  extras de carte funciară actualizat, anexat</w:t>
            </w:r>
          </w:p>
        </w:tc>
      </w:tr>
      <w:tr w:rsidR="00FA738D" w:rsidRPr="00AE6CCF" w14:paraId="462713E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22A52A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20"/>
                <w:szCs w:val="28"/>
              </w:rPr>
              <w:t>☐  plan de încadrare în zonă în sistem Stereo 70, anexat eliberat, la cerere, de către Agenția Națională de Cadastru și Publicitate Imobiliară</w:t>
            </w:r>
          </w:p>
        </w:tc>
      </w:tr>
    </w:tbl>
    <w:p w14:paraId="64343281" w14:textId="77777777" w:rsidR="00FA738D" w:rsidRPr="008215BC" w:rsidRDefault="00FA738D">
      <w:pPr>
        <w:spacing w:before="40" w:after="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E6CCF" w:rsidRPr="00AE6CCF" w14:paraId="412A1C3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1825CAC" w14:textId="77777777" w:rsidR="00FA738D" w:rsidRPr="00AE6CCF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4. COMUNICAREA RĂSPUNSULUI</w:t>
            </w:r>
          </w:p>
        </w:tc>
      </w:tr>
      <w:tr w:rsidR="00FA738D" w:rsidRPr="00AE6CCF" w14:paraId="2E2E31D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7890269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sz w:val="20"/>
                <w:szCs w:val="28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3D3BBC35" w14:textId="77777777" w:rsidR="00FA738D" w:rsidRPr="008215BC" w:rsidRDefault="00FA738D" w:rsidP="008215BC">
      <w:pPr>
        <w:spacing w:after="0" w:line="240" w:lineRule="auto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AE6CCF" w:rsidRPr="00AE6CCF" w14:paraId="7A6FBA02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7B01DB0" w14:textId="77777777" w:rsidR="00FA738D" w:rsidRPr="00AE6CCF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5. DATA ȘI SEMNĂTURA</w:t>
            </w:r>
          </w:p>
        </w:tc>
      </w:tr>
      <w:tr w:rsidR="00AE6CCF" w:rsidRPr="00AE6CCF" w14:paraId="58145FE1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1E1FA44" w14:textId="77777777" w:rsidR="00A94755" w:rsidRDefault="00000000">
            <w:pPr>
              <w:spacing w:after="2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Data</w:t>
            </w:r>
          </w:p>
          <w:p w14:paraId="2B3FCD19" w14:textId="4E04456B" w:rsidR="008215BC" w:rsidRPr="008215BC" w:rsidRDefault="008215BC">
            <w:pPr>
              <w:spacing w:after="2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49AC00FD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66AEB9A2" w14:textId="77777777" w:rsidR="00FA738D" w:rsidRPr="00AE6CCF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AE6CCF">
              <w:rPr>
                <w:rFonts w:ascii="Times New Roman" w:hAnsi="Times New Roman"/>
                <w:b/>
                <w:sz w:val="20"/>
                <w:szCs w:val="28"/>
              </w:rPr>
              <w:t>Semnătura</w:t>
            </w:r>
          </w:p>
        </w:tc>
      </w:tr>
    </w:tbl>
    <w:p w14:paraId="29F74EF2" w14:textId="6F4D91BC" w:rsidR="00585DFB" w:rsidRPr="00585DFB" w:rsidRDefault="00585DFB" w:rsidP="00472856">
      <w:pPr>
        <w:tabs>
          <w:tab w:val="left" w:pos="7820"/>
        </w:tabs>
        <w:rPr>
          <w:sz w:val="24"/>
          <w:szCs w:val="24"/>
        </w:rPr>
      </w:pPr>
    </w:p>
    <w:sectPr w:rsidR="00585DFB" w:rsidRPr="00585DFB" w:rsidSect="008215BC">
      <w:headerReference w:type="default" r:id="rId9"/>
      <w:footerReference w:type="default" r:id="rId10"/>
      <w:pgSz w:w="11906" w:h="16838" w:code="9"/>
      <w:pgMar w:top="284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11828" w14:textId="77777777" w:rsidR="006139A0" w:rsidRDefault="006139A0">
      <w:pPr>
        <w:spacing w:after="0" w:line="240" w:lineRule="auto"/>
      </w:pPr>
      <w:r>
        <w:separator/>
      </w:r>
    </w:p>
  </w:endnote>
  <w:endnote w:type="continuationSeparator" w:id="0">
    <w:p w14:paraId="543E73DA" w14:textId="77777777" w:rsidR="006139A0" w:rsidRDefault="0061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F1A64" w14:textId="2EE7EC9C" w:rsidR="00FA738D" w:rsidRDefault="00FA738D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125FC" w14:textId="77777777" w:rsidR="006139A0" w:rsidRDefault="006139A0">
      <w:pPr>
        <w:spacing w:after="0" w:line="240" w:lineRule="auto"/>
      </w:pPr>
      <w:r>
        <w:separator/>
      </w:r>
    </w:p>
  </w:footnote>
  <w:footnote w:type="continuationSeparator" w:id="0">
    <w:p w14:paraId="5AF888F2" w14:textId="77777777" w:rsidR="006139A0" w:rsidRDefault="0061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5373" w14:textId="55AF9A39" w:rsidR="00FA738D" w:rsidRDefault="00FA738D">
    <w:pPr>
      <w:pStyle w:val="Ante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4734535">
    <w:abstractNumId w:val="8"/>
  </w:num>
  <w:num w:numId="2" w16cid:durableId="953244979">
    <w:abstractNumId w:val="6"/>
  </w:num>
  <w:num w:numId="3" w16cid:durableId="2115707950">
    <w:abstractNumId w:val="5"/>
  </w:num>
  <w:num w:numId="4" w16cid:durableId="1319379013">
    <w:abstractNumId w:val="4"/>
  </w:num>
  <w:num w:numId="5" w16cid:durableId="1516455038">
    <w:abstractNumId w:val="7"/>
  </w:num>
  <w:num w:numId="6" w16cid:durableId="1909336764">
    <w:abstractNumId w:val="3"/>
  </w:num>
  <w:num w:numId="7" w16cid:durableId="1086732865">
    <w:abstractNumId w:val="2"/>
  </w:num>
  <w:num w:numId="8" w16cid:durableId="1749116453">
    <w:abstractNumId w:val="1"/>
  </w:num>
  <w:num w:numId="9" w16cid:durableId="89196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43"/>
    <w:rsid w:val="0002712E"/>
    <w:rsid w:val="00034616"/>
    <w:rsid w:val="0006063C"/>
    <w:rsid w:val="00104F06"/>
    <w:rsid w:val="0015074B"/>
    <w:rsid w:val="001941F2"/>
    <w:rsid w:val="001D2F7A"/>
    <w:rsid w:val="00200FFD"/>
    <w:rsid w:val="00286019"/>
    <w:rsid w:val="0029639D"/>
    <w:rsid w:val="002E0F86"/>
    <w:rsid w:val="002F4E97"/>
    <w:rsid w:val="00326F90"/>
    <w:rsid w:val="0035541B"/>
    <w:rsid w:val="00397F44"/>
    <w:rsid w:val="003B2468"/>
    <w:rsid w:val="003E462E"/>
    <w:rsid w:val="00472856"/>
    <w:rsid w:val="004A6029"/>
    <w:rsid w:val="004B05EA"/>
    <w:rsid w:val="004B6FF7"/>
    <w:rsid w:val="00585DFB"/>
    <w:rsid w:val="00586C7B"/>
    <w:rsid w:val="00600A49"/>
    <w:rsid w:val="006139A0"/>
    <w:rsid w:val="006E79DA"/>
    <w:rsid w:val="006F39D8"/>
    <w:rsid w:val="007234AD"/>
    <w:rsid w:val="007844EA"/>
    <w:rsid w:val="008215BC"/>
    <w:rsid w:val="008354A7"/>
    <w:rsid w:val="00840F75"/>
    <w:rsid w:val="0087212B"/>
    <w:rsid w:val="009337DA"/>
    <w:rsid w:val="00954082"/>
    <w:rsid w:val="009619DE"/>
    <w:rsid w:val="0096762A"/>
    <w:rsid w:val="00994596"/>
    <w:rsid w:val="00996227"/>
    <w:rsid w:val="00A83BE5"/>
    <w:rsid w:val="00A94755"/>
    <w:rsid w:val="00AA1D8D"/>
    <w:rsid w:val="00AA4126"/>
    <w:rsid w:val="00AB6D5D"/>
    <w:rsid w:val="00AC114A"/>
    <w:rsid w:val="00AE6CCF"/>
    <w:rsid w:val="00B47730"/>
    <w:rsid w:val="00B61854"/>
    <w:rsid w:val="00B722FC"/>
    <w:rsid w:val="00B73F42"/>
    <w:rsid w:val="00BC56FD"/>
    <w:rsid w:val="00BE62FC"/>
    <w:rsid w:val="00C450B8"/>
    <w:rsid w:val="00C71CD2"/>
    <w:rsid w:val="00CA4095"/>
    <w:rsid w:val="00CB0664"/>
    <w:rsid w:val="00CC3087"/>
    <w:rsid w:val="00CC6509"/>
    <w:rsid w:val="00E331DE"/>
    <w:rsid w:val="00E44682"/>
    <w:rsid w:val="00E74733"/>
    <w:rsid w:val="00EC4BC7"/>
    <w:rsid w:val="00F42914"/>
    <w:rsid w:val="00FA73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CEB52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2F4E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5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228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46</cp:revision>
  <cp:lastPrinted>2026-08-27T09:48:00Z</cp:lastPrinted>
  <dcterms:created xsi:type="dcterms:W3CDTF">2013-12-23T23:15:00Z</dcterms:created>
  <dcterms:modified xsi:type="dcterms:W3CDTF">2026-09-16T10:45:00Z</dcterms:modified>
  <cp:category/>
</cp:coreProperties>
</file>