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E561F8" w:rsidRPr="00E561F8" w14:paraId="68C1B886" w14:textId="77777777" w:rsidTr="00E561F8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906E1A8" w14:textId="15D0A526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 xml:space="preserve">  </w:t>
            </w:r>
            <w:r w:rsidRPr="00E561F8">
              <w:rPr>
                <w:rFonts w:ascii="Times New Roman" w:hAnsi="Times New Roman"/>
                <w:b/>
              </w:rPr>
              <w:drawing>
                <wp:inline distT="0" distB="0" distL="0" distR="0" wp14:anchorId="4BFD21CF" wp14:editId="4BE7C72B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80BD39B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Județul Vâlcea</w:t>
            </w:r>
          </w:p>
        </w:tc>
      </w:tr>
      <w:tr w:rsidR="00E561F8" w:rsidRPr="00E561F8" w14:paraId="510E9C65" w14:textId="77777777" w:rsidTr="00E561F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D700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8D51189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Primăria Orașului Băile Govora</w:t>
            </w:r>
          </w:p>
        </w:tc>
      </w:tr>
      <w:tr w:rsidR="00E561F8" w:rsidRPr="00E561F8" w14:paraId="7E958E52" w14:textId="77777777" w:rsidTr="00E561F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B08C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6E8BCD3D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Cod de identificare fiscală (CIF)</w:t>
            </w:r>
          </w:p>
          <w:p w14:paraId="044D89F6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DB24BF4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 xml:space="preserve">Adresa oficială: </w:t>
            </w:r>
            <w:r w:rsidRPr="00E561F8">
              <w:rPr>
                <w:rFonts w:ascii="Times New Roman" w:hAnsi="Times New Roman"/>
                <w:b/>
              </w:rPr>
              <w:br/>
              <w:t>Strada Tudor Vladimirescu, nr. 95, cod poștal 245200,</w:t>
            </w:r>
          </w:p>
          <w:p w14:paraId="2C18A237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Oraș Băile Govora, Județ Vâlcea, România</w:t>
            </w:r>
            <w:r w:rsidRPr="00E561F8">
              <w:rPr>
                <w:rFonts w:ascii="Times New Roman" w:hAnsi="Times New Roman"/>
                <w:b/>
              </w:rPr>
              <w:tab/>
            </w:r>
          </w:p>
          <w:p w14:paraId="4813D1E6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Tel: +4 0250 770 460</w:t>
            </w:r>
          </w:p>
          <w:p w14:paraId="3B684E0E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www.primaria-baile-govora.ro</w:t>
            </w:r>
          </w:p>
          <w:p w14:paraId="2B873F56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E561F8" w:rsidRPr="00E561F8" w14:paraId="7C637A47" w14:textId="77777777" w:rsidTr="00E561F8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D5F3" w14:textId="77777777" w:rsidR="00E561F8" w:rsidRPr="00E561F8" w:rsidRDefault="00E561F8" w:rsidP="00E561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1F9B659" w14:textId="77777777" w:rsidR="00E561F8" w:rsidRPr="00E561F8" w:rsidRDefault="00E561F8" w:rsidP="00E561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3D563D4" w14:textId="77777777" w:rsidR="00E561F8" w:rsidRPr="00E561F8" w:rsidRDefault="00E561F8" w:rsidP="00E561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561F8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0BB3EE57" w14:textId="77777777" w:rsidR="00E561F8" w:rsidRPr="00E561F8" w:rsidRDefault="00E561F8" w:rsidP="00E561F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F9B368B" w14:textId="65E48AF6" w:rsidR="0031126D" w:rsidRPr="00F35848" w:rsidRDefault="0031126D" w:rsidP="0031126D">
      <w:pPr>
        <w:spacing w:before="80" w:after="60" w:line="240" w:lineRule="auto"/>
        <w:jc w:val="center"/>
        <w:rPr>
          <w:sz w:val="28"/>
          <w:szCs w:val="28"/>
        </w:rPr>
      </w:pPr>
      <w:r w:rsidRPr="00F35848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F35848" w:rsidRPr="00F35848" w14:paraId="35EB67AD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0883F25" w14:textId="77777777" w:rsidR="0031126D" w:rsidRPr="00F35848" w:rsidRDefault="0031126D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F35848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F35848" w:rsidRPr="00F35848" w14:paraId="6A09FDBF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2F52DCB" w14:textId="77777777" w:rsidR="0031126D" w:rsidRPr="00F35848" w:rsidRDefault="0031126D" w:rsidP="005A67B9">
            <w:pPr>
              <w:spacing w:after="20" w:line="240" w:lineRule="auto"/>
              <w:rPr>
                <w:rFonts w:ascii="Times New Roman" w:hAnsi="Times New Roman"/>
                <w:b/>
                <w:sz w:val="20"/>
                <w:szCs w:val="28"/>
              </w:rPr>
            </w:pPr>
            <w:r w:rsidRPr="00F35848">
              <w:rPr>
                <w:rFonts w:ascii="Times New Roman" w:hAnsi="Times New Roman"/>
                <w:b/>
                <w:sz w:val="20"/>
                <w:szCs w:val="28"/>
              </w:rPr>
              <w:t>Instituția</w:t>
            </w:r>
          </w:p>
          <w:p w14:paraId="32EA8556" w14:textId="3415F585" w:rsidR="0031126D" w:rsidRPr="00F35848" w:rsidRDefault="00E561F8" w:rsidP="005A67B9">
            <w:pPr>
              <w:spacing w:after="2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8"/>
                <w:szCs w:val="28"/>
              </w:rPr>
              <w:t>Primăria Orașului Băile Govora</w:t>
            </w:r>
          </w:p>
        </w:tc>
      </w:tr>
      <w:tr w:rsidR="0031126D" w:rsidRPr="00F35848" w14:paraId="06D3F034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C58697F" w14:textId="0866CF3C" w:rsidR="0031126D" w:rsidRPr="00F35848" w:rsidRDefault="0031126D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F35848">
              <w:rPr>
                <w:rFonts w:ascii="Times New Roman" w:hAnsi="Times New Roman"/>
                <w:i/>
                <w:sz w:val="18"/>
                <w:szCs w:val="28"/>
              </w:rPr>
              <w:t xml:space="preserve">Către </w:t>
            </w:r>
            <w:r w:rsidR="00E561F8">
              <w:rPr>
                <w:rFonts w:ascii="Times New Roman" w:hAnsi="Times New Roman"/>
                <w:i/>
                <w:sz w:val="18"/>
                <w:szCs w:val="28"/>
              </w:rPr>
              <w:t>Primarul Orașului Băile Govora</w:t>
            </w:r>
          </w:p>
        </w:tc>
      </w:tr>
    </w:tbl>
    <w:p w14:paraId="13C62C67" w14:textId="77777777" w:rsidR="00BB33FD" w:rsidRPr="00F35848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35848" w:rsidRPr="00F35848" w14:paraId="4E11802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A2367F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35848" w:rsidRPr="00F35848" w14:paraId="4226ABE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06D2B3D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7206DF2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F35848" w:rsidRPr="00F35848" w14:paraId="04438D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9D0E89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6"/>
                <w:szCs w:val="24"/>
              </w:rPr>
              <w:t>Act de identitate</w:t>
            </w:r>
          </w:p>
        </w:tc>
      </w:tr>
      <w:tr w:rsidR="00F35848" w:rsidRPr="00F35848" w14:paraId="7F21C862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8F27F8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FD2CC3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AAFC3F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D9BDAB3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F35848" w:rsidRPr="00F35848" w14:paraId="0C145822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11631E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6"/>
                <w:szCs w:val="24"/>
              </w:rPr>
              <w:t>Domiciliul</w:t>
            </w:r>
          </w:p>
        </w:tc>
      </w:tr>
      <w:tr w:rsidR="00F35848" w:rsidRPr="00F35848" w14:paraId="1D7CAC5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385C8DA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E770506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7088900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F35848" w:rsidRPr="00F35848" w14:paraId="3BD6BC3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EBD893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E052DF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4D81C31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BE3BD8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A0AC894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BD9A06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CAC43A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F35848" w:rsidRPr="00F35848" w14:paraId="575292C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7FF46F9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F35848" w:rsidRPr="00F35848" w14:paraId="345A661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5D4B6DB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77A0A4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  <w:tr w:rsidR="00F35848" w:rsidRPr="00F35848" w14:paraId="3EC36C4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B0AF771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6"/>
                <w:szCs w:val="24"/>
              </w:rPr>
              <w:t>Reprezentare</w:t>
            </w:r>
          </w:p>
        </w:tc>
      </w:tr>
      <w:tr w:rsidR="00F35848" w:rsidRPr="00F35848" w14:paraId="250E3F2F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1E1C3C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2E2355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CUI / CIF</w:t>
            </w:r>
          </w:p>
        </w:tc>
      </w:tr>
      <w:tr w:rsidR="00F35848" w:rsidRPr="00F35848" w14:paraId="005C2B8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9AB69B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14:paraId="6AFFB8DB" w14:textId="77777777" w:rsidR="00BB33FD" w:rsidRPr="00F35848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F35848">
        <w:rPr>
          <w:rFonts w:ascii="Times New Roman" w:hAnsi="Times New Roman"/>
          <w:sz w:val="18"/>
          <w:szCs w:val="24"/>
        </w:rPr>
        <w:t>în conformitate cu prevederile Legii nr. 169/2026 privind Codul amenajării teritoriului, urbanismului și construcțiilor,</w:t>
      </w:r>
      <w:r w:rsidRPr="00F35848">
        <w:rPr>
          <w:rFonts w:ascii="Times New Roman" w:hAnsi="Times New Roman"/>
          <w:sz w:val="18"/>
          <w:szCs w:val="24"/>
        </w:rPr>
        <w:br/>
        <w:t>solicit emiterea</w:t>
      </w:r>
      <w:r w:rsidRPr="00F35848">
        <w:rPr>
          <w:rFonts w:ascii="Times New Roman" w:hAnsi="Times New Roman"/>
          <w:sz w:val="18"/>
          <w:szCs w:val="24"/>
        </w:rPr>
        <w:br/>
      </w:r>
      <w:r w:rsidRPr="00F35848">
        <w:rPr>
          <w:rFonts w:ascii="Times New Roman" w:hAnsi="Times New Roman"/>
          <w:b/>
          <w:szCs w:val="24"/>
        </w:rPr>
        <w:t>CERTIFICATULUI DE URBANISM</w:t>
      </w:r>
      <w:r w:rsidRPr="00F35848">
        <w:rPr>
          <w:rFonts w:ascii="Times New Roman" w:hAnsi="Times New Roman"/>
          <w:b/>
          <w:szCs w:val="24"/>
        </w:rPr>
        <w:br/>
        <w:t>PENTRU OPERAȚIUNI CADASTRALE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35848" w:rsidRPr="00F35848" w14:paraId="5A3E62F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F639455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3. ÎN  VEDEREA REALIZĂRII OPERAȚIUNII CADATRALE :</w:t>
            </w:r>
          </w:p>
        </w:tc>
      </w:tr>
      <w:tr w:rsidR="00F35848" w:rsidRPr="00F35848" w14:paraId="634FFF2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667485E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comasare (alipire)     ☐ dezmembrare (dezlipire)     ☐ înscrierea unor servituți de trecere</w:t>
            </w:r>
          </w:p>
        </w:tc>
      </w:tr>
      <w:tr w:rsidR="00F35848" w:rsidRPr="00F35848" w14:paraId="332541B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EFDA164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evidențieri de imobile în cartea funciară     ☐ reevidențieri de imobile în cartea funciară</w:t>
            </w:r>
          </w:p>
        </w:tc>
      </w:tr>
      <w:tr w:rsidR="00BB33FD" w:rsidRPr="00F35848" w14:paraId="1288381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756A86D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6"/>
                <w:szCs w:val="24"/>
              </w:rPr>
              <w:t>Descrierea operațiunii cadastrale propuse :</w:t>
            </w:r>
            <w:r w:rsidRPr="00F35848">
              <w:rPr>
                <w:rFonts w:ascii="Times New Roman" w:hAnsi="Times New Roman"/>
                <w:sz w:val="16"/>
                <w:szCs w:val="24"/>
              </w:rPr>
              <w:br/>
            </w:r>
            <w:r w:rsidRPr="00F35848">
              <w:rPr>
                <w:rFonts w:ascii="Times New Roman" w:hAnsi="Times New Roman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EDD7433" w14:textId="77777777" w:rsidR="00BB33FD" w:rsidRPr="00F35848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35848" w:rsidRPr="00F35848" w14:paraId="2D24A29D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BF7CD3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35848" w:rsidRPr="00F35848" w14:paraId="37E5E1D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7F3374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35848" w:rsidRPr="00F35848" w14:paraId="476266D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1633A7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3C83DC6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F69FEF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F35848" w:rsidRPr="00F35848" w14:paraId="33396AC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5105033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E1854C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FC3AD78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E2ADFC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BB33FD" w:rsidRPr="00F35848" w14:paraId="732E541A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C1F9AF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Număr cadastral</w:t>
            </w:r>
            <w:r w:rsidRPr="00F35848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F35848">
              <w:rPr>
                <w:rFonts w:ascii="Times New Roman" w:hAnsi="Times New Roman"/>
                <w:i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947A8C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535D6467" w14:textId="77777777" w:rsidR="00BB33FD" w:rsidRPr="00F35848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35848" w:rsidRPr="00F35848" w14:paraId="2AC7F9B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0E1A01B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F35848" w:rsidRPr="00F35848" w14:paraId="102AC59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4C4778A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documentația cadastrală                             ☐ plan cu o propunere de comasare/dezmembrare</w:t>
            </w:r>
          </w:p>
        </w:tc>
      </w:tr>
      <w:tr w:rsidR="00BB33FD" w:rsidRPr="00F35848" w14:paraId="01C0F18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3EB379A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extras de carte funciară actualizat               ☐ plan de încadrare în zonă în sistem Stereo 70               ☐ împuternicirea, dacă este cazul</w:t>
            </w:r>
          </w:p>
        </w:tc>
      </w:tr>
    </w:tbl>
    <w:p w14:paraId="61FF898F" w14:textId="77777777" w:rsidR="00BB33FD" w:rsidRPr="00F35848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35848" w:rsidRPr="00F35848" w14:paraId="605A8E4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34D1CE7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BB33FD" w:rsidRPr="00F35848" w14:paraId="3EB2A39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102045" w14:textId="77777777" w:rsidR="00BB33FD" w:rsidRPr="00F35848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663A1431" w14:textId="77777777" w:rsidR="00BB33FD" w:rsidRPr="00F35848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35848" w:rsidRPr="00F35848" w14:paraId="06BF057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D259B2D" w14:textId="77777777" w:rsidR="00BB33FD" w:rsidRPr="00F35848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F35848" w:rsidRPr="00F35848" w14:paraId="65073DF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43BF86A" w14:textId="77777777" w:rsidR="00BB33FD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Data</w:t>
            </w:r>
          </w:p>
          <w:p w14:paraId="694139DC" w14:textId="77777777" w:rsidR="0025624C" w:rsidRPr="00F35848" w:rsidRDefault="0025624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6559D65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1D83D175" w14:textId="77777777" w:rsidR="00BB33FD" w:rsidRPr="00F35848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F35848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61E0D2A4" w14:textId="77777777" w:rsidR="003C2C8B" w:rsidRPr="00E91FC5" w:rsidRDefault="003C2C8B">
      <w:pPr>
        <w:rPr>
          <w:sz w:val="24"/>
          <w:szCs w:val="24"/>
        </w:rPr>
      </w:pPr>
    </w:p>
    <w:sectPr w:rsidR="003C2C8B" w:rsidRPr="00E91FC5" w:rsidSect="00DD09E0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086AF" w14:textId="77777777" w:rsidR="00AD2CE0" w:rsidRDefault="00AD2CE0">
      <w:pPr>
        <w:spacing w:after="0" w:line="240" w:lineRule="auto"/>
      </w:pPr>
      <w:r>
        <w:separator/>
      </w:r>
    </w:p>
  </w:endnote>
  <w:endnote w:type="continuationSeparator" w:id="0">
    <w:p w14:paraId="24CC5606" w14:textId="77777777" w:rsidR="00AD2CE0" w:rsidRDefault="00AD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DCD0" w14:textId="77777777" w:rsidR="00BB33FD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>F_CU_02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71DB3" w14:textId="77777777" w:rsidR="00AD2CE0" w:rsidRDefault="00AD2CE0">
      <w:pPr>
        <w:spacing w:after="0" w:line="240" w:lineRule="auto"/>
      </w:pPr>
      <w:r>
        <w:separator/>
      </w:r>
    </w:p>
  </w:footnote>
  <w:footnote w:type="continuationSeparator" w:id="0">
    <w:p w14:paraId="4DABA2F6" w14:textId="77777777" w:rsidR="00AD2CE0" w:rsidRDefault="00AD2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0468243">
    <w:abstractNumId w:val="8"/>
  </w:num>
  <w:num w:numId="2" w16cid:durableId="368771273">
    <w:abstractNumId w:val="6"/>
  </w:num>
  <w:num w:numId="3" w16cid:durableId="1924876395">
    <w:abstractNumId w:val="5"/>
  </w:num>
  <w:num w:numId="4" w16cid:durableId="1104182859">
    <w:abstractNumId w:val="4"/>
  </w:num>
  <w:num w:numId="5" w16cid:durableId="76102146">
    <w:abstractNumId w:val="7"/>
  </w:num>
  <w:num w:numId="6" w16cid:durableId="1153596853">
    <w:abstractNumId w:val="3"/>
  </w:num>
  <w:num w:numId="7" w16cid:durableId="406617010">
    <w:abstractNumId w:val="2"/>
  </w:num>
  <w:num w:numId="8" w16cid:durableId="421486489">
    <w:abstractNumId w:val="1"/>
  </w:num>
  <w:num w:numId="9" w16cid:durableId="103897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43"/>
    <w:rsid w:val="00034616"/>
    <w:rsid w:val="0006063C"/>
    <w:rsid w:val="0015074B"/>
    <w:rsid w:val="00200FFD"/>
    <w:rsid w:val="0025624C"/>
    <w:rsid w:val="0029639D"/>
    <w:rsid w:val="0031126D"/>
    <w:rsid w:val="00326F90"/>
    <w:rsid w:val="003C2C8B"/>
    <w:rsid w:val="00423C4E"/>
    <w:rsid w:val="004A6029"/>
    <w:rsid w:val="00537E02"/>
    <w:rsid w:val="005B6DAC"/>
    <w:rsid w:val="005D5DE5"/>
    <w:rsid w:val="00784A10"/>
    <w:rsid w:val="0089398E"/>
    <w:rsid w:val="008E7C88"/>
    <w:rsid w:val="00960E24"/>
    <w:rsid w:val="009875B9"/>
    <w:rsid w:val="009E04FF"/>
    <w:rsid w:val="00A05301"/>
    <w:rsid w:val="00A528AE"/>
    <w:rsid w:val="00A601A3"/>
    <w:rsid w:val="00AA1D8D"/>
    <w:rsid w:val="00AD2CE0"/>
    <w:rsid w:val="00B47730"/>
    <w:rsid w:val="00BB33FD"/>
    <w:rsid w:val="00CB0664"/>
    <w:rsid w:val="00DD09E0"/>
    <w:rsid w:val="00E561F8"/>
    <w:rsid w:val="00E91FC5"/>
    <w:rsid w:val="00EC4148"/>
    <w:rsid w:val="00F358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91936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537E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2026-09-16T10:44:00Z</dcterms:modified>
  <cp:category/>
</cp:coreProperties>
</file>