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B528DC" w:rsidRPr="00B528DC" w14:paraId="39709697" w14:textId="77777777" w:rsidTr="00B528DC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158AD34" w14:textId="072600CE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</w:rPr>
              <w:t xml:space="preserve">  </w:t>
            </w:r>
            <w:r w:rsidRPr="00B528DC">
              <w:rPr>
                <w:rFonts w:ascii="Times New Roman" w:hAnsi="Times New Roman" w:cs="Times New Roman"/>
              </w:rPr>
              <w:drawing>
                <wp:inline distT="0" distB="0" distL="0" distR="0" wp14:anchorId="06C72810" wp14:editId="5DA1116A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1F970FD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Județul Vâlcea</w:t>
            </w:r>
          </w:p>
        </w:tc>
      </w:tr>
      <w:tr w:rsidR="00B528DC" w:rsidRPr="00B528DC" w14:paraId="34AB2CA3" w14:textId="77777777" w:rsidTr="00B528D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0249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EBA85C8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Primăria Orașului Băile Govora</w:t>
            </w:r>
          </w:p>
        </w:tc>
      </w:tr>
      <w:tr w:rsidR="00B528DC" w:rsidRPr="00B528DC" w14:paraId="063683B1" w14:textId="77777777" w:rsidTr="00B528D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4108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DB7A541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528DC">
              <w:rPr>
                <w:rFonts w:ascii="Times New Roman" w:hAnsi="Times New Roman" w:cs="Times New Roman"/>
                <w:b/>
              </w:rPr>
              <w:t>Cod de identificare fiscală (CIF)</w:t>
            </w:r>
          </w:p>
          <w:p w14:paraId="594B5DD1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B5B0566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528DC">
              <w:rPr>
                <w:rFonts w:ascii="Times New Roman" w:hAnsi="Times New Roman" w:cs="Times New Roman"/>
                <w:b/>
              </w:rPr>
              <w:t xml:space="preserve">Adresa oficială: </w:t>
            </w:r>
            <w:r w:rsidRPr="00B528DC">
              <w:rPr>
                <w:rFonts w:ascii="Times New Roman" w:hAnsi="Times New Roman" w:cs="Times New Roman"/>
                <w:b/>
              </w:rPr>
              <w:br/>
              <w:t>Strada Tudor Vladimirescu, nr. 95, cod poștal 245200,</w:t>
            </w:r>
          </w:p>
          <w:p w14:paraId="2DEAF82B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528DC">
              <w:rPr>
                <w:rFonts w:ascii="Times New Roman" w:hAnsi="Times New Roman" w:cs="Times New Roman"/>
                <w:b/>
              </w:rPr>
              <w:t>Oraș Băile Govora, Județ Vâlcea, România</w:t>
            </w:r>
            <w:r w:rsidRPr="00B528DC">
              <w:rPr>
                <w:rFonts w:ascii="Times New Roman" w:hAnsi="Times New Roman" w:cs="Times New Roman"/>
                <w:b/>
              </w:rPr>
              <w:tab/>
            </w:r>
          </w:p>
          <w:p w14:paraId="2A3F427E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528DC">
              <w:rPr>
                <w:rFonts w:ascii="Times New Roman" w:hAnsi="Times New Roman" w:cs="Times New Roman"/>
                <w:b/>
              </w:rPr>
              <w:t>Tel: +4 0250 770 460</w:t>
            </w:r>
          </w:p>
          <w:p w14:paraId="57E6B071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528DC">
              <w:rPr>
                <w:rFonts w:ascii="Times New Roman" w:hAnsi="Times New Roman" w:cs="Times New Roman"/>
                <w:b/>
              </w:rPr>
              <w:t>www.primaria-baile-govora.ro</w:t>
            </w:r>
          </w:p>
          <w:p w14:paraId="480BC2A1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E-mail: primaria@primaria-baile-govora.ro baile.govora@vl.e-adm.ro</w:t>
            </w:r>
          </w:p>
        </w:tc>
      </w:tr>
      <w:tr w:rsidR="00B528DC" w:rsidRPr="00B528DC" w14:paraId="7EE949A8" w14:textId="77777777" w:rsidTr="00B528DC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D1AC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786B26A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5775AF4" w14:textId="77777777" w:rsidR="00B528DC" w:rsidRPr="00B528DC" w:rsidRDefault="00B528DC" w:rsidP="00B52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28DC">
              <w:rPr>
                <w:rFonts w:ascii="Times New Roman" w:hAnsi="Times New Roman" w:cs="Times New Roman"/>
                <w:b/>
              </w:rPr>
              <w:t>Data</w:t>
            </w:r>
          </w:p>
        </w:tc>
      </w:tr>
    </w:tbl>
    <w:p w14:paraId="0CDD3DC2" w14:textId="77777777"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p w14:paraId="504720D8" w14:textId="77777777" w:rsidR="00EA3403" w:rsidRPr="00552F6D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552F6D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52F6D" w:rsidRPr="00552F6D" w14:paraId="1DB264D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3C3E844" w14:textId="77777777" w:rsidR="00EA3403" w:rsidRPr="00552F6D" w:rsidRDefault="00EA3403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552F6D" w:rsidRPr="00552F6D" w14:paraId="6C72E1CA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D2D09C" w14:textId="77777777" w:rsidR="00EA3403" w:rsidRPr="00552F6D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</w:p>
          <w:p w14:paraId="3599E855" w14:textId="2ED06016" w:rsidR="00EA3403" w:rsidRPr="00552F6D" w:rsidRDefault="00B528DC" w:rsidP="005A67B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Primăria Orașului Băile Govora</w:t>
            </w:r>
          </w:p>
        </w:tc>
      </w:tr>
      <w:tr w:rsidR="00EA3403" w:rsidRPr="00552F6D" w14:paraId="370238F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E4CE537" w14:textId="78BB84A5" w:rsidR="00EA3403" w:rsidRPr="00552F6D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i/>
                <w:sz w:val="16"/>
                <w:szCs w:val="24"/>
              </w:rPr>
              <w:t xml:space="preserve">Către </w:t>
            </w:r>
            <w:r w:rsidR="00B528DC">
              <w:rPr>
                <w:rFonts w:ascii="Times New Roman" w:hAnsi="Times New Roman"/>
                <w:i/>
                <w:sz w:val="16"/>
                <w:szCs w:val="24"/>
              </w:rPr>
              <w:t>Primarul Orașului Băile Govora</w:t>
            </w:r>
          </w:p>
        </w:tc>
      </w:tr>
    </w:tbl>
    <w:p w14:paraId="297CF65D" w14:textId="77777777" w:rsidR="005502BD" w:rsidRPr="00552F6D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2F6D" w:rsidRPr="00552F6D" w14:paraId="49015E5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A0410B2" w14:textId="77777777" w:rsidR="005502BD" w:rsidRPr="00552F6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52F6D" w:rsidRPr="00552F6D" w14:paraId="0168996A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48E36F4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EDF23AD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552F6D" w:rsidRPr="00552F6D" w14:paraId="2DC2177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4D22AD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sz w:val="16"/>
                <w:szCs w:val="24"/>
              </w:rPr>
              <w:t>Act de identitate</w:t>
            </w:r>
          </w:p>
        </w:tc>
      </w:tr>
      <w:tr w:rsidR="00552F6D" w:rsidRPr="00552F6D" w14:paraId="2F7DED7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A0B9075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B18E43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AB99E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C61BA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552F6D" w:rsidRPr="00552F6D" w14:paraId="4142515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D0CDB3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sz w:val="16"/>
                <w:szCs w:val="24"/>
              </w:rPr>
              <w:t>Domiciliul</w:t>
            </w:r>
          </w:p>
        </w:tc>
      </w:tr>
      <w:tr w:rsidR="00552F6D" w:rsidRPr="00552F6D" w14:paraId="213D161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6CB8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92A9C82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C31658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552F6D" w:rsidRPr="00552F6D" w14:paraId="4949C8F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86692C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27D8285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04F15F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CACA72D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961EC5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2758F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8CB6B2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552F6D" w:rsidRPr="00552F6D" w14:paraId="485223A7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B09BB4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552F6D" w:rsidRPr="00552F6D" w14:paraId="23D0F29B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22EA0A7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1D5D81F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21F7F9E1" w14:textId="77777777" w:rsidR="005502BD" w:rsidRPr="00552F6D" w:rsidRDefault="00000000">
      <w:pPr>
        <w:spacing w:before="100" w:after="80" w:line="240" w:lineRule="auto"/>
        <w:jc w:val="center"/>
        <w:rPr>
          <w:sz w:val="24"/>
          <w:szCs w:val="24"/>
        </w:rPr>
      </w:pPr>
      <w:r w:rsidRPr="00552F6D">
        <w:rPr>
          <w:rFonts w:ascii="Times New Roman" w:hAnsi="Times New Roman"/>
          <w:sz w:val="18"/>
          <w:szCs w:val="24"/>
        </w:rPr>
        <w:t>în temeiul art. 257 alin. (17) din Legea nr. 169/2026 privind Codul amenajării teritoriului, urbanismului și construcțiilor,</w:t>
      </w:r>
      <w:r w:rsidRPr="00552F6D">
        <w:rPr>
          <w:rFonts w:ascii="Times New Roman" w:hAnsi="Times New Roman"/>
          <w:sz w:val="18"/>
          <w:szCs w:val="24"/>
        </w:rPr>
        <w:br/>
        <w:t>solicit prelungirea valabilității</w:t>
      </w:r>
      <w:r w:rsidRPr="00552F6D">
        <w:rPr>
          <w:rFonts w:ascii="Times New Roman" w:hAnsi="Times New Roman"/>
          <w:sz w:val="18"/>
          <w:szCs w:val="24"/>
        </w:rPr>
        <w:br/>
      </w:r>
      <w:r w:rsidRPr="00552F6D">
        <w:rPr>
          <w:rFonts w:ascii="Times New Roman" w:hAnsi="Times New Roman"/>
          <w:b/>
          <w:sz w:val="24"/>
          <w:szCs w:val="24"/>
        </w:rPr>
        <w:t>CERTIFICATULUI DE URBANISM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2F6D" w:rsidRPr="00552F6D" w14:paraId="10FC21B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139F0D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6D992F1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3E706C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Emis de</w:t>
            </w:r>
          </w:p>
        </w:tc>
      </w:tr>
      <w:tr w:rsidR="005502BD" w:rsidRPr="00552F6D" w14:paraId="1D383FE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3A54085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8F127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până la data</w:t>
            </w:r>
          </w:p>
        </w:tc>
      </w:tr>
    </w:tbl>
    <w:p w14:paraId="11F87FDA" w14:textId="77777777" w:rsidR="005502BD" w:rsidRPr="00552F6D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2F6D" w:rsidRPr="00552F6D" w14:paraId="07B9C913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54D7623" w14:textId="77777777" w:rsidR="005502BD" w:rsidRPr="00552F6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552F6D" w:rsidRPr="00552F6D" w14:paraId="72DAE4BB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63A5C1" w14:textId="77777777" w:rsidR="005502BD" w:rsidRPr="00552F6D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52F6D" w:rsidRPr="00552F6D" w14:paraId="63C0E8CD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85D172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2C0D17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308DE8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552F6D" w:rsidRPr="00552F6D" w14:paraId="177BF88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AFF36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B19F56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DE89722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EFAD2F6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5502BD" w:rsidRPr="00552F6D" w14:paraId="28A5521E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F9AEEE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Număr cadastral</w:t>
            </w:r>
            <w:r w:rsidRPr="00552F6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552F6D">
              <w:rPr>
                <w:rFonts w:ascii="Times New Roman" w:hAnsi="Times New Roman"/>
                <w:i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AB8A52B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694C0729" w14:textId="77777777" w:rsidR="005502BD" w:rsidRPr="00552F6D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2F6D" w:rsidRPr="00552F6D" w14:paraId="4F0C2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4BBADED" w14:textId="77777777" w:rsidR="005502BD" w:rsidRPr="00552F6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502BD" w:rsidRPr="00552F6D" w14:paraId="20611E3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FE146AD" w14:textId="77777777" w:rsidR="005502BD" w:rsidRPr="00552F6D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sz w:val="18"/>
                <w:szCs w:val="24"/>
              </w:rPr>
              <w:t>☐ certificatul de urbanism (în original)     ☐ documentul privind achitarea taxei (copie)</w:t>
            </w:r>
          </w:p>
        </w:tc>
      </w:tr>
    </w:tbl>
    <w:p w14:paraId="48D0BC68" w14:textId="77777777" w:rsidR="005502BD" w:rsidRPr="00552F6D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2F6D" w:rsidRPr="00552F6D" w14:paraId="38DEC63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AD8C3DE" w14:textId="77777777" w:rsidR="005502BD" w:rsidRPr="00552F6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552F6D" w:rsidRPr="00552F6D" w14:paraId="12CD2AE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72654232" w14:textId="77777777" w:rsidR="005502BD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  <w:p w14:paraId="5566BFB0" w14:textId="77777777" w:rsidR="00C36C20" w:rsidRPr="00552F6D" w:rsidRDefault="00C36C2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1D49402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333EFF19" w14:textId="77777777" w:rsidR="005502BD" w:rsidRPr="00552F6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52F6D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63F41BC3" w14:textId="77777777" w:rsidR="000A6BEC" w:rsidRDefault="000A6BEC"/>
    <w:sectPr w:rsidR="000A6BEC" w:rsidSect="00FC6E81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EE09" w14:textId="77777777" w:rsidR="00CC6739" w:rsidRDefault="00CC6739">
      <w:pPr>
        <w:spacing w:after="0" w:line="240" w:lineRule="auto"/>
      </w:pPr>
      <w:r>
        <w:separator/>
      </w:r>
    </w:p>
  </w:endnote>
  <w:endnote w:type="continuationSeparator" w:id="0">
    <w:p w14:paraId="73F4E42F" w14:textId="77777777" w:rsidR="00CC6739" w:rsidRDefault="00CC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F604" w14:textId="77777777" w:rsidR="005502BD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>F_CU_03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FA402" w14:textId="77777777" w:rsidR="00CC6739" w:rsidRDefault="00CC6739">
      <w:pPr>
        <w:spacing w:after="0" w:line="240" w:lineRule="auto"/>
      </w:pPr>
      <w:r>
        <w:separator/>
      </w:r>
    </w:p>
  </w:footnote>
  <w:footnote w:type="continuationSeparator" w:id="0">
    <w:p w14:paraId="3E7D4398" w14:textId="77777777" w:rsidR="00CC6739" w:rsidRDefault="00CC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E7F5" w14:textId="77777777" w:rsidR="005502BD" w:rsidRDefault="005502BD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654576">
    <w:abstractNumId w:val="8"/>
  </w:num>
  <w:num w:numId="2" w16cid:durableId="1969312477">
    <w:abstractNumId w:val="6"/>
  </w:num>
  <w:num w:numId="3" w16cid:durableId="625939152">
    <w:abstractNumId w:val="5"/>
  </w:num>
  <w:num w:numId="4" w16cid:durableId="889269239">
    <w:abstractNumId w:val="4"/>
  </w:num>
  <w:num w:numId="5" w16cid:durableId="1787698293">
    <w:abstractNumId w:val="7"/>
  </w:num>
  <w:num w:numId="6" w16cid:durableId="1580822248">
    <w:abstractNumId w:val="3"/>
  </w:num>
  <w:num w:numId="7" w16cid:durableId="967396513">
    <w:abstractNumId w:val="2"/>
  </w:num>
  <w:num w:numId="8" w16cid:durableId="1570268346">
    <w:abstractNumId w:val="1"/>
  </w:num>
  <w:num w:numId="9" w16cid:durableId="65765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43"/>
    <w:rsid w:val="00034616"/>
    <w:rsid w:val="0006063C"/>
    <w:rsid w:val="000A6BEC"/>
    <w:rsid w:val="0015074B"/>
    <w:rsid w:val="00200FFD"/>
    <w:rsid w:val="00295434"/>
    <w:rsid w:val="0029639D"/>
    <w:rsid w:val="00326F90"/>
    <w:rsid w:val="0040282D"/>
    <w:rsid w:val="00443BF1"/>
    <w:rsid w:val="004A6029"/>
    <w:rsid w:val="005502BD"/>
    <w:rsid w:val="00552F6D"/>
    <w:rsid w:val="006E3CB7"/>
    <w:rsid w:val="0073469B"/>
    <w:rsid w:val="00942F04"/>
    <w:rsid w:val="00A80BE3"/>
    <w:rsid w:val="00AA1D8D"/>
    <w:rsid w:val="00B47730"/>
    <w:rsid w:val="00B528DC"/>
    <w:rsid w:val="00C0210A"/>
    <w:rsid w:val="00C36C20"/>
    <w:rsid w:val="00CB0664"/>
    <w:rsid w:val="00CC6739"/>
    <w:rsid w:val="00CE7C97"/>
    <w:rsid w:val="00D375B4"/>
    <w:rsid w:val="00EA3403"/>
    <w:rsid w:val="00F33FA8"/>
    <w:rsid w:val="00FC693F"/>
    <w:rsid w:val="00FC6E81"/>
    <w:rsid w:val="00FD76AD"/>
    <w:rsid w:val="00F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CBA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C021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8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11</cp:revision>
  <dcterms:created xsi:type="dcterms:W3CDTF">2013-12-23T23:15:00Z</dcterms:created>
  <dcterms:modified xsi:type="dcterms:W3CDTF">2026-09-16T10:46:00Z</dcterms:modified>
  <cp:category/>
</cp:coreProperties>
</file>