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8F6B08" w:rsidRPr="008F6B08" w14:paraId="41CABFE5" w14:textId="77777777" w:rsidTr="008F6B08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3F74003" w14:textId="4BF90E9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 xml:space="preserve">  </w:t>
            </w:r>
            <w:r w:rsidRPr="008F6B08">
              <w:rPr>
                <w:rFonts w:ascii="Times New Roman" w:hAnsi="Times New Roman"/>
                <w:b/>
              </w:rPr>
              <w:drawing>
                <wp:inline distT="0" distB="0" distL="0" distR="0" wp14:anchorId="4EDC495C" wp14:editId="511C7674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F5F9B03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Județul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Vâlcea</w:t>
            </w:r>
          </w:p>
        </w:tc>
      </w:tr>
      <w:tr w:rsidR="008F6B08" w:rsidRPr="008F6B08" w14:paraId="337B0278" w14:textId="77777777" w:rsidTr="008F6B08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08D22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53A31C21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Primăria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Orașului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Băile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Govora</w:t>
            </w:r>
            <w:proofErr w:type="spellEnd"/>
          </w:p>
        </w:tc>
      </w:tr>
      <w:tr w:rsidR="008F6B08" w:rsidRPr="008F6B08" w14:paraId="77F77A37" w14:textId="77777777" w:rsidTr="008F6B08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7F54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409362CD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 xml:space="preserve">Cod de </w:t>
            </w:r>
            <w:proofErr w:type="spellStart"/>
            <w:r w:rsidRPr="008F6B08">
              <w:rPr>
                <w:rFonts w:ascii="Times New Roman" w:hAnsi="Times New Roman"/>
                <w:b/>
              </w:rPr>
              <w:t>identificare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fiscală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(CIF)</w:t>
            </w:r>
          </w:p>
          <w:p w14:paraId="71422F88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1326652D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Adresa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oficială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: </w:t>
            </w:r>
            <w:r w:rsidRPr="008F6B08">
              <w:rPr>
                <w:rFonts w:ascii="Times New Roman" w:hAnsi="Times New Roman"/>
                <w:b/>
              </w:rPr>
              <w:br/>
              <w:t xml:space="preserve">Strada Tudor </w:t>
            </w:r>
            <w:proofErr w:type="spellStart"/>
            <w:r w:rsidRPr="008F6B08">
              <w:rPr>
                <w:rFonts w:ascii="Times New Roman" w:hAnsi="Times New Roman"/>
                <w:b/>
              </w:rPr>
              <w:t>Vladimirescu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, nr. 95, cod </w:t>
            </w:r>
            <w:proofErr w:type="spellStart"/>
            <w:r w:rsidRPr="008F6B08">
              <w:rPr>
                <w:rFonts w:ascii="Times New Roman" w:hAnsi="Times New Roman"/>
                <w:b/>
              </w:rPr>
              <w:t>poștal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245200,</w:t>
            </w:r>
          </w:p>
          <w:p w14:paraId="4304310F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Oraș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Băile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Govora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8F6B08">
              <w:rPr>
                <w:rFonts w:ascii="Times New Roman" w:hAnsi="Times New Roman"/>
                <w:b/>
              </w:rPr>
              <w:t>Județ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Vâlcea, </w:t>
            </w:r>
            <w:proofErr w:type="spellStart"/>
            <w:r w:rsidRPr="008F6B08">
              <w:rPr>
                <w:rFonts w:ascii="Times New Roman" w:hAnsi="Times New Roman"/>
                <w:b/>
              </w:rPr>
              <w:t>România</w:t>
            </w:r>
            <w:proofErr w:type="spellEnd"/>
            <w:r w:rsidRPr="008F6B08">
              <w:rPr>
                <w:rFonts w:ascii="Times New Roman" w:hAnsi="Times New Roman"/>
                <w:b/>
              </w:rPr>
              <w:tab/>
            </w:r>
          </w:p>
          <w:p w14:paraId="12DAF1C1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Tel: +4 0250 770 460</w:t>
            </w:r>
          </w:p>
          <w:p w14:paraId="747942C4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www.primaria-baile-govora.ro</w:t>
            </w:r>
          </w:p>
          <w:p w14:paraId="6B03483F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E-mail: primaria@primaria-baile-govora.ro baile.govora@vl.e-adm.ro</w:t>
            </w:r>
          </w:p>
        </w:tc>
      </w:tr>
      <w:tr w:rsidR="008F6B08" w:rsidRPr="008F6B08" w14:paraId="4D2B896A" w14:textId="77777777" w:rsidTr="008F6B08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8E62" w14:textId="77777777" w:rsidR="008F6B08" w:rsidRPr="008F6B08" w:rsidRDefault="008F6B08" w:rsidP="008F6B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51B2FEE" w14:textId="77777777" w:rsidR="008F6B08" w:rsidRPr="008F6B08" w:rsidRDefault="008F6B08" w:rsidP="008F6B0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8F6B08">
              <w:rPr>
                <w:rFonts w:ascii="Times New Roman" w:hAnsi="Times New Roman"/>
                <w:b/>
              </w:rPr>
              <w:t>Număr</w:t>
            </w:r>
            <w:proofErr w:type="spellEnd"/>
            <w:r w:rsidRPr="008F6B0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F6B08">
              <w:rPr>
                <w:rFonts w:ascii="Times New Roman" w:hAnsi="Times New Roman"/>
                <w:b/>
              </w:rPr>
              <w:t>înregistrare</w:t>
            </w:r>
            <w:proofErr w:type="spellEnd"/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F0A6758" w14:textId="77777777" w:rsidR="008F6B08" w:rsidRPr="008F6B08" w:rsidRDefault="008F6B08" w:rsidP="008F6B0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F6B08">
              <w:rPr>
                <w:rFonts w:ascii="Times New Roman" w:hAnsi="Times New Roman"/>
                <w:b/>
              </w:rPr>
              <w:t>Data</w:t>
            </w:r>
          </w:p>
        </w:tc>
      </w:tr>
    </w:tbl>
    <w:p w14:paraId="4D3F2C16" w14:textId="77777777" w:rsidR="008F6B08" w:rsidRDefault="008F6B08" w:rsidP="00723322">
      <w:pPr>
        <w:spacing w:before="80" w:after="60" w:line="240" w:lineRule="auto"/>
        <w:jc w:val="center"/>
        <w:rPr>
          <w:rFonts w:ascii="Times New Roman" w:hAnsi="Times New Roman"/>
          <w:b/>
          <w:sz w:val="24"/>
        </w:rPr>
      </w:pPr>
    </w:p>
    <w:p w14:paraId="7819E3A6" w14:textId="7EE90A5A" w:rsidR="00246D06" w:rsidRPr="00F273DE" w:rsidRDefault="00000000" w:rsidP="00723322">
      <w:pPr>
        <w:spacing w:before="80" w:after="60" w:line="240" w:lineRule="auto"/>
        <w:jc w:val="center"/>
      </w:pPr>
      <w:r w:rsidRPr="00F273DE">
        <w:rPr>
          <w:rFonts w:ascii="Times New Roman" w:hAnsi="Times New Roman"/>
          <w:b/>
          <w:sz w:val="24"/>
        </w:rPr>
        <w:t>CERTIFICAT DE URBANISM PENTRU OPERAȚIUNI</w:t>
      </w:r>
      <w:r w:rsidRPr="00F273DE">
        <w:rPr>
          <w:rFonts w:ascii="Times New Roman" w:hAnsi="Times New Roman"/>
          <w:b/>
          <w:sz w:val="24"/>
        </w:rPr>
        <w:br/>
        <w:t>CADASTRALE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73DE" w:rsidRPr="00F273DE" w14:paraId="5E1B1BD1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3F5E8E" w14:textId="77777777" w:rsidR="00246D06" w:rsidRPr="00F273DE" w:rsidRDefault="00000000">
            <w:pPr>
              <w:spacing w:before="10" w:after="10" w:line="240" w:lineRule="auto"/>
            </w:pPr>
            <w:r w:rsidRPr="00F273DE">
              <w:rPr>
                <w:rFonts w:ascii="Times New Roman" w:hAnsi="Times New Roman"/>
                <w:b/>
                <w:sz w:val="17"/>
              </w:rPr>
              <w:t>1. REFERINȚE ȘI TEMEI</w:t>
            </w:r>
          </w:p>
        </w:tc>
      </w:tr>
      <w:tr w:rsidR="00F273DE" w:rsidRPr="00F273DE" w14:paraId="38CCD8EE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106FD89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 xml:space="preserve">Ca </w:t>
            </w: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urmare</w:t>
            </w:r>
            <w:proofErr w:type="spellEnd"/>
            <w:r w:rsidRPr="00F273DE">
              <w:rPr>
                <w:rFonts w:ascii="Times New Roman" w:hAnsi="Times New Roman"/>
                <w:b/>
                <w:sz w:val="16"/>
              </w:rPr>
              <w:t xml:space="preserve"> a </w:t>
            </w: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cererii</w:t>
            </w:r>
            <w:proofErr w:type="spellEnd"/>
            <w:r w:rsidRPr="00F273DE">
              <w:rPr>
                <w:rFonts w:ascii="Times New Roman" w:hAnsi="Times New Roman"/>
                <w:b/>
                <w:sz w:val="16"/>
              </w:rPr>
              <w:t xml:space="preserve"> 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395E18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DB72B7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a solicitantului</w:t>
            </w:r>
          </w:p>
        </w:tc>
      </w:tr>
      <w:tr w:rsidR="00246D06" w:rsidRPr="00F273DE" w14:paraId="715AF4FD" w14:textId="77777777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5AB0571" w14:textId="77777777" w:rsidR="00246D06" w:rsidRPr="00F273DE" w:rsidRDefault="00000000">
            <w:pPr>
              <w:spacing w:after="0" w:line="240" w:lineRule="auto"/>
            </w:pP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Documentația</w:t>
            </w:r>
            <w:proofErr w:type="spellEnd"/>
            <w:r w:rsidRPr="00F273DE">
              <w:rPr>
                <w:rFonts w:ascii="Times New Roman" w:hAnsi="Times New Roman"/>
                <w:b/>
                <w:sz w:val="16"/>
              </w:rPr>
              <w:t xml:space="preserve"> de urbanism </w:t>
            </w: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aplicabilă</w:t>
            </w:r>
            <w:proofErr w:type="spellEnd"/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i/>
                <w:sz w:val="14"/>
              </w:rPr>
              <w:t xml:space="preserve">nr. / </w:t>
            </w:r>
            <w:proofErr w:type="gramStart"/>
            <w:r w:rsidRPr="00F273DE">
              <w:rPr>
                <w:rFonts w:ascii="Times New Roman" w:hAnsi="Times New Roman"/>
                <w:i/>
                <w:sz w:val="14"/>
              </w:rPr>
              <w:t>faza</w:t>
            </w:r>
            <w:proofErr w:type="gramEnd"/>
            <w:r w:rsidRPr="00F273DE">
              <w:rPr>
                <w:rFonts w:ascii="Times New Roman" w:hAnsi="Times New Roman"/>
                <w:i/>
                <w:sz w:val="14"/>
              </w:rPr>
              <w:t xml:space="preserve"> PUG · PUZ · PUD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CFC97DE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 xml:space="preserve">Aprobată prin hotărârea CJ / CL nr. / </w:t>
            </w:r>
            <w:proofErr w:type="gramStart"/>
            <w:r w:rsidRPr="00F273DE">
              <w:rPr>
                <w:rFonts w:ascii="Times New Roman" w:hAnsi="Times New Roman"/>
                <w:b/>
                <w:sz w:val="16"/>
              </w:rPr>
              <w:t>data</w:t>
            </w:r>
            <w:proofErr w:type="gramEnd"/>
          </w:p>
        </w:tc>
      </w:tr>
    </w:tbl>
    <w:p w14:paraId="497589D7" w14:textId="77777777" w:rsidR="00246D06" w:rsidRPr="00F273DE" w:rsidRDefault="00246D06">
      <w:pPr>
        <w:spacing w:before="2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273DE" w:rsidRPr="00F273DE" w14:paraId="5807B69E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0" w:type="dxa"/>
              <w:bottom w:w="6" w:type="dxa"/>
              <w:right w:w="30" w:type="dxa"/>
            </w:tcMar>
          </w:tcPr>
          <w:p w14:paraId="3D35E7BB" w14:textId="77777777" w:rsidR="00246D06" w:rsidRPr="00F273DE" w:rsidRDefault="00000000">
            <w:pPr>
              <w:spacing w:before="10" w:after="10" w:line="240" w:lineRule="auto"/>
            </w:pPr>
            <w:r w:rsidRPr="00F273DE">
              <w:rPr>
                <w:rFonts w:ascii="Times New Roman" w:hAnsi="Times New Roman"/>
                <w:b/>
                <w:sz w:val="17"/>
              </w:rPr>
              <w:t>2. IMOBILUL</w:t>
            </w:r>
          </w:p>
        </w:tc>
      </w:tr>
      <w:tr w:rsidR="00F273DE" w:rsidRPr="00F273DE" w14:paraId="7C63ABBE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AF5A264" w14:textId="77777777" w:rsidR="00246D06" w:rsidRPr="00F273DE" w:rsidRDefault="00000000">
            <w:pPr>
              <w:spacing w:after="10" w:line="240" w:lineRule="auto"/>
            </w:pPr>
            <w:r w:rsidRPr="00F273DE">
              <w:rPr>
                <w:rFonts w:ascii="Times New Roman" w:hAnsi="Times New Roman"/>
                <w:sz w:val="16"/>
              </w:rPr>
              <w:t xml:space="preserve">☐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teren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    ☐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construcții</w:t>
            </w:r>
            <w:proofErr w:type="spellEnd"/>
          </w:p>
        </w:tc>
      </w:tr>
      <w:tr w:rsidR="00F273DE" w:rsidRPr="00F273DE" w14:paraId="53AD3612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6C09AED" w14:textId="77777777" w:rsidR="00246D06" w:rsidRPr="00F273DE" w:rsidRDefault="00000000">
            <w:pPr>
              <w:spacing w:after="0" w:line="240" w:lineRule="auto"/>
            </w:pP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Județ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76043629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A9EA85A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Sat / sector</w:t>
            </w:r>
          </w:p>
        </w:tc>
      </w:tr>
      <w:tr w:rsidR="00F273DE" w:rsidRPr="00F273DE" w14:paraId="78B1F45B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37004547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 xml:space="preserve">Cod </w:t>
            </w: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poștal</w:t>
            </w:r>
            <w:proofErr w:type="spellEnd"/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06E8E7C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4C5CEEC8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2441504A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Bl. / sc. / et. / ap.</w:t>
            </w:r>
          </w:p>
        </w:tc>
      </w:tr>
      <w:tr w:rsidR="00F273DE" w:rsidRPr="00F273DE" w14:paraId="6685F5A0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5DF84037" w14:textId="77777777" w:rsidR="00246D06" w:rsidRPr="00F273DE" w:rsidRDefault="00000000">
            <w:pPr>
              <w:spacing w:after="0" w:line="240" w:lineRule="auto"/>
            </w:pP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Număr</w:t>
            </w:r>
            <w:proofErr w:type="spellEnd"/>
            <w:r w:rsidRPr="00F273DE">
              <w:rPr>
                <w:rFonts w:ascii="Times New Roman" w:hAnsi="Times New Roman"/>
                <w:b/>
                <w:sz w:val="16"/>
              </w:rPr>
              <w:t xml:space="preserve"> cadastral</w:t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proofErr w:type="spellStart"/>
            <w:r w:rsidRPr="00F273DE">
              <w:rPr>
                <w:rFonts w:ascii="Times New Roman" w:hAnsi="Times New Roman"/>
                <w:i/>
                <w:sz w:val="14"/>
              </w:rPr>
              <w:t>dacă</w:t>
            </w:r>
            <w:proofErr w:type="spellEnd"/>
            <w:r w:rsidRPr="00F273DE">
              <w:rPr>
                <w:rFonts w:ascii="Times New Roman" w:hAnsi="Times New Roman"/>
                <w:i/>
                <w:sz w:val="14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i/>
                <w:sz w:val="14"/>
              </w:rPr>
              <w:t>imobilul</w:t>
            </w:r>
            <w:proofErr w:type="spellEnd"/>
            <w:r w:rsidRPr="00F273DE">
              <w:rPr>
                <w:rFonts w:ascii="Times New Roman" w:hAnsi="Times New Roman"/>
                <w:i/>
                <w:sz w:val="14"/>
              </w:rPr>
              <w:t xml:space="preserve">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0" w:type="dxa"/>
              <w:bottom w:w="6" w:type="dxa"/>
              <w:right w:w="30" w:type="dxa"/>
            </w:tcMar>
          </w:tcPr>
          <w:p w14:paraId="17C4733F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Carte funciară nr.</w:t>
            </w:r>
          </w:p>
        </w:tc>
      </w:tr>
    </w:tbl>
    <w:p w14:paraId="3C2CEEBD" w14:textId="77777777" w:rsidR="00246D06" w:rsidRPr="00F273DE" w:rsidRDefault="00000000">
      <w:pPr>
        <w:spacing w:before="60" w:after="40" w:line="240" w:lineRule="auto"/>
        <w:jc w:val="center"/>
      </w:pPr>
      <w:r w:rsidRPr="00F273DE">
        <w:rPr>
          <w:rFonts w:ascii="Times New Roman" w:hAnsi="Times New Roman"/>
          <w:b/>
        </w:rPr>
        <w:t>SE CERTIFICĂ: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73DE" w:rsidRPr="00F273DE" w14:paraId="1429683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4" w:type="dxa"/>
              <w:right w:w="35" w:type="dxa"/>
            </w:tcMar>
          </w:tcPr>
          <w:p w14:paraId="22CFACEB" w14:textId="77777777" w:rsidR="00246D06" w:rsidRPr="00F273DE" w:rsidRDefault="00000000">
            <w:pPr>
              <w:spacing w:before="10" w:after="10" w:line="240" w:lineRule="auto"/>
            </w:pPr>
            <w:r w:rsidRPr="00F273DE">
              <w:rPr>
                <w:rFonts w:ascii="Times New Roman" w:hAnsi="Times New Roman"/>
                <w:b/>
                <w:sz w:val="17"/>
              </w:rPr>
              <w:t>3. REGIMUL JURIDIC</w:t>
            </w:r>
          </w:p>
        </w:tc>
      </w:tr>
      <w:tr w:rsidR="00246D06" w:rsidRPr="00F273DE" w14:paraId="751EF44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4" w:type="dxa"/>
              <w:right w:w="35" w:type="dxa"/>
            </w:tcMar>
          </w:tcPr>
          <w:p w14:paraId="138F222E" w14:textId="77777777" w:rsidR="00246D06" w:rsidRPr="00F273DE" w:rsidRDefault="00246D06"/>
        </w:tc>
      </w:tr>
    </w:tbl>
    <w:p w14:paraId="3F8E697D" w14:textId="77777777" w:rsidR="00246D06" w:rsidRPr="00F273DE" w:rsidRDefault="00246D06">
      <w:pPr>
        <w:spacing w:before="2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F273DE" w:rsidRPr="00F273DE" w14:paraId="06EBFBF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5571B9A6" w14:textId="77777777" w:rsidR="00246D06" w:rsidRPr="00F273DE" w:rsidRDefault="00000000">
            <w:pPr>
              <w:spacing w:before="10" w:after="10" w:line="240" w:lineRule="auto"/>
            </w:pPr>
            <w:r w:rsidRPr="00F273DE">
              <w:rPr>
                <w:rFonts w:ascii="Times New Roman" w:hAnsi="Times New Roman"/>
                <w:b/>
                <w:sz w:val="17"/>
              </w:rPr>
              <w:t>4. REGIMUL ECONOMIC</w:t>
            </w:r>
          </w:p>
        </w:tc>
      </w:tr>
      <w:tr w:rsidR="00F273DE" w:rsidRPr="00F273DE" w14:paraId="571661FF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62DBA00" w14:textId="77777777" w:rsidR="00246D06" w:rsidRPr="00F273DE" w:rsidRDefault="00000000">
            <w:pPr>
              <w:spacing w:after="0" w:line="240" w:lineRule="auto"/>
            </w:pP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Prevederea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43455D3A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Actul de reglementare</w:t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i/>
                <w:sz w:val="14"/>
              </w:rPr>
              <w:t xml:space="preserve">RLU · HCL · lege, </w:t>
            </w:r>
            <w:proofErr w:type="gramStart"/>
            <w:r w:rsidRPr="00F273DE">
              <w:rPr>
                <w:rFonts w:ascii="Times New Roman" w:hAnsi="Times New Roman"/>
                <w:i/>
                <w:sz w:val="14"/>
              </w:rPr>
              <w:t>nr./</w:t>
            </w:r>
            <w:proofErr w:type="gramEnd"/>
            <w:r w:rsidRPr="00F273DE">
              <w:rPr>
                <w:rFonts w:ascii="Times New Roman" w:hAnsi="Times New Roman"/>
                <w:i/>
                <w:sz w:val="14"/>
              </w:rPr>
              <w:t>an</w:t>
            </w:r>
          </w:p>
        </w:tc>
      </w:tr>
      <w:tr w:rsidR="00F273DE" w:rsidRPr="00F273DE" w14:paraId="7C40CD45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10BA4B02" w14:textId="77777777" w:rsidR="00246D06" w:rsidRPr="00F273DE" w:rsidRDefault="00246D06"/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55DC3742" w14:textId="77777777" w:rsidR="00246D06" w:rsidRPr="00F273DE" w:rsidRDefault="00246D06"/>
        </w:tc>
      </w:tr>
      <w:tr w:rsidR="00246D06" w:rsidRPr="00F273DE" w14:paraId="787B86E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5D0FB84A" w14:textId="29D1C484" w:rsidR="00D302FB" w:rsidRPr="00F273DE" w:rsidRDefault="00D302FB"/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3F1DE233" w14:textId="77777777" w:rsidR="00246D06" w:rsidRPr="00F273DE" w:rsidRDefault="00246D06"/>
        </w:tc>
      </w:tr>
    </w:tbl>
    <w:p w14:paraId="35F35DF4" w14:textId="77777777" w:rsidR="00246D06" w:rsidRPr="00F273DE" w:rsidRDefault="00246D06">
      <w:pPr>
        <w:spacing w:before="2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F273DE" w:rsidRPr="00F273DE" w14:paraId="3CA88610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8" w:type="dxa"/>
              <w:right w:w="35" w:type="dxa"/>
            </w:tcMar>
          </w:tcPr>
          <w:p w14:paraId="5468343A" w14:textId="77777777" w:rsidR="00246D06" w:rsidRPr="00F273DE" w:rsidRDefault="00000000">
            <w:pPr>
              <w:spacing w:before="10" w:after="10" w:line="240" w:lineRule="auto"/>
            </w:pPr>
            <w:r w:rsidRPr="00F273DE">
              <w:rPr>
                <w:rFonts w:ascii="Times New Roman" w:hAnsi="Times New Roman"/>
                <w:b/>
                <w:sz w:val="17"/>
              </w:rPr>
              <w:t>5. REGIMUL TEHNIC</w:t>
            </w:r>
          </w:p>
        </w:tc>
      </w:tr>
      <w:tr w:rsidR="00F273DE" w:rsidRPr="00F273DE" w14:paraId="6D453CCE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82BEA5B" w14:textId="77777777" w:rsidR="00246D06" w:rsidRPr="00F273DE" w:rsidRDefault="00000000">
            <w:pPr>
              <w:spacing w:after="0" w:line="240" w:lineRule="auto"/>
            </w:pP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Prevederea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37CA7708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Actul de reglementare</w:t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i/>
                <w:sz w:val="14"/>
              </w:rPr>
              <w:t xml:space="preserve">RLU · HCL · lege, </w:t>
            </w:r>
            <w:proofErr w:type="gramStart"/>
            <w:r w:rsidRPr="00F273DE">
              <w:rPr>
                <w:rFonts w:ascii="Times New Roman" w:hAnsi="Times New Roman"/>
                <w:i/>
                <w:sz w:val="14"/>
              </w:rPr>
              <w:t>nr./</w:t>
            </w:r>
            <w:proofErr w:type="gramEnd"/>
            <w:r w:rsidRPr="00F273DE">
              <w:rPr>
                <w:rFonts w:ascii="Times New Roman" w:hAnsi="Times New Roman"/>
                <w:i/>
                <w:sz w:val="14"/>
              </w:rPr>
              <w:t>an</w:t>
            </w:r>
          </w:p>
        </w:tc>
      </w:tr>
      <w:tr w:rsidR="00F273DE" w:rsidRPr="00F273DE" w14:paraId="4D7C1CBA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143A8EF1" w14:textId="77777777" w:rsidR="00246D06" w:rsidRPr="00F273DE" w:rsidRDefault="00246D06"/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58A80CE" w14:textId="77777777" w:rsidR="00246D06" w:rsidRPr="00F273DE" w:rsidRDefault="00246D06"/>
        </w:tc>
      </w:tr>
      <w:tr w:rsidR="00246D06" w:rsidRPr="00F273DE" w14:paraId="6A47A358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2D66E6C2" w14:textId="77777777" w:rsidR="00246D06" w:rsidRPr="00F273DE" w:rsidRDefault="00246D06"/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8" w:type="dxa"/>
              <w:right w:w="35" w:type="dxa"/>
            </w:tcMar>
          </w:tcPr>
          <w:p w14:paraId="5FAF7C7D" w14:textId="77777777" w:rsidR="00246D06" w:rsidRPr="00F273DE" w:rsidRDefault="00246D06"/>
        </w:tc>
      </w:tr>
    </w:tbl>
    <w:p w14:paraId="5952624D" w14:textId="77777777" w:rsidR="00246D06" w:rsidRPr="00F273DE" w:rsidRDefault="00246D06">
      <w:pPr>
        <w:spacing w:before="2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73DE" w:rsidRPr="00F273DE" w14:paraId="23A6278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4891FD10" w14:textId="77777777" w:rsidR="00246D06" w:rsidRPr="00F273DE" w:rsidRDefault="00000000">
            <w:pPr>
              <w:spacing w:before="10" w:after="10" w:line="240" w:lineRule="auto"/>
            </w:pPr>
            <w:r w:rsidRPr="00F273DE">
              <w:rPr>
                <w:rFonts w:ascii="Times New Roman" w:hAnsi="Times New Roman"/>
                <w:b/>
                <w:sz w:val="17"/>
              </w:rPr>
              <w:t>6. INFORMAȚII PRIVIND TRASEELE, AMPLASAREA, CALITATEA ȘI CAPACITATEA REȚELELOR</w:t>
            </w:r>
            <w:r w:rsidRPr="00F273DE">
              <w:rPr>
                <w:rFonts w:ascii="Times New Roman" w:hAnsi="Times New Roman"/>
                <w:b/>
                <w:sz w:val="17"/>
              </w:rPr>
              <w:br/>
              <w:t>EDILITARE DIN ZONA IMOBILULUI</w:t>
            </w:r>
          </w:p>
        </w:tc>
      </w:tr>
      <w:tr w:rsidR="00246D06" w:rsidRPr="00F273DE" w14:paraId="20C68EA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38474248" w14:textId="77777777" w:rsidR="00246D06" w:rsidRPr="00F273DE" w:rsidRDefault="00246D06"/>
        </w:tc>
      </w:tr>
    </w:tbl>
    <w:p w14:paraId="7C5ACBD1" w14:textId="77777777" w:rsidR="00246D06" w:rsidRPr="00F273DE" w:rsidRDefault="00246D06">
      <w:pPr>
        <w:spacing w:before="2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73DE" w:rsidRPr="00F273DE" w14:paraId="2E8E500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4" w:type="dxa"/>
              <w:left w:w="35" w:type="dxa"/>
              <w:bottom w:w="4" w:type="dxa"/>
              <w:right w:w="35" w:type="dxa"/>
            </w:tcMar>
          </w:tcPr>
          <w:p w14:paraId="424A1181" w14:textId="77777777" w:rsidR="00246D06" w:rsidRPr="00F273DE" w:rsidRDefault="00000000">
            <w:pPr>
              <w:spacing w:before="10" w:after="10" w:line="240" w:lineRule="auto"/>
            </w:pPr>
            <w:r w:rsidRPr="00F273DE">
              <w:rPr>
                <w:rFonts w:ascii="Times New Roman" w:hAnsi="Times New Roman"/>
                <w:b/>
                <w:sz w:val="17"/>
              </w:rPr>
              <w:t>7. CONDIȚII OBLIGATORII PENTRU REALIZAREA OPERAȚIUNII CADASTRALE</w:t>
            </w:r>
          </w:p>
        </w:tc>
      </w:tr>
      <w:tr w:rsidR="00F273DE" w:rsidRPr="00F273DE" w14:paraId="39B1EA4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5" w:type="dxa"/>
              <w:bottom w:w="4" w:type="dxa"/>
              <w:right w:w="35" w:type="dxa"/>
            </w:tcMar>
          </w:tcPr>
          <w:p w14:paraId="24A06E3D" w14:textId="77777777" w:rsidR="00246D06" w:rsidRPr="00F273DE" w:rsidRDefault="00000000">
            <w:pPr>
              <w:spacing w:after="10" w:line="240" w:lineRule="auto"/>
            </w:pPr>
            <w:proofErr w:type="spellStart"/>
            <w:r w:rsidRPr="00F273DE">
              <w:rPr>
                <w:rFonts w:ascii="Times New Roman" w:hAnsi="Times New Roman"/>
                <w:i/>
                <w:sz w:val="15"/>
              </w:rPr>
              <w:t>Operațiunea</w:t>
            </w:r>
            <w:proofErr w:type="spellEnd"/>
            <w:r w:rsidRPr="00F273DE">
              <w:rPr>
                <w:rFonts w:ascii="Times New Roman" w:hAnsi="Times New Roman"/>
                <w:i/>
                <w:sz w:val="15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i/>
                <w:sz w:val="15"/>
              </w:rPr>
              <w:t>cadastrală</w:t>
            </w:r>
            <w:proofErr w:type="spellEnd"/>
          </w:p>
        </w:tc>
      </w:tr>
      <w:tr w:rsidR="00F273DE" w:rsidRPr="00F273DE" w14:paraId="0FEF5B17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5" w:type="dxa"/>
              <w:bottom w:w="4" w:type="dxa"/>
              <w:right w:w="35" w:type="dxa"/>
            </w:tcMar>
          </w:tcPr>
          <w:p w14:paraId="7974C67B" w14:textId="77777777" w:rsidR="00246D06" w:rsidRPr="00F273DE" w:rsidRDefault="00000000">
            <w:pPr>
              <w:spacing w:after="10" w:line="240" w:lineRule="auto"/>
            </w:pPr>
            <w:r w:rsidRPr="00F273DE">
              <w:rPr>
                <w:rFonts w:ascii="Times New Roman" w:hAnsi="Times New Roman"/>
                <w:sz w:val="16"/>
              </w:rPr>
              <w:t xml:space="preserve">☐ se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poate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realiza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conform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documentației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cadastrale anexate, vizate spre neschimbare</w:t>
            </w:r>
          </w:p>
        </w:tc>
      </w:tr>
      <w:tr w:rsidR="00F273DE" w:rsidRPr="00F273DE" w14:paraId="761E049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5" w:type="dxa"/>
              <w:bottom w:w="4" w:type="dxa"/>
              <w:right w:w="35" w:type="dxa"/>
            </w:tcMar>
          </w:tcPr>
          <w:p w14:paraId="6C864550" w14:textId="77777777" w:rsidR="00246D06" w:rsidRPr="00F273DE" w:rsidRDefault="00000000">
            <w:pPr>
              <w:spacing w:after="10" w:line="240" w:lineRule="auto"/>
            </w:pPr>
            <w:r w:rsidRPr="00F273DE">
              <w:rPr>
                <w:rFonts w:ascii="Times New Roman" w:hAnsi="Times New Roman"/>
                <w:sz w:val="16"/>
              </w:rPr>
              <w:t xml:space="preserve">☐ se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poate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realiza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condiționat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de elaborarea / aprobarea unei documentații PUZ</w:t>
            </w:r>
          </w:p>
        </w:tc>
      </w:tr>
      <w:tr w:rsidR="00F273DE" w:rsidRPr="00F273DE" w14:paraId="2B3C583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" w:type="dxa"/>
              <w:left w:w="35" w:type="dxa"/>
              <w:bottom w:w="4" w:type="dxa"/>
              <w:right w:w="35" w:type="dxa"/>
            </w:tcMar>
          </w:tcPr>
          <w:p w14:paraId="78A34934" w14:textId="77777777" w:rsidR="00246D06" w:rsidRPr="00F273DE" w:rsidRDefault="00000000">
            <w:pPr>
              <w:spacing w:after="10" w:line="240" w:lineRule="auto"/>
            </w:pPr>
            <w:r w:rsidRPr="00F273DE">
              <w:rPr>
                <w:rFonts w:ascii="Times New Roman" w:hAnsi="Times New Roman"/>
                <w:sz w:val="16"/>
              </w:rPr>
              <w:t xml:space="preserve">☐ nu se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poate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realiza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,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pentru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motivele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de mai jos:</w:t>
            </w:r>
            <w:r w:rsidRPr="00F273DE">
              <w:rPr>
                <w:rFonts w:ascii="Times New Roman" w:hAnsi="Times New Roman"/>
                <w:sz w:val="16"/>
              </w:rPr>
              <w:br/>
            </w:r>
            <w:r w:rsidRPr="00F273DE">
              <w:rPr>
                <w:rFonts w:ascii="Times New Roman" w:hAnsi="Times New Roman"/>
                <w:sz w:val="16"/>
              </w:rPr>
              <w:br/>
            </w:r>
            <w:r w:rsidRPr="00F273DE">
              <w:rPr>
                <w:rFonts w:ascii="Times New Roman" w:hAnsi="Times New Roman"/>
                <w:sz w:val="16"/>
              </w:rPr>
              <w:br/>
            </w:r>
          </w:p>
        </w:tc>
      </w:tr>
    </w:tbl>
    <w:p w14:paraId="450FEC80" w14:textId="77777777" w:rsidR="00246D06" w:rsidRPr="00F273DE" w:rsidRDefault="00000000">
      <w:r w:rsidRPr="00F273DE"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F273DE" w:rsidRPr="00F273DE" w14:paraId="432DCBD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0EF0B3C8" w14:textId="77777777" w:rsidR="00246D06" w:rsidRPr="00F273DE" w:rsidRDefault="00000000">
            <w:pPr>
              <w:spacing w:before="10" w:after="10" w:line="240" w:lineRule="auto"/>
            </w:pPr>
            <w:r w:rsidRPr="00F273DE">
              <w:rPr>
                <w:rFonts w:ascii="Times New Roman" w:hAnsi="Times New Roman"/>
                <w:b/>
                <w:sz w:val="17"/>
              </w:rPr>
              <w:lastRenderedPageBreak/>
              <w:t>8. ANEXE</w:t>
            </w:r>
          </w:p>
        </w:tc>
      </w:tr>
      <w:tr w:rsidR="00246D06" w:rsidRPr="00F273DE" w14:paraId="4918CC7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EF28658" w14:textId="77777777" w:rsidR="00246D06" w:rsidRPr="00F273DE" w:rsidRDefault="00000000">
            <w:pPr>
              <w:spacing w:after="10" w:line="240" w:lineRule="auto"/>
            </w:pPr>
            <w:r w:rsidRPr="00F273DE">
              <w:rPr>
                <w:rFonts w:ascii="Times New Roman" w:hAnsi="Times New Roman"/>
                <w:sz w:val="16"/>
              </w:rPr>
              <w:t xml:space="preserve">☐ extras din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sistemul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GIS cu </w:t>
            </w:r>
            <w:proofErr w:type="spellStart"/>
            <w:r w:rsidRPr="00F273DE">
              <w:rPr>
                <w:rFonts w:ascii="Times New Roman" w:hAnsi="Times New Roman"/>
                <w:sz w:val="16"/>
              </w:rPr>
              <w:t>rețelele</w:t>
            </w:r>
            <w:proofErr w:type="spellEnd"/>
            <w:r w:rsidRPr="00F273DE">
              <w:rPr>
                <w:rFonts w:ascii="Times New Roman" w:hAnsi="Times New Roman"/>
                <w:sz w:val="16"/>
              </w:rPr>
              <w:t xml:space="preserve"> edilitare, după caz</w:t>
            </w:r>
            <w:r w:rsidRPr="00F273DE">
              <w:rPr>
                <w:rFonts w:ascii="Times New Roman" w:hAnsi="Times New Roman"/>
                <w:sz w:val="16"/>
              </w:rPr>
              <w:br/>
              <w:t>☐ plan de încadrare în documentația de urbanism aplicabilă, după caz</w:t>
            </w:r>
            <w:r w:rsidRPr="00F273DE">
              <w:rPr>
                <w:rFonts w:ascii="Times New Roman" w:hAnsi="Times New Roman"/>
                <w:sz w:val="16"/>
              </w:rPr>
              <w:br/>
              <w:t>☐ documentația cadastrală vizată spre neschimbare, după caz</w:t>
            </w:r>
          </w:p>
        </w:tc>
      </w:tr>
    </w:tbl>
    <w:p w14:paraId="5769AE2D" w14:textId="77777777" w:rsidR="00246D06" w:rsidRPr="00F273DE" w:rsidRDefault="00246D06">
      <w:pPr>
        <w:spacing w:before="40"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273DE" w:rsidRPr="00F273DE" w14:paraId="5526029B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25" w:type="dxa"/>
              <w:bottom w:w="10" w:type="dxa"/>
              <w:right w:w="25" w:type="dxa"/>
            </w:tcMar>
          </w:tcPr>
          <w:p w14:paraId="0C4BDB3A" w14:textId="77777777" w:rsidR="00246D06" w:rsidRPr="00F273DE" w:rsidRDefault="00000000">
            <w:pPr>
              <w:spacing w:before="10" w:after="10" w:line="240" w:lineRule="auto"/>
            </w:pPr>
            <w:r w:rsidRPr="00F273DE">
              <w:rPr>
                <w:rFonts w:ascii="Times New Roman" w:hAnsi="Times New Roman"/>
                <w:b/>
                <w:sz w:val="17"/>
              </w:rPr>
              <w:t>9. SEMNĂTURILE</w:t>
            </w:r>
          </w:p>
        </w:tc>
      </w:tr>
      <w:tr w:rsidR="00F273DE" w:rsidRPr="00F273DE" w14:paraId="7516912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2E3ED98A" w14:textId="77777777" w:rsidR="00246D06" w:rsidRPr="00F273DE" w:rsidRDefault="00000000">
            <w:pPr>
              <w:spacing w:after="0" w:line="240" w:lineRule="auto"/>
            </w:pP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Conducătorul</w:t>
            </w:r>
            <w:proofErr w:type="spellEnd"/>
            <w:r w:rsidRPr="00F273DE">
              <w:rPr>
                <w:rFonts w:ascii="Times New Roman" w:hAnsi="Times New Roman"/>
                <w:b/>
                <w:sz w:val="16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autorității</w:t>
            </w:r>
            <w:proofErr w:type="spellEnd"/>
            <w:r w:rsidRPr="00F273DE">
              <w:rPr>
                <w:rFonts w:ascii="Times New Roman" w:hAnsi="Times New Roman"/>
                <w:b/>
                <w:sz w:val="16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emitente</w:t>
            </w:r>
            <w:proofErr w:type="spellEnd"/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proofErr w:type="spellStart"/>
            <w:r w:rsidRPr="00F273DE">
              <w:rPr>
                <w:rFonts w:ascii="Times New Roman" w:hAnsi="Times New Roman"/>
                <w:i/>
                <w:sz w:val="14"/>
              </w:rPr>
              <w:t>funcția</w:t>
            </w:r>
            <w:proofErr w:type="spellEnd"/>
            <w:r w:rsidRPr="00F273DE">
              <w:rPr>
                <w:rFonts w:ascii="Times New Roman" w:hAnsi="Times New Roman"/>
                <w:i/>
                <w:sz w:val="14"/>
              </w:rPr>
              <w:t xml:space="preserve">, </w:t>
            </w:r>
            <w:proofErr w:type="spellStart"/>
            <w:r w:rsidRPr="00F273DE">
              <w:rPr>
                <w:rFonts w:ascii="Times New Roman" w:hAnsi="Times New Roman"/>
                <w:i/>
                <w:sz w:val="14"/>
              </w:rPr>
              <w:t>numele</w:t>
            </w:r>
            <w:proofErr w:type="spellEnd"/>
            <w:r w:rsidRPr="00F273DE">
              <w:rPr>
                <w:rFonts w:ascii="Times New Roman" w:hAnsi="Times New Roman"/>
                <w:i/>
                <w:sz w:val="14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i/>
                <w:sz w:val="14"/>
              </w:rPr>
              <w:t>și</w:t>
            </w:r>
            <w:proofErr w:type="spellEnd"/>
            <w:r w:rsidRPr="00F273DE">
              <w:rPr>
                <w:rFonts w:ascii="Times New Roman" w:hAnsi="Times New Roman"/>
                <w:i/>
                <w:sz w:val="14"/>
              </w:rPr>
              <w:t xml:space="preserve"> </w:t>
            </w:r>
            <w:proofErr w:type="spellStart"/>
            <w:r w:rsidRPr="00F273DE">
              <w:rPr>
                <w:rFonts w:ascii="Times New Roman" w:hAnsi="Times New Roman"/>
                <w:i/>
                <w:sz w:val="14"/>
              </w:rPr>
              <w:t>semnătura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3C2C45D2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Secretar general</w:t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i/>
                <w:sz w:val="14"/>
              </w:rPr>
              <w:t>numele și semnătura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097F5618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Arhitect-șef</w:t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i/>
                <w:sz w:val="14"/>
              </w:rPr>
              <w:t>numele și semnătura</w:t>
            </w:r>
          </w:p>
        </w:tc>
      </w:tr>
      <w:tr w:rsidR="00246D06" w:rsidRPr="00F273DE" w14:paraId="2F4CC69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7DCBC5CE" w14:textId="77777777" w:rsidR="00246D06" w:rsidRPr="00F273DE" w:rsidRDefault="00000000">
            <w:pPr>
              <w:spacing w:after="0" w:line="240" w:lineRule="auto"/>
            </w:pPr>
            <w:proofErr w:type="spellStart"/>
            <w:r w:rsidRPr="00F273DE">
              <w:rPr>
                <w:rFonts w:ascii="Times New Roman" w:hAnsi="Times New Roman"/>
                <w:b/>
                <w:sz w:val="16"/>
              </w:rPr>
              <w:t>Achitat</w:t>
            </w:r>
            <w:proofErr w:type="spellEnd"/>
            <w:r w:rsidRPr="00F273DE">
              <w:rPr>
                <w:rFonts w:ascii="Times New Roman" w:hAnsi="Times New Roman"/>
                <w:b/>
                <w:sz w:val="16"/>
              </w:rPr>
              <w:t xml:space="preserve"> taxa de (lei)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0D70700B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 xml:space="preserve">Chitanța nr. / </w:t>
            </w:r>
            <w:proofErr w:type="gramStart"/>
            <w:r w:rsidRPr="00F273DE">
              <w:rPr>
                <w:rFonts w:ascii="Times New Roman" w:hAnsi="Times New Roman"/>
                <w:b/>
                <w:sz w:val="16"/>
              </w:rPr>
              <w:t>data</w:t>
            </w:r>
            <w:proofErr w:type="gram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25" w:type="dxa"/>
              <w:bottom w:w="10" w:type="dxa"/>
              <w:right w:w="25" w:type="dxa"/>
            </w:tcMar>
          </w:tcPr>
          <w:p w14:paraId="2D870162" w14:textId="77777777" w:rsidR="00246D06" w:rsidRPr="00F273DE" w:rsidRDefault="00000000">
            <w:pPr>
              <w:spacing w:after="0" w:line="240" w:lineRule="auto"/>
            </w:pPr>
            <w:r w:rsidRPr="00F273DE">
              <w:rPr>
                <w:rFonts w:ascii="Times New Roman" w:hAnsi="Times New Roman"/>
                <w:b/>
                <w:sz w:val="16"/>
              </w:rPr>
              <w:t>Transmis solicitantului la data</w:t>
            </w:r>
            <w:r w:rsidRPr="00F273DE">
              <w:rPr>
                <w:rFonts w:ascii="Times New Roman" w:hAnsi="Times New Roman"/>
                <w:b/>
                <w:sz w:val="16"/>
              </w:rPr>
              <w:br/>
            </w:r>
            <w:r w:rsidRPr="00F273DE">
              <w:rPr>
                <w:rFonts w:ascii="Times New Roman" w:hAnsi="Times New Roman"/>
                <w:i/>
                <w:sz w:val="14"/>
              </w:rPr>
              <w:t>direct / prin poștă / digital</w:t>
            </w:r>
          </w:p>
        </w:tc>
      </w:tr>
    </w:tbl>
    <w:p w14:paraId="2F6BA5B0" w14:textId="77777777" w:rsidR="003141C6" w:rsidRPr="00F273DE" w:rsidRDefault="003141C6"/>
    <w:p w14:paraId="1F003C1B" w14:textId="77777777" w:rsidR="00A446CA" w:rsidRPr="00A446CA" w:rsidRDefault="00A446CA" w:rsidP="00A446CA"/>
    <w:p w14:paraId="376C19E1" w14:textId="77777777" w:rsidR="00A446CA" w:rsidRPr="00A446CA" w:rsidRDefault="00A446CA" w:rsidP="00A446CA"/>
    <w:p w14:paraId="5A1139AA" w14:textId="77777777" w:rsidR="00A446CA" w:rsidRPr="00A446CA" w:rsidRDefault="00A446CA" w:rsidP="00A446CA"/>
    <w:p w14:paraId="2229F726" w14:textId="77777777" w:rsidR="00A446CA" w:rsidRPr="00A446CA" w:rsidRDefault="00A446CA" w:rsidP="00A446CA"/>
    <w:p w14:paraId="433A7A05" w14:textId="77777777" w:rsidR="00A446CA" w:rsidRPr="00A446CA" w:rsidRDefault="00A446CA" w:rsidP="00A446CA"/>
    <w:p w14:paraId="6BD17FD8" w14:textId="77777777" w:rsidR="00A446CA" w:rsidRPr="00A446CA" w:rsidRDefault="00A446CA" w:rsidP="00A446CA"/>
    <w:p w14:paraId="4615606D" w14:textId="77777777" w:rsidR="00A446CA" w:rsidRPr="00A446CA" w:rsidRDefault="00A446CA" w:rsidP="00A446CA"/>
    <w:p w14:paraId="38A1EA21" w14:textId="77777777" w:rsidR="00A446CA" w:rsidRPr="00A446CA" w:rsidRDefault="00A446CA" w:rsidP="00A446CA"/>
    <w:p w14:paraId="27A5DDDC" w14:textId="77777777" w:rsidR="00A446CA" w:rsidRPr="00A446CA" w:rsidRDefault="00A446CA" w:rsidP="00A446CA"/>
    <w:p w14:paraId="3C6A085B" w14:textId="77777777" w:rsidR="00A446CA" w:rsidRPr="00A446CA" w:rsidRDefault="00A446CA" w:rsidP="00A446CA"/>
    <w:p w14:paraId="0DF1E4AD" w14:textId="77777777" w:rsidR="00A446CA" w:rsidRPr="00A446CA" w:rsidRDefault="00A446CA" w:rsidP="00A446CA"/>
    <w:p w14:paraId="56B4563F" w14:textId="77777777" w:rsidR="00A446CA" w:rsidRPr="00A446CA" w:rsidRDefault="00A446CA" w:rsidP="00A446CA"/>
    <w:p w14:paraId="25F38F79" w14:textId="77777777" w:rsidR="00A446CA" w:rsidRPr="00A446CA" w:rsidRDefault="00A446CA" w:rsidP="00A446CA"/>
    <w:p w14:paraId="586968BA" w14:textId="77777777" w:rsidR="00A446CA" w:rsidRPr="00A446CA" w:rsidRDefault="00A446CA" w:rsidP="00A446CA"/>
    <w:p w14:paraId="58CE8BFB" w14:textId="77777777" w:rsidR="00A446CA" w:rsidRPr="00A446CA" w:rsidRDefault="00A446CA" w:rsidP="00A446CA"/>
    <w:p w14:paraId="6594F8D3" w14:textId="77777777" w:rsidR="00A446CA" w:rsidRPr="00A446CA" w:rsidRDefault="00A446CA" w:rsidP="00A446CA"/>
    <w:p w14:paraId="5BC9850D" w14:textId="77777777" w:rsidR="00A446CA" w:rsidRPr="00A446CA" w:rsidRDefault="00A446CA" w:rsidP="00A446CA"/>
    <w:p w14:paraId="397C1DB6" w14:textId="77777777" w:rsidR="00A446CA" w:rsidRPr="00A446CA" w:rsidRDefault="00A446CA" w:rsidP="00A446CA"/>
    <w:p w14:paraId="5493ACAA" w14:textId="77777777" w:rsidR="00A446CA" w:rsidRPr="00A446CA" w:rsidRDefault="00A446CA" w:rsidP="00A446CA"/>
    <w:p w14:paraId="6E18A6AB" w14:textId="77777777" w:rsidR="00A446CA" w:rsidRPr="00A446CA" w:rsidRDefault="00A446CA" w:rsidP="00A446CA"/>
    <w:p w14:paraId="30906612" w14:textId="77777777" w:rsidR="00A446CA" w:rsidRDefault="00A446CA" w:rsidP="00A446CA"/>
    <w:p w14:paraId="159068E7" w14:textId="601532A5" w:rsidR="00A446CA" w:rsidRPr="00A446CA" w:rsidRDefault="00A446CA" w:rsidP="00A446CA">
      <w:pPr>
        <w:tabs>
          <w:tab w:val="left" w:pos="7630"/>
        </w:tabs>
      </w:pPr>
      <w:r>
        <w:tab/>
      </w:r>
    </w:p>
    <w:sectPr w:rsidR="00A446CA" w:rsidRPr="00A446CA" w:rsidSect="00867A83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8589A" w14:textId="77777777" w:rsidR="009567A4" w:rsidRDefault="009567A4">
      <w:pPr>
        <w:spacing w:after="0" w:line="240" w:lineRule="auto"/>
      </w:pPr>
      <w:r>
        <w:separator/>
      </w:r>
    </w:p>
  </w:endnote>
  <w:endnote w:type="continuationSeparator" w:id="0">
    <w:p w14:paraId="6B900808" w14:textId="77777777" w:rsidR="009567A4" w:rsidRDefault="00956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C760D" w14:textId="77777777" w:rsidR="00246D06" w:rsidRDefault="00000000">
    <w:pPr>
      <w:pStyle w:val="Subsol"/>
      <w:jc w:val="center"/>
    </w:pPr>
    <w:r>
      <w:rPr>
        <w:rFonts w:ascii="Times New Roman" w:hAnsi="Times New Roman"/>
        <w:color w:val="646464"/>
        <w:sz w:val="16"/>
      </w:rPr>
      <w:t xml:space="preserve">F_CU_06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D2AA" w14:textId="77777777" w:rsidR="009567A4" w:rsidRDefault="009567A4">
      <w:pPr>
        <w:spacing w:after="0" w:line="240" w:lineRule="auto"/>
      </w:pPr>
      <w:r>
        <w:separator/>
      </w:r>
    </w:p>
  </w:footnote>
  <w:footnote w:type="continuationSeparator" w:id="0">
    <w:p w14:paraId="6D958915" w14:textId="77777777" w:rsidR="009567A4" w:rsidRDefault="00956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3293795">
    <w:abstractNumId w:val="8"/>
  </w:num>
  <w:num w:numId="2" w16cid:durableId="68428070">
    <w:abstractNumId w:val="6"/>
  </w:num>
  <w:num w:numId="3" w16cid:durableId="115562866">
    <w:abstractNumId w:val="5"/>
  </w:num>
  <w:num w:numId="4" w16cid:durableId="1936863470">
    <w:abstractNumId w:val="4"/>
  </w:num>
  <w:num w:numId="5" w16cid:durableId="947008610">
    <w:abstractNumId w:val="7"/>
  </w:num>
  <w:num w:numId="6" w16cid:durableId="2030327085">
    <w:abstractNumId w:val="3"/>
  </w:num>
  <w:num w:numId="7" w16cid:durableId="957033394">
    <w:abstractNumId w:val="2"/>
  </w:num>
  <w:num w:numId="8" w16cid:durableId="1486050317">
    <w:abstractNumId w:val="1"/>
  </w:num>
  <w:num w:numId="9" w16cid:durableId="431171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7885"/>
    <w:rsid w:val="00122686"/>
    <w:rsid w:val="0015074B"/>
    <w:rsid w:val="00200FFD"/>
    <w:rsid w:val="00246D06"/>
    <w:rsid w:val="0029639D"/>
    <w:rsid w:val="0030701C"/>
    <w:rsid w:val="003141C6"/>
    <w:rsid w:val="00326F90"/>
    <w:rsid w:val="00393283"/>
    <w:rsid w:val="00393DB2"/>
    <w:rsid w:val="004A6029"/>
    <w:rsid w:val="005B585E"/>
    <w:rsid w:val="0066781B"/>
    <w:rsid w:val="00723322"/>
    <w:rsid w:val="00851492"/>
    <w:rsid w:val="00867A83"/>
    <w:rsid w:val="008F6B08"/>
    <w:rsid w:val="009567A4"/>
    <w:rsid w:val="00A446CA"/>
    <w:rsid w:val="00AA1D8D"/>
    <w:rsid w:val="00B47730"/>
    <w:rsid w:val="00CB0664"/>
    <w:rsid w:val="00D15B43"/>
    <w:rsid w:val="00D302FB"/>
    <w:rsid w:val="00DB3279"/>
    <w:rsid w:val="00DC1214"/>
    <w:rsid w:val="00F273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4F8C2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D15B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14</cp:revision>
  <dcterms:created xsi:type="dcterms:W3CDTF">2013-12-23T23:15:00Z</dcterms:created>
  <dcterms:modified xsi:type="dcterms:W3CDTF">2026-09-16T10:49:00Z</dcterms:modified>
  <cp:category/>
</cp:coreProperties>
</file>