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D75E04" w:rsidRPr="00D75E04" w14:paraId="18A39141" w14:textId="77777777" w:rsidTr="00D75E04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112577C" w14:textId="740D05E4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75E04">
              <w:rPr>
                <w:rFonts w:ascii="Times New Roman" w:hAnsi="Times New Roman"/>
                <w:b/>
              </w:rPr>
              <w:t xml:space="preserve">  </w:t>
            </w:r>
            <w:r w:rsidRPr="00D75E04">
              <w:rPr>
                <w:rFonts w:ascii="Times New Roman" w:hAnsi="Times New Roman"/>
                <w:b/>
              </w:rPr>
              <w:drawing>
                <wp:inline distT="0" distB="0" distL="0" distR="0" wp14:anchorId="39955609" wp14:editId="43F6F475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7B2FD13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D75E04">
              <w:rPr>
                <w:rFonts w:ascii="Times New Roman" w:hAnsi="Times New Roman"/>
                <w:b/>
              </w:rPr>
              <w:t>Județul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D75E04" w:rsidRPr="00D75E04" w14:paraId="1AE9D9ED" w14:textId="77777777" w:rsidTr="00D75E04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2BCD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285325D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D75E04">
              <w:rPr>
                <w:rFonts w:ascii="Times New Roman" w:hAnsi="Times New Roman"/>
                <w:b/>
              </w:rPr>
              <w:t>Primăria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75E04">
              <w:rPr>
                <w:rFonts w:ascii="Times New Roman" w:hAnsi="Times New Roman"/>
                <w:b/>
              </w:rPr>
              <w:t>Orașului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75E04">
              <w:rPr>
                <w:rFonts w:ascii="Times New Roman" w:hAnsi="Times New Roman"/>
                <w:b/>
              </w:rPr>
              <w:t>Băile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75E04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D75E04" w:rsidRPr="00D75E04" w14:paraId="7F6252BB" w14:textId="77777777" w:rsidTr="00D75E04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1F29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546A1500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75E04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D75E04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75E04">
              <w:rPr>
                <w:rFonts w:ascii="Times New Roman" w:hAnsi="Times New Roman"/>
                <w:b/>
              </w:rPr>
              <w:t>fiscală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(CIF)</w:t>
            </w:r>
          </w:p>
          <w:p w14:paraId="04B4882E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75E04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CD904C3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D75E04">
              <w:rPr>
                <w:rFonts w:ascii="Times New Roman" w:hAnsi="Times New Roman"/>
                <w:b/>
              </w:rPr>
              <w:t>Adresa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75E04">
              <w:rPr>
                <w:rFonts w:ascii="Times New Roman" w:hAnsi="Times New Roman"/>
                <w:b/>
              </w:rPr>
              <w:t>oficială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: </w:t>
            </w:r>
            <w:r w:rsidRPr="00D75E04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D75E04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D75E04">
              <w:rPr>
                <w:rFonts w:ascii="Times New Roman" w:hAnsi="Times New Roman"/>
                <w:b/>
              </w:rPr>
              <w:t>poștal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245200,</w:t>
            </w:r>
          </w:p>
          <w:p w14:paraId="4C985B38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D75E04">
              <w:rPr>
                <w:rFonts w:ascii="Times New Roman" w:hAnsi="Times New Roman"/>
                <w:b/>
              </w:rPr>
              <w:t>Oraș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75E04">
              <w:rPr>
                <w:rFonts w:ascii="Times New Roman" w:hAnsi="Times New Roman"/>
                <w:b/>
              </w:rPr>
              <w:t>Băile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75E04">
              <w:rPr>
                <w:rFonts w:ascii="Times New Roman" w:hAnsi="Times New Roman"/>
                <w:b/>
              </w:rPr>
              <w:t>Govora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D75E04">
              <w:rPr>
                <w:rFonts w:ascii="Times New Roman" w:hAnsi="Times New Roman"/>
                <w:b/>
              </w:rPr>
              <w:t>Județ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D75E04">
              <w:rPr>
                <w:rFonts w:ascii="Times New Roman" w:hAnsi="Times New Roman"/>
                <w:b/>
              </w:rPr>
              <w:t>România</w:t>
            </w:r>
            <w:proofErr w:type="spellEnd"/>
            <w:r w:rsidRPr="00D75E04">
              <w:rPr>
                <w:rFonts w:ascii="Times New Roman" w:hAnsi="Times New Roman"/>
                <w:b/>
              </w:rPr>
              <w:tab/>
            </w:r>
          </w:p>
          <w:p w14:paraId="0BF05DE5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75E04">
              <w:rPr>
                <w:rFonts w:ascii="Times New Roman" w:hAnsi="Times New Roman"/>
                <w:b/>
              </w:rPr>
              <w:t>Tel: +4 0250 770 460</w:t>
            </w:r>
          </w:p>
          <w:p w14:paraId="1F4ED8E9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75E04">
              <w:rPr>
                <w:rFonts w:ascii="Times New Roman" w:hAnsi="Times New Roman"/>
                <w:b/>
              </w:rPr>
              <w:t>www.primaria-baile-govora.ro</w:t>
            </w:r>
          </w:p>
          <w:p w14:paraId="2EE41765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75E04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D75E04" w:rsidRPr="00D75E04" w14:paraId="5A2F58C4" w14:textId="77777777" w:rsidTr="00D75E04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D65A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98835CD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D75E04">
              <w:rPr>
                <w:rFonts w:ascii="Times New Roman" w:hAnsi="Times New Roman"/>
                <w:b/>
              </w:rPr>
              <w:t>Număr</w:t>
            </w:r>
            <w:proofErr w:type="spellEnd"/>
            <w:r w:rsidRPr="00D75E0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75E04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984E418" w14:textId="77777777" w:rsidR="00D75E04" w:rsidRPr="00D75E04" w:rsidRDefault="00D75E04" w:rsidP="00D75E0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75E04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0424AFDC" w14:textId="77777777" w:rsidR="0048251A" w:rsidRPr="00CA13F9" w:rsidRDefault="0048251A" w:rsidP="0048251A">
      <w:pPr>
        <w:spacing w:before="160" w:after="80" w:line="240" w:lineRule="auto"/>
        <w:rPr>
          <w:rFonts w:ascii="Times New Roman" w:hAnsi="Times New Roman"/>
          <w:b/>
          <w:sz w:val="26"/>
        </w:rPr>
      </w:pPr>
    </w:p>
    <w:p w14:paraId="282D81CB" w14:textId="6B750A9A" w:rsidR="009C3028" w:rsidRPr="00CA13F9" w:rsidRDefault="0048251A">
      <w:pPr>
        <w:spacing w:before="160" w:after="80" w:line="240" w:lineRule="auto"/>
        <w:jc w:val="center"/>
        <w:rPr>
          <w:sz w:val="24"/>
          <w:szCs w:val="24"/>
        </w:rPr>
      </w:pPr>
      <w:r w:rsidRPr="00CA13F9">
        <w:rPr>
          <w:rFonts w:ascii="Times New Roman" w:hAnsi="Times New Roman"/>
          <w:b/>
          <w:sz w:val="28"/>
          <w:szCs w:val="24"/>
        </w:rPr>
        <w:t>SOLICITARE</w:t>
      </w:r>
      <w:r w:rsidRPr="00CA13F9">
        <w:rPr>
          <w:rFonts w:ascii="Times New Roman" w:hAnsi="Times New Roman"/>
          <w:b/>
          <w:sz w:val="28"/>
          <w:szCs w:val="24"/>
        </w:rPr>
        <w:br/>
      </w:r>
      <w:r w:rsidRPr="00CA13F9">
        <w:rPr>
          <w:rFonts w:ascii="Times New Roman" w:hAnsi="Times New Roman"/>
          <w:sz w:val="20"/>
          <w:szCs w:val="24"/>
        </w:rPr>
        <w:t xml:space="preserve">de </w:t>
      </w:r>
      <w:proofErr w:type="spellStart"/>
      <w:r w:rsidRPr="00CA13F9">
        <w:rPr>
          <w:rFonts w:ascii="Times New Roman" w:hAnsi="Times New Roman"/>
          <w:sz w:val="20"/>
          <w:szCs w:val="24"/>
        </w:rPr>
        <w:t>clarificări</w:t>
      </w:r>
      <w:proofErr w:type="spellEnd"/>
      <w:r w:rsidRPr="00CA13F9">
        <w:rPr>
          <w:rFonts w:ascii="Times New Roman" w:hAnsi="Times New Roman"/>
          <w:sz w:val="20"/>
          <w:szCs w:val="24"/>
        </w:rPr>
        <w:t xml:space="preserve">, </w:t>
      </w:r>
      <w:proofErr w:type="spellStart"/>
      <w:r w:rsidRPr="00CA13F9">
        <w:rPr>
          <w:rFonts w:ascii="Times New Roman" w:hAnsi="Times New Roman"/>
          <w:sz w:val="20"/>
          <w:szCs w:val="24"/>
        </w:rPr>
        <w:t>completări</w:t>
      </w:r>
      <w:proofErr w:type="spellEnd"/>
      <w:r w:rsidRPr="00CA13F9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A13F9">
        <w:rPr>
          <w:rFonts w:ascii="Times New Roman" w:hAnsi="Times New Roman"/>
          <w:sz w:val="20"/>
          <w:szCs w:val="24"/>
        </w:rPr>
        <w:t>sau</w:t>
      </w:r>
      <w:proofErr w:type="spellEnd"/>
      <w:r w:rsidRPr="00CA13F9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A13F9">
        <w:rPr>
          <w:rFonts w:ascii="Times New Roman" w:hAnsi="Times New Roman"/>
          <w:sz w:val="20"/>
          <w:szCs w:val="24"/>
        </w:rPr>
        <w:t>documente</w:t>
      </w:r>
      <w:proofErr w:type="spellEnd"/>
      <w:r w:rsidRPr="00CA13F9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A13F9">
        <w:rPr>
          <w:rFonts w:ascii="Times New Roman" w:hAnsi="Times New Roman"/>
          <w:sz w:val="20"/>
          <w:szCs w:val="24"/>
        </w:rPr>
        <w:t>privind</w:t>
      </w:r>
      <w:proofErr w:type="spellEnd"/>
      <w:r w:rsidRPr="00CA13F9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CA13F9">
        <w:rPr>
          <w:rFonts w:ascii="Times New Roman" w:hAnsi="Times New Roman"/>
          <w:sz w:val="20"/>
          <w:szCs w:val="24"/>
        </w:rPr>
        <w:t>notificarea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A13F9" w:rsidRPr="00CA13F9" w14:paraId="46A981D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74D9128C" w14:textId="77777777" w:rsidR="009C3028" w:rsidRPr="00CA13F9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1. REFERINȚE</w:t>
            </w:r>
          </w:p>
        </w:tc>
      </w:tr>
      <w:tr w:rsidR="00CA13F9" w:rsidRPr="00CA13F9" w14:paraId="1244F3A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FE6EE0B" w14:textId="77777777" w:rsidR="009C3028" w:rsidRPr="00CA13F9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Notificarea</w:t>
            </w:r>
            <w:proofErr w:type="spellEnd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9470D24" w14:textId="77777777" w:rsidR="009C3028" w:rsidRPr="00CA13F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5CFDC59" w14:textId="77777777" w:rsidR="009C3028" w:rsidRPr="00CA13F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a beneficiarului</w:t>
            </w:r>
          </w:p>
        </w:tc>
      </w:tr>
      <w:tr w:rsidR="009C3028" w:rsidRPr="00CA13F9" w14:paraId="7F87AAC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A437B9E" w14:textId="77777777" w:rsidR="009C3028" w:rsidRPr="00CA13F9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Proiect</w:t>
            </w:r>
            <w:proofErr w:type="spellEnd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 xml:space="preserve"> nr. / cod</w:t>
            </w:r>
          </w:p>
        </w:tc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9EA6093" w14:textId="77777777" w:rsidR="009C3028" w:rsidRPr="00CA13F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Imobilul</w:t>
            </w:r>
          </w:p>
        </w:tc>
      </w:tr>
    </w:tbl>
    <w:p w14:paraId="12AEDFFF" w14:textId="77777777" w:rsidR="009C3028" w:rsidRPr="00CA13F9" w:rsidRDefault="009C3028">
      <w:pPr>
        <w:spacing w:before="6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CA13F9" w:rsidRPr="00CA13F9" w14:paraId="337E34B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59D3F581" w14:textId="77777777" w:rsidR="009C3028" w:rsidRPr="00CA13F9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2. SOLICITAREA</w:t>
            </w:r>
          </w:p>
        </w:tc>
      </w:tr>
      <w:tr w:rsidR="00CA13F9" w:rsidRPr="00CA13F9" w14:paraId="64D99BE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BB97567" w14:textId="77777777" w:rsidR="009C3028" w:rsidRPr="00CA13F9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Clarificările</w:t>
            </w:r>
            <w:proofErr w:type="spellEnd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completările</w:t>
            </w:r>
            <w:proofErr w:type="spellEnd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documentele</w:t>
            </w:r>
            <w:proofErr w:type="spellEnd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 xml:space="preserve"> solicitate</w:t>
            </w:r>
            <w:r w:rsidRPr="00CA13F9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13F9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13F9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13F9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13F9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13F9">
              <w:rPr>
                <w:rFonts w:ascii="Times New Roman" w:hAnsi="Times New Roman"/>
                <w:sz w:val="18"/>
                <w:szCs w:val="24"/>
              </w:rPr>
              <w:t>___________________________________________________________________________________________________</w:t>
            </w:r>
          </w:p>
        </w:tc>
      </w:tr>
      <w:tr w:rsidR="00CA13F9" w:rsidRPr="00CA13F9" w14:paraId="5C230A5F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B3DC7B4" w14:textId="77777777" w:rsidR="009C3028" w:rsidRPr="00CA13F9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Termenul</w:t>
            </w:r>
            <w:proofErr w:type="spellEnd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transmitere</w:t>
            </w:r>
            <w:proofErr w:type="spellEnd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CA13F9">
              <w:rPr>
                <w:rFonts w:ascii="Times New Roman" w:hAnsi="Times New Roman"/>
                <w:b/>
                <w:sz w:val="18"/>
                <w:szCs w:val="24"/>
              </w:rPr>
              <w:br/>
            </w:r>
          </w:p>
        </w:tc>
      </w:tr>
      <w:tr w:rsidR="009C3028" w:rsidRPr="00CA13F9" w14:paraId="28DA3B2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751D160" w14:textId="77777777" w:rsidR="009C3028" w:rsidRPr="00CA13F9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CA13F9">
              <w:rPr>
                <w:rFonts w:ascii="Times New Roman" w:hAnsi="Times New Roman"/>
                <w:sz w:val="18"/>
                <w:szCs w:val="24"/>
              </w:rPr>
              <w:t>Termenul</w:t>
            </w:r>
            <w:proofErr w:type="spellEnd"/>
            <w:r w:rsidRPr="00CA13F9">
              <w:rPr>
                <w:rFonts w:ascii="Times New Roman" w:hAnsi="Times New Roman"/>
                <w:sz w:val="18"/>
                <w:szCs w:val="24"/>
              </w:rPr>
              <w:t xml:space="preserve"> de </w:t>
            </w:r>
            <w:proofErr w:type="spellStart"/>
            <w:r w:rsidRPr="00CA13F9">
              <w:rPr>
                <w:rFonts w:ascii="Times New Roman" w:hAnsi="Times New Roman"/>
                <w:sz w:val="18"/>
                <w:szCs w:val="24"/>
              </w:rPr>
              <w:t>începere</w:t>
            </w:r>
            <w:proofErr w:type="spellEnd"/>
            <w:r w:rsidRPr="00CA13F9">
              <w:rPr>
                <w:rFonts w:ascii="Times New Roman" w:hAnsi="Times New Roman"/>
                <w:sz w:val="18"/>
                <w:szCs w:val="24"/>
              </w:rPr>
              <w:t xml:space="preserve"> a </w:t>
            </w:r>
            <w:proofErr w:type="spellStart"/>
            <w:r w:rsidRPr="00CA13F9">
              <w:rPr>
                <w:rFonts w:ascii="Times New Roman" w:hAnsi="Times New Roman"/>
                <w:sz w:val="18"/>
                <w:szCs w:val="24"/>
              </w:rPr>
              <w:t>lucrărilor</w:t>
            </w:r>
            <w:proofErr w:type="spellEnd"/>
            <w:r w:rsidRPr="00CA13F9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CA13F9">
              <w:rPr>
                <w:rFonts w:ascii="Times New Roman" w:hAnsi="Times New Roman"/>
                <w:sz w:val="18"/>
                <w:szCs w:val="24"/>
              </w:rPr>
              <w:t>curge</w:t>
            </w:r>
            <w:proofErr w:type="spellEnd"/>
            <w:r w:rsidRPr="00CA13F9">
              <w:rPr>
                <w:rFonts w:ascii="Times New Roman" w:hAnsi="Times New Roman"/>
                <w:sz w:val="18"/>
                <w:szCs w:val="24"/>
              </w:rPr>
              <w:t xml:space="preserve"> de la data depunerii clarificărilor solicitate.</w:t>
            </w:r>
          </w:p>
        </w:tc>
      </w:tr>
    </w:tbl>
    <w:p w14:paraId="571CE505" w14:textId="77777777" w:rsidR="009C3028" w:rsidRPr="00CA13F9" w:rsidRDefault="009C3028">
      <w:pPr>
        <w:spacing w:before="6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A13F9" w:rsidRPr="00CA13F9" w14:paraId="0951036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22" w:type="dxa"/>
              <w:right w:w="35" w:type="dxa"/>
            </w:tcMar>
          </w:tcPr>
          <w:p w14:paraId="0A8AC916" w14:textId="77777777" w:rsidR="009C3028" w:rsidRPr="00CA13F9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3. SEMNĂTURA</w:t>
            </w:r>
          </w:p>
        </w:tc>
      </w:tr>
      <w:tr w:rsidR="009C3028" w:rsidRPr="00CA13F9" w14:paraId="0279758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0D38C37F" w14:textId="77777777" w:rsidR="009C3028" w:rsidRDefault="0000000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proofErr w:type="spellStart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Reprezentantul</w:t>
            </w:r>
            <w:proofErr w:type="spellEnd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autorității</w:t>
            </w:r>
            <w:proofErr w:type="spellEnd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 xml:space="preserve"> — </w:t>
            </w:r>
            <w:proofErr w:type="spellStart"/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numele</w:t>
            </w:r>
            <w:proofErr w:type="spellEnd"/>
          </w:p>
          <w:p w14:paraId="03FD0315" w14:textId="77777777" w:rsidR="009D5EDB" w:rsidRPr="00CA13F9" w:rsidRDefault="009D5E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1C6BDCA0" w14:textId="77777777" w:rsidR="009C3028" w:rsidRPr="00CA13F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70FBAF1A" w14:textId="77777777" w:rsidR="009C3028" w:rsidRPr="00CA13F9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A13F9">
              <w:rPr>
                <w:rFonts w:ascii="Times New Roman" w:hAnsi="Times New Roman"/>
                <w:b/>
                <w:sz w:val="18"/>
                <w:szCs w:val="24"/>
              </w:rPr>
              <w:t>Semnatura</w:t>
            </w:r>
          </w:p>
        </w:tc>
      </w:tr>
    </w:tbl>
    <w:p w14:paraId="089D8F7D" w14:textId="77777777" w:rsidR="00EC1691" w:rsidRPr="00CA13F9" w:rsidRDefault="00EC1691"/>
    <w:sectPr w:rsidR="00EC1691" w:rsidRPr="00CA13F9" w:rsidSect="00E66ED8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F398A" w14:textId="77777777" w:rsidR="00EB6177" w:rsidRDefault="00EB6177">
      <w:pPr>
        <w:spacing w:after="0" w:line="240" w:lineRule="auto"/>
      </w:pPr>
      <w:r>
        <w:separator/>
      </w:r>
    </w:p>
  </w:endnote>
  <w:endnote w:type="continuationSeparator" w:id="0">
    <w:p w14:paraId="77BE4680" w14:textId="77777777" w:rsidR="00EB6177" w:rsidRDefault="00EB6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E8D75" w14:textId="77777777" w:rsidR="009C3028" w:rsidRDefault="009C302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0C57F" w14:textId="77777777" w:rsidR="00EB6177" w:rsidRDefault="00EB6177">
      <w:pPr>
        <w:spacing w:after="0" w:line="240" w:lineRule="auto"/>
      </w:pPr>
      <w:r>
        <w:separator/>
      </w:r>
    </w:p>
  </w:footnote>
  <w:footnote w:type="continuationSeparator" w:id="0">
    <w:p w14:paraId="5456AA45" w14:textId="77777777" w:rsidR="00EB6177" w:rsidRDefault="00EB6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8C996" w14:textId="77777777" w:rsidR="009C3028" w:rsidRDefault="009C30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50281">
    <w:abstractNumId w:val="8"/>
  </w:num>
  <w:num w:numId="2" w16cid:durableId="1635017721">
    <w:abstractNumId w:val="6"/>
  </w:num>
  <w:num w:numId="3" w16cid:durableId="365521057">
    <w:abstractNumId w:val="5"/>
  </w:num>
  <w:num w:numId="4" w16cid:durableId="1193231216">
    <w:abstractNumId w:val="4"/>
  </w:num>
  <w:num w:numId="5" w16cid:durableId="1872456041">
    <w:abstractNumId w:val="7"/>
  </w:num>
  <w:num w:numId="6" w16cid:durableId="833765652">
    <w:abstractNumId w:val="3"/>
  </w:num>
  <w:num w:numId="7" w16cid:durableId="816148309">
    <w:abstractNumId w:val="2"/>
  </w:num>
  <w:num w:numId="8" w16cid:durableId="131219203">
    <w:abstractNumId w:val="1"/>
  </w:num>
  <w:num w:numId="9" w16cid:durableId="1944914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F91"/>
    <w:rsid w:val="0014579A"/>
    <w:rsid w:val="0015074B"/>
    <w:rsid w:val="00200FFD"/>
    <w:rsid w:val="002957DB"/>
    <w:rsid w:val="0029639D"/>
    <w:rsid w:val="002D180C"/>
    <w:rsid w:val="00326F90"/>
    <w:rsid w:val="0048251A"/>
    <w:rsid w:val="004A6029"/>
    <w:rsid w:val="005977E0"/>
    <w:rsid w:val="0077786D"/>
    <w:rsid w:val="009C3028"/>
    <w:rsid w:val="009D227B"/>
    <w:rsid w:val="009D5EDB"/>
    <w:rsid w:val="00AA1D8D"/>
    <w:rsid w:val="00AF0D94"/>
    <w:rsid w:val="00B47730"/>
    <w:rsid w:val="00CA13F9"/>
    <w:rsid w:val="00CB0664"/>
    <w:rsid w:val="00CD00FA"/>
    <w:rsid w:val="00D75E04"/>
    <w:rsid w:val="00E66ED8"/>
    <w:rsid w:val="00EB6177"/>
    <w:rsid w:val="00EC1691"/>
    <w:rsid w:val="00F608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E14B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7778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9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11</cp:revision>
  <dcterms:created xsi:type="dcterms:W3CDTF">2013-12-23T23:15:00Z</dcterms:created>
  <dcterms:modified xsi:type="dcterms:W3CDTF">2026-09-16T10:56:00Z</dcterms:modified>
  <cp:category/>
</cp:coreProperties>
</file>