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4145"/>
        <w:gridCol w:w="4495"/>
      </w:tblGrid>
      <w:tr w:rsidR="00240864" w:rsidRPr="00240864" w14:paraId="2E62E454" w14:textId="77777777" w:rsidTr="00240864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7E8454E4" w14:textId="1687C94C" w:rsidR="00240864" w:rsidRPr="00240864" w:rsidRDefault="00240864" w:rsidP="0024086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40864">
              <w:rPr>
                <w:rFonts w:ascii="Times New Roman" w:hAnsi="Times New Roman"/>
                <w:b/>
              </w:rPr>
              <w:t xml:space="preserve">  </w:t>
            </w:r>
            <w:r w:rsidRPr="00240864">
              <w:rPr>
                <w:rFonts w:ascii="Times New Roman" w:hAnsi="Times New Roman"/>
                <w:b/>
              </w:rPr>
              <w:drawing>
                <wp:inline distT="0" distB="0" distL="0" distR="0" wp14:anchorId="0AAF34AC" wp14:editId="745FB3F6">
                  <wp:extent cx="847725" cy="1266825"/>
                  <wp:effectExtent l="0" t="0" r="9525" b="9525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35B9A7B0" w14:textId="77777777" w:rsidR="00240864" w:rsidRPr="00240864" w:rsidRDefault="00240864" w:rsidP="00240864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240864">
              <w:rPr>
                <w:rFonts w:ascii="Times New Roman" w:hAnsi="Times New Roman"/>
                <w:b/>
              </w:rPr>
              <w:t>Județul</w:t>
            </w:r>
            <w:proofErr w:type="spellEnd"/>
            <w:r w:rsidRPr="00240864">
              <w:rPr>
                <w:rFonts w:ascii="Times New Roman" w:hAnsi="Times New Roman"/>
                <w:b/>
              </w:rPr>
              <w:t xml:space="preserve"> Vâlcea</w:t>
            </w:r>
          </w:p>
        </w:tc>
      </w:tr>
      <w:tr w:rsidR="00240864" w:rsidRPr="00240864" w14:paraId="51124A45" w14:textId="77777777" w:rsidTr="00240864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E38BE" w14:textId="77777777" w:rsidR="00240864" w:rsidRPr="00240864" w:rsidRDefault="00240864" w:rsidP="0024086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42339CC7" w14:textId="77777777" w:rsidR="00240864" w:rsidRPr="00240864" w:rsidRDefault="00240864" w:rsidP="00240864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240864">
              <w:rPr>
                <w:rFonts w:ascii="Times New Roman" w:hAnsi="Times New Roman"/>
                <w:b/>
              </w:rPr>
              <w:t>Primăria</w:t>
            </w:r>
            <w:proofErr w:type="spellEnd"/>
            <w:r w:rsidRPr="0024086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40864">
              <w:rPr>
                <w:rFonts w:ascii="Times New Roman" w:hAnsi="Times New Roman"/>
                <w:b/>
              </w:rPr>
              <w:t>Orașului</w:t>
            </w:r>
            <w:proofErr w:type="spellEnd"/>
            <w:r w:rsidRPr="0024086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40864">
              <w:rPr>
                <w:rFonts w:ascii="Times New Roman" w:hAnsi="Times New Roman"/>
                <w:b/>
              </w:rPr>
              <w:t>Băile</w:t>
            </w:r>
            <w:proofErr w:type="spellEnd"/>
            <w:r w:rsidRPr="0024086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40864">
              <w:rPr>
                <w:rFonts w:ascii="Times New Roman" w:hAnsi="Times New Roman"/>
                <w:b/>
              </w:rPr>
              <w:t>Govora</w:t>
            </w:r>
            <w:proofErr w:type="spellEnd"/>
          </w:p>
        </w:tc>
      </w:tr>
      <w:tr w:rsidR="00240864" w:rsidRPr="00240864" w14:paraId="3389A946" w14:textId="77777777" w:rsidTr="00240864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819F3" w14:textId="77777777" w:rsidR="00240864" w:rsidRPr="00240864" w:rsidRDefault="00240864" w:rsidP="0024086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  <w:hideMark/>
          </w:tcPr>
          <w:p w14:paraId="42C853CC" w14:textId="77777777" w:rsidR="00240864" w:rsidRPr="00240864" w:rsidRDefault="00240864" w:rsidP="0024086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40864">
              <w:rPr>
                <w:rFonts w:ascii="Times New Roman" w:hAnsi="Times New Roman"/>
                <w:b/>
              </w:rPr>
              <w:t xml:space="preserve">Cod de </w:t>
            </w:r>
            <w:proofErr w:type="spellStart"/>
            <w:r w:rsidRPr="00240864">
              <w:rPr>
                <w:rFonts w:ascii="Times New Roman" w:hAnsi="Times New Roman"/>
                <w:b/>
              </w:rPr>
              <w:t>identificare</w:t>
            </w:r>
            <w:proofErr w:type="spellEnd"/>
            <w:r w:rsidRPr="0024086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40864">
              <w:rPr>
                <w:rFonts w:ascii="Times New Roman" w:hAnsi="Times New Roman"/>
                <w:b/>
              </w:rPr>
              <w:t>fiscală</w:t>
            </w:r>
            <w:proofErr w:type="spellEnd"/>
            <w:r w:rsidRPr="00240864">
              <w:rPr>
                <w:rFonts w:ascii="Times New Roman" w:hAnsi="Times New Roman"/>
                <w:b/>
              </w:rPr>
              <w:t xml:space="preserve"> (CIF)</w:t>
            </w:r>
          </w:p>
          <w:p w14:paraId="1A438EC1" w14:textId="77777777" w:rsidR="00240864" w:rsidRPr="00240864" w:rsidRDefault="00240864" w:rsidP="0024086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40864">
              <w:rPr>
                <w:rFonts w:ascii="Times New Roman" w:hAnsi="Times New Roman"/>
                <w:b/>
              </w:rPr>
              <w:t>2541827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2CC84D31" w14:textId="77777777" w:rsidR="00240864" w:rsidRPr="00240864" w:rsidRDefault="00240864" w:rsidP="00240864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240864">
              <w:rPr>
                <w:rFonts w:ascii="Times New Roman" w:hAnsi="Times New Roman"/>
                <w:b/>
              </w:rPr>
              <w:t>Adresa</w:t>
            </w:r>
            <w:proofErr w:type="spellEnd"/>
            <w:r w:rsidRPr="0024086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40864">
              <w:rPr>
                <w:rFonts w:ascii="Times New Roman" w:hAnsi="Times New Roman"/>
                <w:b/>
              </w:rPr>
              <w:t>oficială</w:t>
            </w:r>
            <w:proofErr w:type="spellEnd"/>
            <w:r w:rsidRPr="00240864">
              <w:rPr>
                <w:rFonts w:ascii="Times New Roman" w:hAnsi="Times New Roman"/>
                <w:b/>
              </w:rPr>
              <w:t xml:space="preserve">: </w:t>
            </w:r>
            <w:r w:rsidRPr="00240864">
              <w:rPr>
                <w:rFonts w:ascii="Times New Roman" w:hAnsi="Times New Roman"/>
                <w:b/>
              </w:rPr>
              <w:br/>
              <w:t xml:space="preserve">Strada Tudor </w:t>
            </w:r>
            <w:proofErr w:type="spellStart"/>
            <w:r w:rsidRPr="00240864">
              <w:rPr>
                <w:rFonts w:ascii="Times New Roman" w:hAnsi="Times New Roman"/>
                <w:b/>
              </w:rPr>
              <w:t>Vladimirescu</w:t>
            </w:r>
            <w:proofErr w:type="spellEnd"/>
            <w:r w:rsidRPr="00240864">
              <w:rPr>
                <w:rFonts w:ascii="Times New Roman" w:hAnsi="Times New Roman"/>
                <w:b/>
              </w:rPr>
              <w:t xml:space="preserve">, nr. 95, cod </w:t>
            </w:r>
            <w:proofErr w:type="spellStart"/>
            <w:r w:rsidRPr="00240864">
              <w:rPr>
                <w:rFonts w:ascii="Times New Roman" w:hAnsi="Times New Roman"/>
                <w:b/>
              </w:rPr>
              <w:t>poștal</w:t>
            </w:r>
            <w:proofErr w:type="spellEnd"/>
            <w:r w:rsidRPr="00240864">
              <w:rPr>
                <w:rFonts w:ascii="Times New Roman" w:hAnsi="Times New Roman"/>
                <w:b/>
              </w:rPr>
              <w:t xml:space="preserve"> 245200,</w:t>
            </w:r>
          </w:p>
          <w:p w14:paraId="1B462ACB" w14:textId="77777777" w:rsidR="00240864" w:rsidRPr="00240864" w:rsidRDefault="00240864" w:rsidP="00240864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240864">
              <w:rPr>
                <w:rFonts w:ascii="Times New Roman" w:hAnsi="Times New Roman"/>
                <w:b/>
              </w:rPr>
              <w:t>Oraș</w:t>
            </w:r>
            <w:proofErr w:type="spellEnd"/>
            <w:r w:rsidRPr="0024086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40864">
              <w:rPr>
                <w:rFonts w:ascii="Times New Roman" w:hAnsi="Times New Roman"/>
                <w:b/>
              </w:rPr>
              <w:t>Băile</w:t>
            </w:r>
            <w:proofErr w:type="spellEnd"/>
            <w:r w:rsidRPr="0024086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40864">
              <w:rPr>
                <w:rFonts w:ascii="Times New Roman" w:hAnsi="Times New Roman"/>
                <w:b/>
              </w:rPr>
              <w:t>Govora</w:t>
            </w:r>
            <w:proofErr w:type="spellEnd"/>
            <w:r w:rsidRPr="00240864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Pr="00240864">
              <w:rPr>
                <w:rFonts w:ascii="Times New Roman" w:hAnsi="Times New Roman"/>
                <w:b/>
              </w:rPr>
              <w:t>Județ</w:t>
            </w:r>
            <w:proofErr w:type="spellEnd"/>
            <w:r w:rsidRPr="00240864">
              <w:rPr>
                <w:rFonts w:ascii="Times New Roman" w:hAnsi="Times New Roman"/>
                <w:b/>
              </w:rPr>
              <w:t xml:space="preserve"> Vâlcea, </w:t>
            </w:r>
            <w:proofErr w:type="spellStart"/>
            <w:r w:rsidRPr="00240864">
              <w:rPr>
                <w:rFonts w:ascii="Times New Roman" w:hAnsi="Times New Roman"/>
                <w:b/>
              </w:rPr>
              <w:t>România</w:t>
            </w:r>
            <w:proofErr w:type="spellEnd"/>
            <w:r w:rsidRPr="00240864">
              <w:rPr>
                <w:rFonts w:ascii="Times New Roman" w:hAnsi="Times New Roman"/>
                <w:b/>
              </w:rPr>
              <w:tab/>
            </w:r>
          </w:p>
          <w:p w14:paraId="6DE466FD" w14:textId="77777777" w:rsidR="00240864" w:rsidRPr="00240864" w:rsidRDefault="00240864" w:rsidP="0024086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40864">
              <w:rPr>
                <w:rFonts w:ascii="Times New Roman" w:hAnsi="Times New Roman"/>
                <w:b/>
              </w:rPr>
              <w:t>Tel: +4 0250 770 460</w:t>
            </w:r>
          </w:p>
          <w:p w14:paraId="6E4FEF6B" w14:textId="77777777" w:rsidR="00240864" w:rsidRPr="00240864" w:rsidRDefault="00240864" w:rsidP="0024086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40864">
              <w:rPr>
                <w:rFonts w:ascii="Times New Roman" w:hAnsi="Times New Roman"/>
                <w:b/>
              </w:rPr>
              <w:t>www.primaria-baile-govora.ro</w:t>
            </w:r>
          </w:p>
          <w:p w14:paraId="0BA0D14A" w14:textId="77777777" w:rsidR="00240864" w:rsidRPr="00240864" w:rsidRDefault="00240864" w:rsidP="0024086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40864">
              <w:rPr>
                <w:rFonts w:ascii="Times New Roman" w:hAnsi="Times New Roman"/>
                <w:b/>
              </w:rPr>
              <w:t>E-mail: primaria@primaria-baile-govora.ro baile.govora@vl.e-adm.ro</w:t>
            </w:r>
          </w:p>
        </w:tc>
      </w:tr>
      <w:tr w:rsidR="00240864" w:rsidRPr="00240864" w14:paraId="77EADB6F" w14:textId="77777777" w:rsidTr="00240864">
        <w:trPr>
          <w:trHeight w:val="352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FAE68" w14:textId="77777777" w:rsidR="00240864" w:rsidRPr="00240864" w:rsidRDefault="00240864" w:rsidP="0024086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1742ACAB" w14:textId="77777777" w:rsidR="00240864" w:rsidRPr="00240864" w:rsidRDefault="00240864" w:rsidP="00240864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240864">
              <w:rPr>
                <w:rFonts w:ascii="Times New Roman" w:hAnsi="Times New Roman"/>
                <w:b/>
              </w:rPr>
              <w:t>Număr</w:t>
            </w:r>
            <w:proofErr w:type="spellEnd"/>
            <w:r w:rsidRPr="0024086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40864">
              <w:rPr>
                <w:rFonts w:ascii="Times New Roman" w:hAnsi="Times New Roman"/>
                <w:b/>
              </w:rPr>
              <w:t>înregistrare</w:t>
            </w:r>
            <w:proofErr w:type="spellEnd"/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73E6CA46" w14:textId="77777777" w:rsidR="00240864" w:rsidRPr="00240864" w:rsidRDefault="00240864" w:rsidP="0024086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40864">
              <w:rPr>
                <w:rFonts w:ascii="Times New Roman" w:hAnsi="Times New Roman"/>
                <w:b/>
              </w:rPr>
              <w:t>Data</w:t>
            </w:r>
          </w:p>
        </w:tc>
      </w:tr>
    </w:tbl>
    <w:p w14:paraId="1543E9F1" w14:textId="77777777" w:rsidR="00DE40E0" w:rsidRPr="000371B0" w:rsidRDefault="00DE40E0" w:rsidP="00DE40E0">
      <w:pPr>
        <w:spacing w:before="160" w:after="80" w:line="240" w:lineRule="auto"/>
        <w:rPr>
          <w:rFonts w:ascii="Times New Roman" w:hAnsi="Times New Roman"/>
          <w:b/>
          <w:sz w:val="26"/>
        </w:rPr>
      </w:pPr>
    </w:p>
    <w:p w14:paraId="7CDF7926" w14:textId="4318460B" w:rsidR="00C71D88" w:rsidRDefault="00000000">
      <w:pPr>
        <w:spacing w:before="160" w:after="80" w:line="240" w:lineRule="auto"/>
        <w:jc w:val="center"/>
        <w:rPr>
          <w:rFonts w:ascii="Times New Roman" w:hAnsi="Times New Roman"/>
          <w:sz w:val="20"/>
          <w:szCs w:val="24"/>
        </w:rPr>
      </w:pPr>
      <w:r w:rsidRPr="000371B0">
        <w:rPr>
          <w:rFonts w:ascii="Times New Roman" w:hAnsi="Times New Roman"/>
          <w:b/>
          <w:sz w:val="28"/>
          <w:szCs w:val="24"/>
        </w:rPr>
        <w:t>INFORMARE</w:t>
      </w:r>
      <w:r w:rsidRPr="000371B0">
        <w:rPr>
          <w:rFonts w:ascii="Times New Roman" w:hAnsi="Times New Roman"/>
          <w:b/>
          <w:sz w:val="28"/>
          <w:szCs w:val="24"/>
        </w:rPr>
        <w:br/>
      </w:r>
      <w:proofErr w:type="spellStart"/>
      <w:r w:rsidRPr="000371B0">
        <w:rPr>
          <w:rFonts w:ascii="Times New Roman" w:hAnsi="Times New Roman"/>
          <w:sz w:val="20"/>
          <w:szCs w:val="24"/>
        </w:rPr>
        <w:t>privind</w:t>
      </w:r>
      <w:proofErr w:type="spellEnd"/>
      <w:r w:rsidRPr="000371B0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0371B0">
        <w:rPr>
          <w:rFonts w:ascii="Times New Roman" w:hAnsi="Times New Roman"/>
          <w:sz w:val="20"/>
          <w:szCs w:val="24"/>
        </w:rPr>
        <w:t>necesitatea</w:t>
      </w:r>
      <w:proofErr w:type="spellEnd"/>
      <w:r w:rsidRPr="000371B0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0371B0">
        <w:rPr>
          <w:rFonts w:ascii="Times New Roman" w:hAnsi="Times New Roman"/>
          <w:sz w:val="20"/>
          <w:szCs w:val="24"/>
        </w:rPr>
        <w:t>solicitării</w:t>
      </w:r>
      <w:proofErr w:type="spellEnd"/>
      <w:r w:rsidRPr="000371B0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0371B0">
        <w:rPr>
          <w:rFonts w:ascii="Times New Roman" w:hAnsi="Times New Roman"/>
          <w:sz w:val="20"/>
          <w:szCs w:val="24"/>
        </w:rPr>
        <w:t>și</w:t>
      </w:r>
      <w:proofErr w:type="spellEnd"/>
      <w:r w:rsidRPr="000371B0">
        <w:rPr>
          <w:rFonts w:ascii="Times New Roman" w:hAnsi="Times New Roman"/>
          <w:sz w:val="20"/>
          <w:szCs w:val="24"/>
        </w:rPr>
        <w:t xml:space="preserve"> emiterii </w:t>
      </w:r>
      <w:proofErr w:type="spellStart"/>
      <w:r w:rsidRPr="000371B0">
        <w:rPr>
          <w:rFonts w:ascii="Times New Roman" w:hAnsi="Times New Roman"/>
          <w:sz w:val="20"/>
          <w:szCs w:val="24"/>
        </w:rPr>
        <w:t>unei</w:t>
      </w:r>
      <w:proofErr w:type="spellEnd"/>
      <w:r w:rsidRPr="000371B0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0371B0">
        <w:rPr>
          <w:rFonts w:ascii="Times New Roman" w:hAnsi="Times New Roman"/>
          <w:sz w:val="20"/>
          <w:szCs w:val="24"/>
        </w:rPr>
        <w:t>autorizații</w:t>
      </w:r>
      <w:proofErr w:type="spellEnd"/>
      <w:r w:rsidRPr="000371B0">
        <w:rPr>
          <w:rFonts w:ascii="Times New Roman" w:hAnsi="Times New Roman"/>
          <w:sz w:val="20"/>
          <w:szCs w:val="24"/>
        </w:rPr>
        <w:t xml:space="preserve"> de </w:t>
      </w:r>
      <w:proofErr w:type="spellStart"/>
      <w:r w:rsidRPr="000371B0">
        <w:rPr>
          <w:rFonts w:ascii="Times New Roman" w:hAnsi="Times New Roman"/>
          <w:sz w:val="20"/>
          <w:szCs w:val="24"/>
        </w:rPr>
        <w:t>construire</w:t>
      </w:r>
      <w:proofErr w:type="spellEnd"/>
    </w:p>
    <w:p w14:paraId="13F20D25" w14:textId="77777777" w:rsidR="00240864" w:rsidRPr="000371B0" w:rsidRDefault="00240864">
      <w:pPr>
        <w:spacing w:before="160" w:after="80" w:line="240" w:lineRule="auto"/>
        <w:jc w:val="center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0371B0" w:rsidRPr="000371B0" w14:paraId="04205FB9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24379A1F" w14:textId="77777777" w:rsidR="00C71D88" w:rsidRPr="000371B0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0371B0">
              <w:rPr>
                <w:rFonts w:ascii="Times New Roman" w:hAnsi="Times New Roman"/>
                <w:b/>
                <w:sz w:val="18"/>
                <w:szCs w:val="24"/>
              </w:rPr>
              <w:t>1. REFERINȚE</w:t>
            </w:r>
          </w:p>
        </w:tc>
      </w:tr>
      <w:tr w:rsidR="000371B0" w:rsidRPr="000371B0" w14:paraId="2ACEED52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6904E21E" w14:textId="77777777" w:rsidR="00C71D88" w:rsidRPr="000371B0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0371B0">
              <w:rPr>
                <w:rFonts w:ascii="Times New Roman" w:hAnsi="Times New Roman"/>
                <w:b/>
                <w:sz w:val="18"/>
                <w:szCs w:val="24"/>
              </w:rPr>
              <w:t>Notificarea</w:t>
            </w:r>
            <w:proofErr w:type="spellEnd"/>
            <w:r w:rsidRPr="000371B0">
              <w:rPr>
                <w:rFonts w:ascii="Times New Roman" w:hAnsi="Times New Roman"/>
                <w:b/>
                <w:sz w:val="18"/>
                <w:szCs w:val="24"/>
              </w:rPr>
              <w:t xml:space="preserve"> nr.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B6395A7" w14:textId="77777777" w:rsidR="00C71D88" w:rsidRPr="000371B0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0371B0">
              <w:rPr>
                <w:rFonts w:ascii="Times New Roman" w:hAnsi="Times New Roman"/>
                <w:b/>
                <w:sz w:val="18"/>
                <w:szCs w:val="24"/>
              </w:rPr>
              <w:t>din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6711211" w14:textId="77777777" w:rsidR="00C71D88" w:rsidRPr="000371B0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0371B0">
              <w:rPr>
                <w:rFonts w:ascii="Times New Roman" w:hAnsi="Times New Roman"/>
                <w:b/>
                <w:sz w:val="18"/>
                <w:szCs w:val="24"/>
              </w:rPr>
              <w:t>a beneficiarului</w:t>
            </w:r>
          </w:p>
        </w:tc>
      </w:tr>
      <w:tr w:rsidR="00C71D88" w:rsidRPr="000371B0" w14:paraId="644BC460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F731FC7" w14:textId="77777777" w:rsidR="00C71D88" w:rsidRPr="000371B0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0371B0">
              <w:rPr>
                <w:rFonts w:ascii="Times New Roman" w:hAnsi="Times New Roman"/>
                <w:b/>
                <w:sz w:val="18"/>
                <w:szCs w:val="24"/>
              </w:rPr>
              <w:t>Proiect</w:t>
            </w:r>
            <w:proofErr w:type="spellEnd"/>
            <w:r w:rsidRPr="000371B0">
              <w:rPr>
                <w:rFonts w:ascii="Times New Roman" w:hAnsi="Times New Roman"/>
                <w:b/>
                <w:sz w:val="18"/>
                <w:szCs w:val="24"/>
              </w:rPr>
              <w:t xml:space="preserve"> nr. / cod</w:t>
            </w:r>
          </w:p>
        </w:tc>
        <w:tc>
          <w:tcPr>
            <w:tcW w:w="72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E970FF3" w14:textId="77777777" w:rsidR="00C71D88" w:rsidRPr="000371B0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0371B0">
              <w:rPr>
                <w:rFonts w:ascii="Times New Roman" w:hAnsi="Times New Roman"/>
                <w:b/>
                <w:sz w:val="18"/>
                <w:szCs w:val="24"/>
              </w:rPr>
              <w:t>Imobilul</w:t>
            </w:r>
          </w:p>
        </w:tc>
      </w:tr>
    </w:tbl>
    <w:p w14:paraId="49B994AE" w14:textId="77777777" w:rsidR="00C71D88" w:rsidRPr="000371B0" w:rsidRDefault="00C71D88">
      <w:pPr>
        <w:spacing w:before="6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0371B0" w:rsidRPr="000371B0" w14:paraId="1034B314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6F89B013" w14:textId="77777777" w:rsidR="00C71D88" w:rsidRPr="000371B0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0371B0">
              <w:rPr>
                <w:rFonts w:ascii="Times New Roman" w:hAnsi="Times New Roman"/>
                <w:b/>
                <w:sz w:val="18"/>
                <w:szCs w:val="24"/>
              </w:rPr>
              <w:t>2. INFORMAREA</w:t>
            </w:r>
          </w:p>
        </w:tc>
      </w:tr>
      <w:tr w:rsidR="000371B0" w:rsidRPr="000371B0" w14:paraId="7509A616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0C6C894" w14:textId="77777777" w:rsidR="00C71D88" w:rsidRPr="000371B0" w:rsidRDefault="00000000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0371B0">
              <w:rPr>
                <w:rFonts w:ascii="Times New Roman" w:hAnsi="Times New Roman"/>
                <w:sz w:val="18"/>
                <w:szCs w:val="24"/>
              </w:rPr>
              <w:t>Lucrările</w:t>
            </w:r>
            <w:proofErr w:type="spellEnd"/>
            <w:r w:rsidRPr="000371B0">
              <w:rPr>
                <w:rFonts w:ascii="Times New Roman" w:hAnsi="Times New Roman"/>
                <w:sz w:val="18"/>
                <w:szCs w:val="24"/>
              </w:rPr>
              <w:t xml:space="preserve"> care fac </w:t>
            </w:r>
            <w:proofErr w:type="spellStart"/>
            <w:r w:rsidRPr="000371B0">
              <w:rPr>
                <w:rFonts w:ascii="Times New Roman" w:hAnsi="Times New Roman"/>
                <w:sz w:val="18"/>
                <w:szCs w:val="24"/>
              </w:rPr>
              <w:t>obiectul</w:t>
            </w:r>
            <w:proofErr w:type="spellEnd"/>
            <w:r w:rsidRPr="000371B0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0371B0">
              <w:rPr>
                <w:rFonts w:ascii="Times New Roman" w:hAnsi="Times New Roman"/>
                <w:sz w:val="18"/>
                <w:szCs w:val="24"/>
              </w:rPr>
              <w:t>notificării</w:t>
            </w:r>
            <w:proofErr w:type="spellEnd"/>
            <w:r w:rsidRPr="000371B0">
              <w:rPr>
                <w:rFonts w:ascii="Times New Roman" w:hAnsi="Times New Roman"/>
                <w:sz w:val="18"/>
                <w:szCs w:val="24"/>
              </w:rPr>
              <w:t xml:space="preserve"> NU se </w:t>
            </w:r>
            <w:proofErr w:type="spellStart"/>
            <w:r w:rsidRPr="000371B0">
              <w:rPr>
                <w:rFonts w:ascii="Times New Roman" w:hAnsi="Times New Roman"/>
                <w:sz w:val="18"/>
                <w:szCs w:val="24"/>
              </w:rPr>
              <w:t>încadrează</w:t>
            </w:r>
            <w:proofErr w:type="spellEnd"/>
            <w:r w:rsidRPr="000371B0">
              <w:rPr>
                <w:rFonts w:ascii="Times New Roman" w:hAnsi="Times New Roman"/>
                <w:sz w:val="18"/>
                <w:szCs w:val="24"/>
              </w:rPr>
              <w:t xml:space="preserve"> în categoriile prevăzute la art. 294 din Legea nr.169/2026 și necesită obținerea autorizației de construire.</w:t>
            </w:r>
          </w:p>
        </w:tc>
      </w:tr>
      <w:tr w:rsidR="00C71D88" w:rsidRPr="000371B0" w14:paraId="37CB5489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E358F68" w14:textId="77777777" w:rsidR="00C71D88" w:rsidRPr="000371B0" w:rsidRDefault="00000000">
            <w:pPr>
              <w:spacing w:after="40" w:line="240" w:lineRule="auto"/>
              <w:rPr>
                <w:sz w:val="24"/>
                <w:szCs w:val="24"/>
              </w:rPr>
            </w:pPr>
            <w:proofErr w:type="spellStart"/>
            <w:r w:rsidRPr="000371B0">
              <w:rPr>
                <w:rFonts w:ascii="Times New Roman" w:hAnsi="Times New Roman"/>
                <w:sz w:val="18"/>
                <w:szCs w:val="24"/>
              </w:rPr>
              <w:t>Motivarea</w:t>
            </w:r>
            <w:proofErr w:type="spellEnd"/>
            <w:r w:rsidRPr="000371B0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0371B0">
              <w:rPr>
                <w:rFonts w:ascii="Times New Roman" w:hAnsi="Times New Roman"/>
                <w:sz w:val="18"/>
                <w:szCs w:val="24"/>
              </w:rPr>
              <w:t>încadrării</w:t>
            </w:r>
            <w:proofErr w:type="spellEnd"/>
            <w:r w:rsidRPr="000371B0">
              <w:rPr>
                <w:rFonts w:ascii="Times New Roman" w:hAnsi="Times New Roman"/>
                <w:sz w:val="18"/>
                <w:szCs w:val="24"/>
              </w:rPr>
              <w:br/>
            </w:r>
            <w:r w:rsidRPr="000371B0">
              <w:rPr>
                <w:rFonts w:ascii="Times New Roman" w:hAnsi="Times New Roman"/>
                <w:sz w:val="18"/>
                <w:szCs w:val="24"/>
              </w:rPr>
              <w:br/>
            </w:r>
            <w:r w:rsidRPr="000371B0">
              <w:rPr>
                <w:rFonts w:ascii="Times New Roman" w:hAnsi="Times New Roman"/>
                <w:sz w:val="18"/>
                <w:szCs w:val="24"/>
              </w:rPr>
              <w:br/>
            </w:r>
            <w:r w:rsidRPr="000371B0">
              <w:rPr>
                <w:rFonts w:ascii="Times New Roman" w:hAnsi="Times New Roman"/>
                <w:sz w:val="18"/>
                <w:szCs w:val="24"/>
              </w:rPr>
              <w:br/>
            </w:r>
            <w:r w:rsidRPr="000371B0">
              <w:rPr>
                <w:rFonts w:ascii="Times New Roman" w:hAnsi="Times New Roman"/>
                <w:sz w:val="18"/>
                <w:szCs w:val="24"/>
              </w:rPr>
              <w:br/>
              <w:t>___________________________________________________________________________________________________</w:t>
            </w:r>
          </w:p>
        </w:tc>
      </w:tr>
    </w:tbl>
    <w:p w14:paraId="0E76D7C0" w14:textId="77777777" w:rsidR="00C71D88" w:rsidRPr="000371B0" w:rsidRDefault="00C71D88">
      <w:pPr>
        <w:spacing w:before="6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0371B0" w:rsidRPr="000371B0" w14:paraId="23347A96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8" w:type="dxa"/>
              <w:left w:w="35" w:type="dxa"/>
              <w:bottom w:w="22" w:type="dxa"/>
              <w:right w:w="35" w:type="dxa"/>
            </w:tcMar>
          </w:tcPr>
          <w:p w14:paraId="003F9B46" w14:textId="77777777" w:rsidR="00C71D88" w:rsidRPr="000371B0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0371B0">
              <w:rPr>
                <w:rFonts w:ascii="Times New Roman" w:hAnsi="Times New Roman"/>
                <w:b/>
                <w:sz w:val="18"/>
                <w:szCs w:val="24"/>
              </w:rPr>
              <w:t>3. SEMNĂTURA</w:t>
            </w:r>
          </w:p>
        </w:tc>
      </w:tr>
      <w:tr w:rsidR="00C71D88" w:rsidRPr="000371B0" w14:paraId="0CDAC2EB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22" w:type="dxa"/>
              <w:right w:w="35" w:type="dxa"/>
            </w:tcMar>
          </w:tcPr>
          <w:p w14:paraId="6465960E" w14:textId="77777777" w:rsidR="00C71D88" w:rsidRDefault="0000000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4"/>
              </w:rPr>
            </w:pPr>
            <w:proofErr w:type="spellStart"/>
            <w:r w:rsidRPr="000371B0">
              <w:rPr>
                <w:rFonts w:ascii="Times New Roman" w:hAnsi="Times New Roman"/>
                <w:b/>
                <w:sz w:val="18"/>
                <w:szCs w:val="24"/>
              </w:rPr>
              <w:t>Reprezentantul</w:t>
            </w:r>
            <w:proofErr w:type="spellEnd"/>
            <w:r w:rsidRPr="000371B0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0371B0">
              <w:rPr>
                <w:rFonts w:ascii="Times New Roman" w:hAnsi="Times New Roman"/>
                <w:b/>
                <w:sz w:val="18"/>
                <w:szCs w:val="24"/>
              </w:rPr>
              <w:t>autorității</w:t>
            </w:r>
            <w:proofErr w:type="spellEnd"/>
            <w:r w:rsidRPr="000371B0">
              <w:rPr>
                <w:rFonts w:ascii="Times New Roman" w:hAnsi="Times New Roman"/>
                <w:b/>
                <w:sz w:val="18"/>
                <w:szCs w:val="24"/>
              </w:rPr>
              <w:t xml:space="preserve"> — </w:t>
            </w:r>
            <w:proofErr w:type="spellStart"/>
            <w:r w:rsidRPr="000371B0">
              <w:rPr>
                <w:rFonts w:ascii="Times New Roman" w:hAnsi="Times New Roman"/>
                <w:b/>
                <w:sz w:val="18"/>
                <w:szCs w:val="24"/>
              </w:rPr>
              <w:t>numele</w:t>
            </w:r>
            <w:proofErr w:type="spellEnd"/>
          </w:p>
          <w:p w14:paraId="2F4FA223" w14:textId="77777777" w:rsidR="0094553A" w:rsidRPr="000371B0" w:rsidRDefault="0094553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22" w:type="dxa"/>
              <w:right w:w="35" w:type="dxa"/>
            </w:tcMar>
          </w:tcPr>
          <w:p w14:paraId="1D0BF22F" w14:textId="77777777" w:rsidR="00C71D88" w:rsidRPr="000371B0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0371B0">
              <w:rPr>
                <w:rFonts w:ascii="Times New Roman" w:hAnsi="Times New Roman"/>
                <w:b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22" w:type="dxa"/>
              <w:right w:w="35" w:type="dxa"/>
            </w:tcMar>
          </w:tcPr>
          <w:p w14:paraId="6E56A3E7" w14:textId="77777777" w:rsidR="00C71D88" w:rsidRPr="000371B0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0371B0">
              <w:rPr>
                <w:rFonts w:ascii="Times New Roman" w:hAnsi="Times New Roman"/>
                <w:b/>
                <w:sz w:val="18"/>
                <w:szCs w:val="24"/>
              </w:rPr>
              <w:t>Semnatura</w:t>
            </w:r>
          </w:p>
        </w:tc>
      </w:tr>
    </w:tbl>
    <w:p w14:paraId="3F74575C" w14:textId="77777777" w:rsidR="00F71639" w:rsidRPr="000371B0" w:rsidRDefault="00F71639"/>
    <w:sectPr w:rsidR="00F71639" w:rsidRPr="000371B0" w:rsidSect="001D4BD5">
      <w:headerReference w:type="default" r:id="rId9"/>
      <w:footerReference w:type="default" r:id="rId10"/>
      <w:pgSz w:w="11906" w:h="16838" w:code="9"/>
      <w:pgMar w:top="576" w:right="648" w:bottom="576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60925" w14:textId="77777777" w:rsidR="008E0E30" w:rsidRDefault="008E0E30">
      <w:pPr>
        <w:spacing w:after="0" w:line="240" w:lineRule="auto"/>
      </w:pPr>
      <w:r>
        <w:separator/>
      </w:r>
    </w:p>
  </w:endnote>
  <w:endnote w:type="continuationSeparator" w:id="0">
    <w:p w14:paraId="4537A161" w14:textId="77777777" w:rsidR="008E0E30" w:rsidRDefault="008E0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AD693" w14:textId="77777777" w:rsidR="00C71D88" w:rsidRDefault="00C71D88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5FE79" w14:textId="77777777" w:rsidR="008E0E30" w:rsidRDefault="008E0E30">
      <w:pPr>
        <w:spacing w:after="0" w:line="240" w:lineRule="auto"/>
      </w:pPr>
      <w:r>
        <w:separator/>
      </w:r>
    </w:p>
  </w:footnote>
  <w:footnote w:type="continuationSeparator" w:id="0">
    <w:p w14:paraId="170A9B5B" w14:textId="77777777" w:rsidR="008E0E30" w:rsidRDefault="008E0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89207" w14:textId="77777777" w:rsidR="00C71D88" w:rsidRDefault="00C71D8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6037311">
    <w:abstractNumId w:val="8"/>
  </w:num>
  <w:num w:numId="2" w16cid:durableId="425420431">
    <w:abstractNumId w:val="6"/>
  </w:num>
  <w:num w:numId="3" w16cid:durableId="1480263573">
    <w:abstractNumId w:val="5"/>
  </w:num>
  <w:num w:numId="4" w16cid:durableId="852886534">
    <w:abstractNumId w:val="4"/>
  </w:num>
  <w:num w:numId="5" w16cid:durableId="1399741140">
    <w:abstractNumId w:val="7"/>
  </w:num>
  <w:num w:numId="6" w16cid:durableId="832334530">
    <w:abstractNumId w:val="3"/>
  </w:num>
  <w:num w:numId="7" w16cid:durableId="795565112">
    <w:abstractNumId w:val="2"/>
  </w:num>
  <w:num w:numId="8" w16cid:durableId="433868064">
    <w:abstractNumId w:val="1"/>
  </w:num>
  <w:num w:numId="9" w16cid:durableId="631909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71B0"/>
    <w:rsid w:val="0006063C"/>
    <w:rsid w:val="000A7F91"/>
    <w:rsid w:val="000B5BA7"/>
    <w:rsid w:val="0015074B"/>
    <w:rsid w:val="001859C1"/>
    <w:rsid w:val="001D4BD5"/>
    <w:rsid w:val="00200FFD"/>
    <w:rsid w:val="00240864"/>
    <w:rsid w:val="0029639D"/>
    <w:rsid w:val="00326F90"/>
    <w:rsid w:val="004A6029"/>
    <w:rsid w:val="00787D19"/>
    <w:rsid w:val="00861A0B"/>
    <w:rsid w:val="008E0E30"/>
    <w:rsid w:val="0094553A"/>
    <w:rsid w:val="00AA1D8D"/>
    <w:rsid w:val="00AD0C7A"/>
    <w:rsid w:val="00B47730"/>
    <w:rsid w:val="00BB6ED6"/>
    <w:rsid w:val="00C71D88"/>
    <w:rsid w:val="00CB0664"/>
    <w:rsid w:val="00D64857"/>
    <w:rsid w:val="00DE40E0"/>
    <w:rsid w:val="00F7163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4A4588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1859C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84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7</cp:revision>
  <dcterms:created xsi:type="dcterms:W3CDTF">2013-12-23T23:15:00Z</dcterms:created>
  <dcterms:modified xsi:type="dcterms:W3CDTF">2026-09-16T10:56:00Z</dcterms:modified>
  <cp:category/>
</cp:coreProperties>
</file>