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81082E" w:rsidRPr="0081082E" w14:paraId="5BE3A778" w14:textId="77777777" w:rsidTr="0081082E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B243892" w14:textId="0D0EF2E6" w:rsidR="0081082E" w:rsidRPr="0081082E" w:rsidRDefault="0081082E" w:rsidP="0081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082E">
              <w:rPr>
                <w:rFonts w:ascii="Times New Roman" w:hAnsi="Times New Roman"/>
                <w:b/>
              </w:rPr>
              <w:t xml:space="preserve">  </w:t>
            </w:r>
            <w:r w:rsidRPr="0081082E">
              <w:rPr>
                <w:rFonts w:ascii="Times New Roman" w:hAnsi="Times New Roman"/>
                <w:b/>
              </w:rPr>
              <w:drawing>
                <wp:inline distT="0" distB="0" distL="0" distR="0" wp14:anchorId="06DDEEF1" wp14:editId="22435B36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79AE22E" w14:textId="77777777" w:rsidR="0081082E" w:rsidRPr="0081082E" w:rsidRDefault="0081082E" w:rsidP="0081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1082E">
              <w:rPr>
                <w:rFonts w:ascii="Times New Roman" w:hAnsi="Times New Roman"/>
                <w:b/>
              </w:rPr>
              <w:t>Județul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 Vâlcea</w:t>
            </w:r>
          </w:p>
        </w:tc>
      </w:tr>
      <w:tr w:rsidR="0081082E" w:rsidRPr="0081082E" w14:paraId="4AC4698B" w14:textId="77777777" w:rsidTr="0081082E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C9F9A" w14:textId="77777777" w:rsidR="0081082E" w:rsidRPr="0081082E" w:rsidRDefault="0081082E" w:rsidP="0081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EA3BE32" w14:textId="77777777" w:rsidR="0081082E" w:rsidRPr="0081082E" w:rsidRDefault="0081082E" w:rsidP="0081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1082E">
              <w:rPr>
                <w:rFonts w:ascii="Times New Roman" w:hAnsi="Times New Roman"/>
                <w:b/>
              </w:rPr>
              <w:t>Primăria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1082E">
              <w:rPr>
                <w:rFonts w:ascii="Times New Roman" w:hAnsi="Times New Roman"/>
                <w:b/>
              </w:rPr>
              <w:t>Orașului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1082E">
              <w:rPr>
                <w:rFonts w:ascii="Times New Roman" w:hAnsi="Times New Roman"/>
                <w:b/>
              </w:rPr>
              <w:t>Băile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1082E">
              <w:rPr>
                <w:rFonts w:ascii="Times New Roman" w:hAnsi="Times New Roman"/>
                <w:b/>
              </w:rPr>
              <w:t>Govora</w:t>
            </w:r>
            <w:proofErr w:type="spellEnd"/>
          </w:p>
        </w:tc>
      </w:tr>
      <w:tr w:rsidR="0081082E" w:rsidRPr="0081082E" w14:paraId="4D7B486C" w14:textId="77777777" w:rsidTr="0081082E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CA1E" w14:textId="77777777" w:rsidR="0081082E" w:rsidRPr="0081082E" w:rsidRDefault="0081082E" w:rsidP="0081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0183CBD3" w14:textId="77777777" w:rsidR="0081082E" w:rsidRPr="0081082E" w:rsidRDefault="0081082E" w:rsidP="0081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082E">
              <w:rPr>
                <w:rFonts w:ascii="Times New Roman" w:hAnsi="Times New Roman"/>
                <w:b/>
              </w:rPr>
              <w:t xml:space="preserve">Cod de </w:t>
            </w:r>
            <w:proofErr w:type="spellStart"/>
            <w:r w:rsidRPr="0081082E">
              <w:rPr>
                <w:rFonts w:ascii="Times New Roman" w:hAnsi="Times New Roman"/>
                <w:b/>
              </w:rPr>
              <w:t>identificare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1082E">
              <w:rPr>
                <w:rFonts w:ascii="Times New Roman" w:hAnsi="Times New Roman"/>
                <w:b/>
              </w:rPr>
              <w:t>fiscală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 (CIF)</w:t>
            </w:r>
          </w:p>
          <w:p w14:paraId="382F18EC" w14:textId="77777777" w:rsidR="0081082E" w:rsidRPr="0081082E" w:rsidRDefault="0081082E" w:rsidP="0081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082E">
              <w:rPr>
                <w:rFonts w:ascii="Times New Roman" w:hAnsi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1DBE337" w14:textId="77777777" w:rsidR="0081082E" w:rsidRPr="0081082E" w:rsidRDefault="0081082E" w:rsidP="0081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1082E">
              <w:rPr>
                <w:rFonts w:ascii="Times New Roman" w:hAnsi="Times New Roman"/>
                <w:b/>
              </w:rPr>
              <w:t>Adresa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1082E">
              <w:rPr>
                <w:rFonts w:ascii="Times New Roman" w:hAnsi="Times New Roman"/>
                <w:b/>
              </w:rPr>
              <w:t>oficială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: </w:t>
            </w:r>
            <w:r w:rsidRPr="0081082E">
              <w:rPr>
                <w:rFonts w:ascii="Times New Roman" w:hAnsi="Times New Roman"/>
                <w:b/>
              </w:rPr>
              <w:br/>
              <w:t xml:space="preserve">Strada Tudor </w:t>
            </w:r>
            <w:proofErr w:type="spellStart"/>
            <w:r w:rsidRPr="0081082E">
              <w:rPr>
                <w:rFonts w:ascii="Times New Roman" w:hAnsi="Times New Roman"/>
                <w:b/>
              </w:rPr>
              <w:t>Vladimirescu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, nr. 95, cod </w:t>
            </w:r>
            <w:proofErr w:type="spellStart"/>
            <w:r w:rsidRPr="0081082E">
              <w:rPr>
                <w:rFonts w:ascii="Times New Roman" w:hAnsi="Times New Roman"/>
                <w:b/>
              </w:rPr>
              <w:t>poștal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 245200,</w:t>
            </w:r>
          </w:p>
          <w:p w14:paraId="6BA86CE0" w14:textId="77777777" w:rsidR="0081082E" w:rsidRPr="0081082E" w:rsidRDefault="0081082E" w:rsidP="0081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1082E">
              <w:rPr>
                <w:rFonts w:ascii="Times New Roman" w:hAnsi="Times New Roman"/>
                <w:b/>
              </w:rPr>
              <w:t>Oraș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1082E">
              <w:rPr>
                <w:rFonts w:ascii="Times New Roman" w:hAnsi="Times New Roman"/>
                <w:b/>
              </w:rPr>
              <w:t>Băile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1082E">
              <w:rPr>
                <w:rFonts w:ascii="Times New Roman" w:hAnsi="Times New Roman"/>
                <w:b/>
              </w:rPr>
              <w:t>Govora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81082E">
              <w:rPr>
                <w:rFonts w:ascii="Times New Roman" w:hAnsi="Times New Roman"/>
                <w:b/>
              </w:rPr>
              <w:t>Județ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 Vâlcea, </w:t>
            </w:r>
            <w:proofErr w:type="spellStart"/>
            <w:r w:rsidRPr="0081082E">
              <w:rPr>
                <w:rFonts w:ascii="Times New Roman" w:hAnsi="Times New Roman"/>
                <w:b/>
              </w:rPr>
              <w:t>România</w:t>
            </w:r>
            <w:proofErr w:type="spellEnd"/>
            <w:r w:rsidRPr="0081082E">
              <w:rPr>
                <w:rFonts w:ascii="Times New Roman" w:hAnsi="Times New Roman"/>
                <w:b/>
              </w:rPr>
              <w:tab/>
            </w:r>
          </w:p>
          <w:p w14:paraId="3765BA8C" w14:textId="77777777" w:rsidR="0081082E" w:rsidRPr="0081082E" w:rsidRDefault="0081082E" w:rsidP="0081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082E">
              <w:rPr>
                <w:rFonts w:ascii="Times New Roman" w:hAnsi="Times New Roman"/>
                <w:b/>
              </w:rPr>
              <w:t>Tel: +4 0250 770 460</w:t>
            </w:r>
          </w:p>
          <w:p w14:paraId="54B2704A" w14:textId="77777777" w:rsidR="0081082E" w:rsidRPr="0081082E" w:rsidRDefault="0081082E" w:rsidP="0081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082E">
              <w:rPr>
                <w:rFonts w:ascii="Times New Roman" w:hAnsi="Times New Roman"/>
                <w:b/>
              </w:rPr>
              <w:t>www.primaria-baile-govora.ro</w:t>
            </w:r>
          </w:p>
          <w:p w14:paraId="5C8AA225" w14:textId="77777777" w:rsidR="0081082E" w:rsidRPr="0081082E" w:rsidRDefault="0081082E" w:rsidP="0081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082E">
              <w:rPr>
                <w:rFonts w:ascii="Times New Roman" w:hAnsi="Times New Roman"/>
                <w:b/>
              </w:rPr>
              <w:t>E-mail: primaria@primaria-baile-govora.ro baile.govora@vl.e-adm.ro</w:t>
            </w:r>
          </w:p>
        </w:tc>
      </w:tr>
      <w:tr w:rsidR="0081082E" w:rsidRPr="0081082E" w14:paraId="6E0F937E" w14:textId="77777777" w:rsidTr="0081082E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62F0E" w14:textId="77777777" w:rsidR="0081082E" w:rsidRPr="0081082E" w:rsidRDefault="0081082E" w:rsidP="0081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597DB11" w14:textId="77777777" w:rsidR="0081082E" w:rsidRPr="0081082E" w:rsidRDefault="0081082E" w:rsidP="0081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81082E">
              <w:rPr>
                <w:rFonts w:ascii="Times New Roman" w:hAnsi="Times New Roman"/>
                <w:b/>
              </w:rPr>
              <w:t>Număr</w:t>
            </w:r>
            <w:proofErr w:type="spellEnd"/>
            <w:r w:rsidRPr="0081082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1082E">
              <w:rPr>
                <w:rFonts w:ascii="Times New Roman" w:hAnsi="Times New Roman"/>
                <w:b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DBBF0BF" w14:textId="77777777" w:rsidR="0081082E" w:rsidRPr="0081082E" w:rsidRDefault="0081082E" w:rsidP="0081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082E">
              <w:rPr>
                <w:rFonts w:ascii="Times New Roman" w:hAnsi="Times New Roman"/>
                <w:b/>
              </w:rPr>
              <w:t>Data</w:t>
            </w:r>
          </w:p>
        </w:tc>
      </w:tr>
    </w:tbl>
    <w:p w14:paraId="449FFC4B" w14:textId="77777777" w:rsidR="0081082E" w:rsidRDefault="0081082E" w:rsidP="00F77932">
      <w:pPr>
        <w:spacing w:before="160" w:after="80" w:line="240" w:lineRule="auto"/>
        <w:jc w:val="center"/>
        <w:rPr>
          <w:rFonts w:ascii="Times New Roman" w:hAnsi="Times New Roman"/>
          <w:b/>
          <w:sz w:val="26"/>
        </w:rPr>
      </w:pPr>
    </w:p>
    <w:p w14:paraId="08586E29" w14:textId="133A74D0" w:rsidR="004210F6" w:rsidRDefault="00000000" w:rsidP="00F77932">
      <w:pPr>
        <w:spacing w:before="160" w:after="80" w:line="240" w:lineRule="auto"/>
        <w:jc w:val="center"/>
        <w:rPr>
          <w:rFonts w:ascii="Times New Roman" w:hAnsi="Times New Roman"/>
          <w:sz w:val="19"/>
        </w:rPr>
      </w:pPr>
      <w:r w:rsidRPr="00C210E7">
        <w:rPr>
          <w:rFonts w:ascii="Times New Roman" w:hAnsi="Times New Roman"/>
          <w:b/>
          <w:sz w:val="26"/>
        </w:rPr>
        <w:t>EXTRAS / DOVADĂ</w:t>
      </w:r>
      <w:r w:rsidRPr="00C210E7">
        <w:rPr>
          <w:rFonts w:ascii="Times New Roman" w:hAnsi="Times New Roman"/>
          <w:b/>
          <w:sz w:val="26"/>
        </w:rPr>
        <w:br/>
      </w:r>
      <w:proofErr w:type="spellStart"/>
      <w:r w:rsidRPr="00C210E7">
        <w:rPr>
          <w:rFonts w:ascii="Times New Roman" w:hAnsi="Times New Roman"/>
          <w:sz w:val="19"/>
        </w:rPr>
        <w:t>privind</w:t>
      </w:r>
      <w:proofErr w:type="spellEnd"/>
      <w:r w:rsidRPr="00C210E7">
        <w:rPr>
          <w:rFonts w:ascii="Times New Roman" w:hAnsi="Times New Roman"/>
          <w:sz w:val="19"/>
        </w:rPr>
        <w:t xml:space="preserve"> </w:t>
      </w:r>
      <w:proofErr w:type="spellStart"/>
      <w:r w:rsidRPr="00C210E7">
        <w:rPr>
          <w:rFonts w:ascii="Times New Roman" w:hAnsi="Times New Roman"/>
          <w:sz w:val="19"/>
        </w:rPr>
        <w:t>împlinirea</w:t>
      </w:r>
      <w:proofErr w:type="spellEnd"/>
      <w:r w:rsidRPr="00C210E7">
        <w:rPr>
          <w:rFonts w:ascii="Times New Roman" w:hAnsi="Times New Roman"/>
          <w:sz w:val="19"/>
        </w:rPr>
        <w:t xml:space="preserve"> </w:t>
      </w:r>
      <w:proofErr w:type="spellStart"/>
      <w:r w:rsidRPr="00C210E7">
        <w:rPr>
          <w:rFonts w:ascii="Times New Roman" w:hAnsi="Times New Roman"/>
          <w:sz w:val="19"/>
        </w:rPr>
        <w:t>termenului</w:t>
      </w:r>
      <w:proofErr w:type="spellEnd"/>
      <w:r w:rsidRPr="00C210E7">
        <w:rPr>
          <w:rFonts w:ascii="Times New Roman" w:hAnsi="Times New Roman"/>
          <w:sz w:val="19"/>
        </w:rPr>
        <w:t xml:space="preserve"> </w:t>
      </w:r>
      <w:proofErr w:type="spellStart"/>
      <w:r w:rsidRPr="00C210E7">
        <w:rPr>
          <w:rFonts w:ascii="Times New Roman" w:hAnsi="Times New Roman"/>
          <w:sz w:val="19"/>
        </w:rPr>
        <w:t>și</w:t>
      </w:r>
      <w:proofErr w:type="spellEnd"/>
      <w:r w:rsidRPr="00C210E7">
        <w:rPr>
          <w:rFonts w:ascii="Times New Roman" w:hAnsi="Times New Roman"/>
          <w:sz w:val="19"/>
        </w:rPr>
        <w:t xml:space="preserve"> </w:t>
      </w:r>
      <w:proofErr w:type="spellStart"/>
      <w:r w:rsidRPr="00C210E7">
        <w:rPr>
          <w:rFonts w:ascii="Times New Roman" w:hAnsi="Times New Roman"/>
          <w:sz w:val="19"/>
        </w:rPr>
        <w:t>stadiul</w:t>
      </w:r>
      <w:proofErr w:type="spellEnd"/>
      <w:r w:rsidRPr="00C210E7">
        <w:rPr>
          <w:rFonts w:ascii="Times New Roman" w:hAnsi="Times New Roman"/>
          <w:sz w:val="19"/>
        </w:rPr>
        <w:t xml:space="preserve"> </w:t>
      </w:r>
      <w:proofErr w:type="spellStart"/>
      <w:r w:rsidRPr="00C210E7">
        <w:rPr>
          <w:rFonts w:ascii="Times New Roman" w:hAnsi="Times New Roman"/>
          <w:sz w:val="19"/>
        </w:rPr>
        <w:t>procedurii</w:t>
      </w:r>
      <w:proofErr w:type="spellEnd"/>
      <w:r w:rsidRPr="00C210E7">
        <w:rPr>
          <w:rFonts w:ascii="Times New Roman" w:hAnsi="Times New Roman"/>
          <w:sz w:val="19"/>
        </w:rPr>
        <w:t xml:space="preserve"> </w:t>
      </w:r>
      <w:proofErr w:type="spellStart"/>
      <w:r w:rsidRPr="00C210E7">
        <w:rPr>
          <w:rFonts w:ascii="Times New Roman" w:hAnsi="Times New Roman"/>
          <w:sz w:val="19"/>
        </w:rPr>
        <w:t>notificării</w:t>
      </w:r>
      <w:proofErr w:type="spellEnd"/>
    </w:p>
    <w:p w14:paraId="3FA2F60A" w14:textId="77777777" w:rsidR="0081082E" w:rsidRPr="00C210E7" w:rsidRDefault="0081082E" w:rsidP="00F77932">
      <w:pPr>
        <w:spacing w:before="160" w:after="80" w:line="240" w:lineRule="auto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C210E7" w:rsidRPr="00C210E7" w14:paraId="2551A811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4386CC1F" w14:textId="77777777" w:rsidR="004210F6" w:rsidRPr="00C210E7" w:rsidRDefault="00000000">
            <w:pPr>
              <w:spacing w:before="10" w:after="10" w:line="240" w:lineRule="auto"/>
            </w:pPr>
            <w:r w:rsidRPr="00C210E7">
              <w:rPr>
                <w:rFonts w:ascii="Times New Roman" w:hAnsi="Times New Roman"/>
                <w:b/>
                <w:sz w:val="17"/>
              </w:rPr>
              <w:t>1. REFERINȚE</w:t>
            </w:r>
          </w:p>
        </w:tc>
      </w:tr>
      <w:tr w:rsidR="00C210E7" w:rsidRPr="00C210E7" w14:paraId="484CEFC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8A94FBE" w14:textId="77777777" w:rsidR="004210F6" w:rsidRPr="00C210E7" w:rsidRDefault="00000000">
            <w:pPr>
              <w:spacing w:after="0" w:line="240" w:lineRule="auto"/>
            </w:pPr>
            <w:proofErr w:type="spellStart"/>
            <w:r w:rsidRPr="00C210E7">
              <w:rPr>
                <w:rFonts w:ascii="Times New Roman" w:hAnsi="Times New Roman"/>
                <w:b/>
                <w:sz w:val="16"/>
              </w:rPr>
              <w:t>Notificarea</w:t>
            </w:r>
            <w:proofErr w:type="spellEnd"/>
            <w:r w:rsidRPr="00C210E7">
              <w:rPr>
                <w:rFonts w:ascii="Times New Roman" w:hAnsi="Times New Roman"/>
                <w:b/>
                <w:sz w:val="16"/>
              </w:rPr>
              <w:t xml:space="preserve"> 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2651560" w14:textId="77777777" w:rsidR="004210F6" w:rsidRPr="00C210E7" w:rsidRDefault="00000000">
            <w:pPr>
              <w:spacing w:after="0" w:line="240" w:lineRule="auto"/>
            </w:pPr>
            <w:r w:rsidRPr="00C210E7">
              <w:rPr>
                <w:rFonts w:ascii="Times New Roman" w:hAnsi="Times New Roman"/>
                <w:b/>
                <w:sz w:val="16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AF1C630" w14:textId="77777777" w:rsidR="004210F6" w:rsidRPr="00C210E7" w:rsidRDefault="00000000">
            <w:pPr>
              <w:spacing w:after="0" w:line="240" w:lineRule="auto"/>
            </w:pPr>
            <w:r w:rsidRPr="00C210E7">
              <w:rPr>
                <w:rFonts w:ascii="Times New Roman" w:hAnsi="Times New Roman"/>
                <w:b/>
                <w:sz w:val="16"/>
              </w:rPr>
              <w:t>a beneficiarului</w:t>
            </w:r>
          </w:p>
        </w:tc>
      </w:tr>
      <w:tr w:rsidR="004210F6" w:rsidRPr="00C210E7" w14:paraId="0916C83D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A96DAE4" w14:textId="77777777" w:rsidR="004210F6" w:rsidRPr="00C210E7" w:rsidRDefault="00000000">
            <w:pPr>
              <w:spacing w:after="0" w:line="240" w:lineRule="auto"/>
            </w:pPr>
            <w:proofErr w:type="spellStart"/>
            <w:r w:rsidRPr="00C210E7">
              <w:rPr>
                <w:rFonts w:ascii="Times New Roman" w:hAnsi="Times New Roman"/>
                <w:b/>
                <w:sz w:val="16"/>
              </w:rPr>
              <w:t>Proiect</w:t>
            </w:r>
            <w:proofErr w:type="spellEnd"/>
            <w:r w:rsidRPr="00C210E7">
              <w:rPr>
                <w:rFonts w:ascii="Times New Roman" w:hAnsi="Times New Roman"/>
                <w:b/>
                <w:sz w:val="16"/>
              </w:rPr>
              <w:t xml:space="preserve"> nr. / </w:t>
            </w:r>
            <w:proofErr w:type="gramStart"/>
            <w:r w:rsidRPr="00C210E7">
              <w:rPr>
                <w:rFonts w:ascii="Times New Roman" w:hAnsi="Times New Roman"/>
                <w:b/>
                <w:sz w:val="16"/>
              </w:rPr>
              <w:t>cod</w:t>
            </w:r>
            <w:proofErr w:type="gramEnd"/>
          </w:p>
        </w:tc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8582882" w14:textId="77777777" w:rsidR="004210F6" w:rsidRPr="00C210E7" w:rsidRDefault="00000000">
            <w:pPr>
              <w:spacing w:after="0" w:line="240" w:lineRule="auto"/>
            </w:pPr>
            <w:r w:rsidRPr="00C210E7">
              <w:rPr>
                <w:rFonts w:ascii="Times New Roman" w:hAnsi="Times New Roman"/>
                <w:b/>
                <w:sz w:val="16"/>
              </w:rPr>
              <w:t>Imobilul</w:t>
            </w:r>
          </w:p>
        </w:tc>
      </w:tr>
    </w:tbl>
    <w:p w14:paraId="4A0C8ACD" w14:textId="77777777" w:rsidR="004210F6" w:rsidRPr="00C210E7" w:rsidRDefault="004210F6">
      <w:pPr>
        <w:spacing w:before="60"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C210E7" w:rsidRPr="00C210E7" w14:paraId="4C78BC90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5E35AE9E" w14:textId="77777777" w:rsidR="004210F6" w:rsidRPr="00C210E7" w:rsidRDefault="00000000">
            <w:pPr>
              <w:spacing w:before="10" w:after="10" w:line="240" w:lineRule="auto"/>
            </w:pPr>
            <w:r w:rsidRPr="00C210E7">
              <w:rPr>
                <w:rFonts w:ascii="Times New Roman" w:hAnsi="Times New Roman"/>
                <w:b/>
                <w:sz w:val="17"/>
              </w:rPr>
              <w:t>2. EXTRASUL</w:t>
            </w:r>
          </w:p>
        </w:tc>
      </w:tr>
      <w:tr w:rsidR="00C210E7" w:rsidRPr="00C210E7" w14:paraId="056071C2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EE6BFFF" w14:textId="77777777" w:rsidR="004210F6" w:rsidRPr="00C210E7" w:rsidRDefault="00000000">
            <w:pPr>
              <w:spacing w:before="40" w:after="40" w:line="240" w:lineRule="auto"/>
            </w:pPr>
            <w:r w:rsidRPr="00C210E7">
              <w:rPr>
                <w:rFonts w:ascii="Times New Roman" w:hAnsi="Times New Roman"/>
                <w:sz w:val="17"/>
              </w:rPr>
              <w:t xml:space="preserve">☐ </w:t>
            </w:r>
            <w:proofErr w:type="spellStart"/>
            <w:r w:rsidRPr="00C210E7">
              <w:rPr>
                <w:rFonts w:ascii="Times New Roman" w:hAnsi="Times New Roman"/>
                <w:sz w:val="17"/>
              </w:rPr>
              <w:t>termenul</w:t>
            </w:r>
            <w:proofErr w:type="spellEnd"/>
            <w:r w:rsidRPr="00C210E7">
              <w:rPr>
                <w:rFonts w:ascii="Times New Roman" w:hAnsi="Times New Roman"/>
                <w:sz w:val="17"/>
              </w:rPr>
              <w:t xml:space="preserve"> s-a </w:t>
            </w:r>
            <w:proofErr w:type="spellStart"/>
            <w:r w:rsidRPr="00C210E7">
              <w:rPr>
                <w:rFonts w:ascii="Times New Roman" w:hAnsi="Times New Roman"/>
                <w:sz w:val="17"/>
              </w:rPr>
              <w:t>împlinit</w:t>
            </w:r>
            <w:proofErr w:type="spellEnd"/>
            <w:r w:rsidRPr="00C210E7">
              <w:rPr>
                <w:rFonts w:ascii="Times New Roman" w:hAnsi="Times New Roman"/>
                <w:sz w:val="17"/>
              </w:rPr>
              <w:t xml:space="preserve"> </w:t>
            </w:r>
            <w:proofErr w:type="spellStart"/>
            <w:r w:rsidRPr="00C210E7">
              <w:rPr>
                <w:rFonts w:ascii="Times New Roman" w:hAnsi="Times New Roman"/>
                <w:sz w:val="17"/>
              </w:rPr>
              <w:t>fără</w:t>
            </w:r>
            <w:proofErr w:type="spellEnd"/>
            <w:r w:rsidRPr="00C210E7">
              <w:rPr>
                <w:rFonts w:ascii="Times New Roman" w:hAnsi="Times New Roman"/>
                <w:sz w:val="17"/>
              </w:rPr>
              <w:t xml:space="preserve"> solicitare de clarificări — lucrările POT ÎNCEPE (acord tacit)</w:t>
            </w:r>
            <w:r w:rsidRPr="00C210E7">
              <w:rPr>
                <w:rFonts w:ascii="Times New Roman" w:hAnsi="Times New Roman"/>
                <w:sz w:val="17"/>
              </w:rPr>
              <w:br/>
              <w:t>☐ procedura este în clarificare</w:t>
            </w:r>
            <w:r w:rsidRPr="00C210E7">
              <w:rPr>
                <w:rFonts w:ascii="Times New Roman" w:hAnsi="Times New Roman"/>
                <w:sz w:val="17"/>
              </w:rPr>
              <w:br/>
              <w:t>☐ a fost emisă informarea privind necesitatea autorizației</w:t>
            </w:r>
            <w:r w:rsidRPr="00C210E7">
              <w:rPr>
                <w:rFonts w:ascii="Times New Roman" w:hAnsi="Times New Roman"/>
                <w:sz w:val="17"/>
              </w:rPr>
              <w:br/>
              <w:t>☐ notificarea a fost respinsă</w:t>
            </w:r>
          </w:p>
        </w:tc>
      </w:tr>
      <w:tr w:rsidR="00C210E7" w:rsidRPr="00C210E7" w14:paraId="64F99851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FF8C3F7" w14:textId="77777777" w:rsidR="004210F6" w:rsidRPr="00C210E7" w:rsidRDefault="00000000">
            <w:pPr>
              <w:spacing w:after="0" w:line="240" w:lineRule="auto"/>
            </w:pPr>
            <w:r w:rsidRPr="00C210E7">
              <w:rPr>
                <w:rFonts w:ascii="Times New Roman" w:hAnsi="Times New Roman"/>
                <w:b/>
                <w:sz w:val="16"/>
              </w:rPr>
              <w:t xml:space="preserve">Data </w:t>
            </w:r>
            <w:proofErr w:type="spellStart"/>
            <w:r w:rsidRPr="00C210E7">
              <w:rPr>
                <w:rFonts w:ascii="Times New Roman" w:hAnsi="Times New Roman"/>
                <w:b/>
                <w:sz w:val="16"/>
              </w:rPr>
              <w:t>împlinirii</w:t>
            </w:r>
            <w:proofErr w:type="spellEnd"/>
            <w:r w:rsidRPr="00C210E7">
              <w:rPr>
                <w:rFonts w:ascii="Times New Roman" w:hAnsi="Times New Roman"/>
                <w:b/>
                <w:sz w:val="16"/>
              </w:rPr>
              <w:t xml:space="preserve"> </w:t>
            </w:r>
            <w:proofErr w:type="spellStart"/>
            <w:r w:rsidRPr="00C210E7">
              <w:rPr>
                <w:rFonts w:ascii="Times New Roman" w:hAnsi="Times New Roman"/>
                <w:b/>
                <w:sz w:val="16"/>
              </w:rPr>
              <w:t>termenului</w:t>
            </w:r>
            <w:proofErr w:type="spellEnd"/>
            <w:r w:rsidRPr="00C210E7">
              <w:rPr>
                <w:rFonts w:ascii="Times New Roman" w:hAnsi="Times New Roman"/>
                <w:b/>
                <w:sz w:val="16"/>
              </w:rPr>
              <w:br/>
            </w:r>
            <w:r w:rsidRPr="00C210E7">
              <w:rPr>
                <w:rFonts w:ascii="Times New Roman" w:hAnsi="Times New Roman"/>
                <w:b/>
                <w:sz w:val="16"/>
              </w:rPr>
              <w:br/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582C62D" w14:textId="77777777" w:rsidR="004210F6" w:rsidRPr="00C210E7" w:rsidRDefault="00000000">
            <w:pPr>
              <w:spacing w:after="0" w:line="240" w:lineRule="auto"/>
            </w:pPr>
            <w:r w:rsidRPr="00C210E7">
              <w:rPr>
                <w:rFonts w:ascii="Times New Roman" w:hAnsi="Times New Roman"/>
                <w:b/>
                <w:sz w:val="16"/>
              </w:rPr>
              <w:t>Termenul de 3 ani pentru realizarea lucrărilor expiră la</w:t>
            </w:r>
            <w:r w:rsidRPr="00C210E7">
              <w:rPr>
                <w:rFonts w:ascii="Times New Roman" w:hAnsi="Times New Roman"/>
                <w:b/>
                <w:sz w:val="16"/>
              </w:rPr>
              <w:br/>
            </w:r>
            <w:r w:rsidRPr="00C210E7">
              <w:rPr>
                <w:rFonts w:ascii="Times New Roman" w:hAnsi="Times New Roman"/>
                <w:b/>
                <w:sz w:val="16"/>
              </w:rPr>
              <w:br/>
            </w:r>
          </w:p>
        </w:tc>
      </w:tr>
      <w:tr w:rsidR="004210F6" w:rsidRPr="00C210E7" w14:paraId="2230721B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65551D0" w14:textId="77777777" w:rsidR="004210F6" w:rsidRPr="00C210E7" w:rsidRDefault="00000000">
            <w:pPr>
              <w:spacing w:after="10" w:line="240" w:lineRule="auto"/>
            </w:pPr>
            <w:proofErr w:type="spellStart"/>
            <w:r w:rsidRPr="00C210E7">
              <w:rPr>
                <w:rFonts w:ascii="Times New Roman" w:hAnsi="Times New Roman"/>
                <w:i/>
                <w:sz w:val="15"/>
              </w:rPr>
              <w:t>Prezentul</w:t>
            </w:r>
            <w:proofErr w:type="spellEnd"/>
            <w:r w:rsidRPr="00C210E7">
              <w:rPr>
                <w:rFonts w:ascii="Times New Roman" w:hAnsi="Times New Roman"/>
                <w:i/>
                <w:sz w:val="15"/>
              </w:rPr>
              <w:t xml:space="preserve"> extras </w:t>
            </w:r>
            <w:proofErr w:type="spellStart"/>
            <w:r w:rsidRPr="00C210E7">
              <w:rPr>
                <w:rFonts w:ascii="Times New Roman" w:hAnsi="Times New Roman"/>
                <w:i/>
                <w:sz w:val="15"/>
              </w:rPr>
              <w:t>atestă</w:t>
            </w:r>
            <w:proofErr w:type="spellEnd"/>
            <w:r w:rsidRPr="00C210E7">
              <w:rPr>
                <w:rFonts w:ascii="Times New Roman" w:hAnsi="Times New Roman"/>
                <w:i/>
                <w:sz w:val="15"/>
              </w:rPr>
              <w:t xml:space="preserve"> </w:t>
            </w:r>
            <w:proofErr w:type="spellStart"/>
            <w:r w:rsidRPr="00C210E7">
              <w:rPr>
                <w:rFonts w:ascii="Times New Roman" w:hAnsi="Times New Roman"/>
                <w:i/>
                <w:sz w:val="15"/>
              </w:rPr>
              <w:t>stadiul</w:t>
            </w:r>
            <w:proofErr w:type="spellEnd"/>
            <w:r w:rsidRPr="00C210E7">
              <w:rPr>
                <w:rFonts w:ascii="Times New Roman" w:hAnsi="Times New Roman"/>
                <w:i/>
                <w:sz w:val="15"/>
              </w:rPr>
              <w:t xml:space="preserve"> </w:t>
            </w:r>
            <w:proofErr w:type="spellStart"/>
            <w:r w:rsidRPr="00C210E7">
              <w:rPr>
                <w:rFonts w:ascii="Times New Roman" w:hAnsi="Times New Roman"/>
                <w:i/>
                <w:sz w:val="15"/>
              </w:rPr>
              <w:t>procedurii</w:t>
            </w:r>
            <w:proofErr w:type="spellEnd"/>
            <w:r w:rsidRPr="00C210E7">
              <w:rPr>
                <w:rFonts w:ascii="Times New Roman" w:hAnsi="Times New Roman"/>
                <w:i/>
                <w:sz w:val="15"/>
              </w:rPr>
              <w:t xml:space="preserve"> la data </w:t>
            </w:r>
            <w:proofErr w:type="spellStart"/>
            <w:r w:rsidRPr="00C210E7">
              <w:rPr>
                <w:rFonts w:ascii="Times New Roman" w:hAnsi="Times New Roman"/>
                <w:i/>
                <w:sz w:val="15"/>
              </w:rPr>
              <w:t>emiterii</w:t>
            </w:r>
            <w:proofErr w:type="spellEnd"/>
            <w:r w:rsidRPr="00C210E7">
              <w:rPr>
                <w:rFonts w:ascii="Times New Roman" w:hAnsi="Times New Roman"/>
                <w:i/>
                <w:sz w:val="15"/>
              </w:rPr>
              <w:t>.</w:t>
            </w:r>
          </w:p>
        </w:tc>
      </w:tr>
    </w:tbl>
    <w:p w14:paraId="37962B9C" w14:textId="77777777" w:rsidR="004210F6" w:rsidRPr="00C210E7" w:rsidRDefault="004210F6">
      <w:pPr>
        <w:spacing w:before="60"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C210E7" w:rsidRPr="00C210E7" w14:paraId="6C33AEC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22" w:type="dxa"/>
              <w:right w:w="35" w:type="dxa"/>
            </w:tcMar>
          </w:tcPr>
          <w:p w14:paraId="1713C32F" w14:textId="77777777" w:rsidR="004210F6" w:rsidRPr="00C210E7" w:rsidRDefault="00000000">
            <w:pPr>
              <w:spacing w:before="10" w:after="10" w:line="240" w:lineRule="auto"/>
            </w:pPr>
            <w:r w:rsidRPr="00C210E7">
              <w:rPr>
                <w:rFonts w:ascii="Times New Roman" w:hAnsi="Times New Roman"/>
                <w:b/>
                <w:sz w:val="17"/>
              </w:rPr>
              <w:t>3. SEMNĂTURA</w:t>
            </w:r>
          </w:p>
        </w:tc>
      </w:tr>
      <w:tr w:rsidR="004210F6" w:rsidRPr="00C210E7" w14:paraId="0FBF0F0E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15C5C851" w14:textId="77777777" w:rsidR="004210F6" w:rsidRPr="00C210E7" w:rsidRDefault="00000000">
            <w:pPr>
              <w:spacing w:after="0" w:line="240" w:lineRule="auto"/>
            </w:pPr>
            <w:proofErr w:type="spellStart"/>
            <w:r w:rsidRPr="00C210E7">
              <w:rPr>
                <w:rFonts w:ascii="Times New Roman" w:hAnsi="Times New Roman"/>
                <w:b/>
                <w:sz w:val="16"/>
              </w:rPr>
              <w:t>Reprezentantul</w:t>
            </w:r>
            <w:proofErr w:type="spellEnd"/>
            <w:r w:rsidRPr="00C210E7">
              <w:rPr>
                <w:rFonts w:ascii="Times New Roman" w:hAnsi="Times New Roman"/>
                <w:b/>
                <w:sz w:val="16"/>
              </w:rPr>
              <w:t xml:space="preserve"> </w:t>
            </w:r>
            <w:proofErr w:type="spellStart"/>
            <w:r w:rsidRPr="00C210E7">
              <w:rPr>
                <w:rFonts w:ascii="Times New Roman" w:hAnsi="Times New Roman"/>
                <w:b/>
                <w:sz w:val="16"/>
              </w:rPr>
              <w:t>autorității</w:t>
            </w:r>
            <w:proofErr w:type="spellEnd"/>
            <w:r w:rsidRPr="00C210E7">
              <w:rPr>
                <w:rFonts w:ascii="Times New Roman" w:hAnsi="Times New Roman"/>
                <w:b/>
                <w:sz w:val="16"/>
              </w:rPr>
              <w:t xml:space="preserve"> — </w:t>
            </w:r>
            <w:proofErr w:type="spellStart"/>
            <w:r w:rsidRPr="00C210E7">
              <w:rPr>
                <w:rFonts w:ascii="Times New Roman" w:hAnsi="Times New Roman"/>
                <w:b/>
                <w:sz w:val="16"/>
              </w:rPr>
              <w:t>numele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057B9B74" w14:textId="77777777" w:rsidR="004210F6" w:rsidRDefault="00000000">
            <w:pPr>
              <w:spacing w:after="0" w:line="240" w:lineRule="auto"/>
              <w:rPr>
                <w:rFonts w:ascii="Times New Roman" w:hAnsi="Times New Roman"/>
                <w:b/>
                <w:sz w:val="16"/>
              </w:rPr>
            </w:pPr>
            <w:r w:rsidRPr="00C210E7">
              <w:rPr>
                <w:rFonts w:ascii="Times New Roman" w:hAnsi="Times New Roman"/>
                <w:b/>
                <w:sz w:val="16"/>
              </w:rPr>
              <w:t>Data</w:t>
            </w:r>
          </w:p>
          <w:p w14:paraId="5FA276CF" w14:textId="77777777" w:rsidR="009E2150" w:rsidRPr="00C210E7" w:rsidRDefault="009E2150">
            <w:pPr>
              <w:spacing w:after="0" w:line="240" w:lineRule="auto"/>
            </w:pP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76B4C38E" w14:textId="77777777" w:rsidR="004210F6" w:rsidRPr="00C210E7" w:rsidRDefault="00000000">
            <w:pPr>
              <w:spacing w:after="0" w:line="240" w:lineRule="auto"/>
            </w:pPr>
            <w:r w:rsidRPr="00C210E7">
              <w:rPr>
                <w:rFonts w:ascii="Times New Roman" w:hAnsi="Times New Roman"/>
                <w:b/>
                <w:sz w:val="16"/>
              </w:rPr>
              <w:t>semnătura</w:t>
            </w:r>
          </w:p>
        </w:tc>
      </w:tr>
    </w:tbl>
    <w:p w14:paraId="2FB1584A" w14:textId="77777777" w:rsidR="0047183C" w:rsidRPr="00C210E7" w:rsidRDefault="0047183C"/>
    <w:sectPr w:rsidR="0047183C" w:rsidRPr="00C210E7" w:rsidSect="002303D5">
      <w:headerReference w:type="default" r:id="rId9"/>
      <w:footerReference w:type="default" r:id="rId10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C5891" w14:textId="77777777" w:rsidR="00672685" w:rsidRDefault="00672685">
      <w:pPr>
        <w:spacing w:after="0" w:line="240" w:lineRule="auto"/>
      </w:pPr>
      <w:r>
        <w:separator/>
      </w:r>
    </w:p>
  </w:endnote>
  <w:endnote w:type="continuationSeparator" w:id="0">
    <w:p w14:paraId="4A7C174E" w14:textId="77777777" w:rsidR="00672685" w:rsidRDefault="00672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EB9FD" w14:textId="77777777" w:rsidR="004210F6" w:rsidRDefault="004210F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04DD5" w14:textId="77777777" w:rsidR="00672685" w:rsidRDefault="00672685">
      <w:pPr>
        <w:spacing w:after="0" w:line="240" w:lineRule="auto"/>
      </w:pPr>
      <w:r>
        <w:separator/>
      </w:r>
    </w:p>
  </w:footnote>
  <w:footnote w:type="continuationSeparator" w:id="0">
    <w:p w14:paraId="04A8EA3F" w14:textId="77777777" w:rsidR="00672685" w:rsidRDefault="00672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CC8ED" w14:textId="77777777" w:rsidR="004210F6" w:rsidRDefault="004210F6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7727686">
    <w:abstractNumId w:val="8"/>
  </w:num>
  <w:num w:numId="2" w16cid:durableId="690953536">
    <w:abstractNumId w:val="6"/>
  </w:num>
  <w:num w:numId="3" w16cid:durableId="1256211296">
    <w:abstractNumId w:val="5"/>
  </w:num>
  <w:num w:numId="4" w16cid:durableId="1526366198">
    <w:abstractNumId w:val="4"/>
  </w:num>
  <w:num w:numId="5" w16cid:durableId="1000086155">
    <w:abstractNumId w:val="7"/>
  </w:num>
  <w:num w:numId="6" w16cid:durableId="866452997">
    <w:abstractNumId w:val="3"/>
  </w:num>
  <w:num w:numId="7" w16cid:durableId="1057779046">
    <w:abstractNumId w:val="2"/>
  </w:num>
  <w:num w:numId="8" w16cid:durableId="302276707">
    <w:abstractNumId w:val="1"/>
  </w:num>
  <w:num w:numId="9" w16cid:durableId="588394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0FFD"/>
    <w:rsid w:val="002303D5"/>
    <w:rsid w:val="0029639D"/>
    <w:rsid w:val="00326F90"/>
    <w:rsid w:val="003B479C"/>
    <w:rsid w:val="003F7BD1"/>
    <w:rsid w:val="004210F6"/>
    <w:rsid w:val="0047183C"/>
    <w:rsid w:val="004A6029"/>
    <w:rsid w:val="00520723"/>
    <w:rsid w:val="00587300"/>
    <w:rsid w:val="00672685"/>
    <w:rsid w:val="007B6F99"/>
    <w:rsid w:val="0081082E"/>
    <w:rsid w:val="00873520"/>
    <w:rsid w:val="008D1297"/>
    <w:rsid w:val="009E2150"/>
    <w:rsid w:val="00AA1D8D"/>
    <w:rsid w:val="00B47730"/>
    <w:rsid w:val="00C210E7"/>
    <w:rsid w:val="00CB0664"/>
    <w:rsid w:val="00F12B0D"/>
    <w:rsid w:val="00F779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B5D60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3F7B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2026-09-16T10:57:00Z</dcterms:modified>
  <cp:category/>
</cp:coreProperties>
</file>