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4145"/>
        <w:gridCol w:w="4495"/>
      </w:tblGrid>
      <w:tr w:rsidR="00D47420" w:rsidRPr="00D47420" w14:paraId="6F12996E" w14:textId="77777777" w:rsidTr="00D47420">
        <w:trPr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6B795378" w14:textId="5535A8FF" w:rsidR="00D47420" w:rsidRPr="00D47420" w:rsidRDefault="00D47420" w:rsidP="00D4742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7420">
              <w:rPr>
                <w:rFonts w:ascii="Times New Roman" w:hAnsi="Times New Roman"/>
                <w:b/>
              </w:rPr>
              <w:t xml:space="preserve">  </w:t>
            </w:r>
            <w:r w:rsidRPr="00D47420">
              <w:rPr>
                <w:rFonts w:ascii="Times New Roman" w:hAnsi="Times New Roman"/>
                <w:b/>
              </w:rPr>
              <w:drawing>
                <wp:inline distT="0" distB="0" distL="0" distR="0" wp14:anchorId="0058D894" wp14:editId="655DA952">
                  <wp:extent cx="847725" cy="1266825"/>
                  <wp:effectExtent l="0" t="0" r="9525" b="9525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28841B28" w14:textId="77777777" w:rsidR="00D47420" w:rsidRPr="00D47420" w:rsidRDefault="00D47420" w:rsidP="00D4742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D47420">
              <w:rPr>
                <w:rFonts w:ascii="Times New Roman" w:hAnsi="Times New Roman"/>
                <w:b/>
              </w:rPr>
              <w:t>Județul</w:t>
            </w:r>
            <w:proofErr w:type="spellEnd"/>
            <w:r w:rsidRPr="00D47420">
              <w:rPr>
                <w:rFonts w:ascii="Times New Roman" w:hAnsi="Times New Roman"/>
                <w:b/>
              </w:rPr>
              <w:t xml:space="preserve"> Vâlcea</w:t>
            </w:r>
          </w:p>
        </w:tc>
      </w:tr>
      <w:tr w:rsidR="00D47420" w:rsidRPr="00D47420" w14:paraId="162772BE" w14:textId="77777777" w:rsidTr="00D47420">
        <w:trPr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5113D" w14:textId="77777777" w:rsidR="00D47420" w:rsidRPr="00D47420" w:rsidRDefault="00D47420" w:rsidP="00D4742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6CC329CC" w14:textId="77777777" w:rsidR="00D47420" w:rsidRPr="00D47420" w:rsidRDefault="00D47420" w:rsidP="00D4742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D47420">
              <w:rPr>
                <w:rFonts w:ascii="Times New Roman" w:hAnsi="Times New Roman"/>
                <w:b/>
              </w:rPr>
              <w:t>Primăria</w:t>
            </w:r>
            <w:proofErr w:type="spellEnd"/>
            <w:r w:rsidRPr="00D4742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D47420">
              <w:rPr>
                <w:rFonts w:ascii="Times New Roman" w:hAnsi="Times New Roman"/>
                <w:b/>
              </w:rPr>
              <w:t>Orașului</w:t>
            </w:r>
            <w:proofErr w:type="spellEnd"/>
            <w:r w:rsidRPr="00D4742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D47420">
              <w:rPr>
                <w:rFonts w:ascii="Times New Roman" w:hAnsi="Times New Roman"/>
                <w:b/>
              </w:rPr>
              <w:t>Băile</w:t>
            </w:r>
            <w:proofErr w:type="spellEnd"/>
            <w:r w:rsidRPr="00D4742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D47420">
              <w:rPr>
                <w:rFonts w:ascii="Times New Roman" w:hAnsi="Times New Roman"/>
                <w:b/>
              </w:rPr>
              <w:t>Govora</w:t>
            </w:r>
            <w:proofErr w:type="spellEnd"/>
          </w:p>
        </w:tc>
      </w:tr>
      <w:tr w:rsidR="00D47420" w:rsidRPr="00D47420" w14:paraId="52A7659C" w14:textId="77777777" w:rsidTr="00D47420">
        <w:trPr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9B1C7" w14:textId="77777777" w:rsidR="00D47420" w:rsidRPr="00D47420" w:rsidRDefault="00D47420" w:rsidP="00D4742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  <w:hideMark/>
          </w:tcPr>
          <w:p w14:paraId="2BD5CF19" w14:textId="77777777" w:rsidR="00D47420" w:rsidRPr="00D47420" w:rsidRDefault="00D47420" w:rsidP="00D4742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7420">
              <w:rPr>
                <w:rFonts w:ascii="Times New Roman" w:hAnsi="Times New Roman"/>
                <w:b/>
              </w:rPr>
              <w:t xml:space="preserve">Cod de </w:t>
            </w:r>
            <w:proofErr w:type="spellStart"/>
            <w:r w:rsidRPr="00D47420">
              <w:rPr>
                <w:rFonts w:ascii="Times New Roman" w:hAnsi="Times New Roman"/>
                <w:b/>
              </w:rPr>
              <w:t>identificare</w:t>
            </w:r>
            <w:proofErr w:type="spellEnd"/>
            <w:r w:rsidRPr="00D4742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D47420">
              <w:rPr>
                <w:rFonts w:ascii="Times New Roman" w:hAnsi="Times New Roman"/>
                <w:b/>
              </w:rPr>
              <w:t>fiscală</w:t>
            </w:r>
            <w:proofErr w:type="spellEnd"/>
            <w:r w:rsidRPr="00D47420">
              <w:rPr>
                <w:rFonts w:ascii="Times New Roman" w:hAnsi="Times New Roman"/>
                <w:b/>
              </w:rPr>
              <w:t xml:space="preserve"> (CIF)</w:t>
            </w:r>
          </w:p>
          <w:p w14:paraId="4476C794" w14:textId="77777777" w:rsidR="00D47420" w:rsidRPr="00D47420" w:rsidRDefault="00D47420" w:rsidP="00D4742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7420">
              <w:rPr>
                <w:rFonts w:ascii="Times New Roman" w:hAnsi="Times New Roman"/>
                <w:b/>
              </w:rPr>
              <w:t>2541827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1BD34CEA" w14:textId="77777777" w:rsidR="00D47420" w:rsidRPr="00D47420" w:rsidRDefault="00D47420" w:rsidP="00D4742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D47420">
              <w:rPr>
                <w:rFonts w:ascii="Times New Roman" w:hAnsi="Times New Roman"/>
                <w:b/>
              </w:rPr>
              <w:t>Adresa</w:t>
            </w:r>
            <w:proofErr w:type="spellEnd"/>
            <w:r w:rsidRPr="00D4742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D47420">
              <w:rPr>
                <w:rFonts w:ascii="Times New Roman" w:hAnsi="Times New Roman"/>
                <w:b/>
              </w:rPr>
              <w:t>oficială</w:t>
            </w:r>
            <w:proofErr w:type="spellEnd"/>
            <w:r w:rsidRPr="00D47420">
              <w:rPr>
                <w:rFonts w:ascii="Times New Roman" w:hAnsi="Times New Roman"/>
                <w:b/>
              </w:rPr>
              <w:t xml:space="preserve">: </w:t>
            </w:r>
            <w:r w:rsidRPr="00D47420">
              <w:rPr>
                <w:rFonts w:ascii="Times New Roman" w:hAnsi="Times New Roman"/>
                <w:b/>
              </w:rPr>
              <w:br/>
              <w:t xml:space="preserve">Strada Tudor </w:t>
            </w:r>
            <w:proofErr w:type="spellStart"/>
            <w:r w:rsidRPr="00D47420">
              <w:rPr>
                <w:rFonts w:ascii="Times New Roman" w:hAnsi="Times New Roman"/>
                <w:b/>
              </w:rPr>
              <w:t>Vladimirescu</w:t>
            </w:r>
            <w:proofErr w:type="spellEnd"/>
            <w:r w:rsidRPr="00D47420">
              <w:rPr>
                <w:rFonts w:ascii="Times New Roman" w:hAnsi="Times New Roman"/>
                <w:b/>
              </w:rPr>
              <w:t xml:space="preserve">, nr. 95, cod </w:t>
            </w:r>
            <w:proofErr w:type="spellStart"/>
            <w:r w:rsidRPr="00D47420">
              <w:rPr>
                <w:rFonts w:ascii="Times New Roman" w:hAnsi="Times New Roman"/>
                <w:b/>
              </w:rPr>
              <w:t>poștal</w:t>
            </w:r>
            <w:proofErr w:type="spellEnd"/>
            <w:r w:rsidRPr="00D47420">
              <w:rPr>
                <w:rFonts w:ascii="Times New Roman" w:hAnsi="Times New Roman"/>
                <w:b/>
              </w:rPr>
              <w:t xml:space="preserve"> 245200,</w:t>
            </w:r>
          </w:p>
          <w:p w14:paraId="143A5FD0" w14:textId="77777777" w:rsidR="00D47420" w:rsidRPr="00D47420" w:rsidRDefault="00D47420" w:rsidP="00D4742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D47420">
              <w:rPr>
                <w:rFonts w:ascii="Times New Roman" w:hAnsi="Times New Roman"/>
                <w:b/>
              </w:rPr>
              <w:t>Oraș</w:t>
            </w:r>
            <w:proofErr w:type="spellEnd"/>
            <w:r w:rsidRPr="00D4742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D47420">
              <w:rPr>
                <w:rFonts w:ascii="Times New Roman" w:hAnsi="Times New Roman"/>
                <w:b/>
              </w:rPr>
              <w:t>Băile</w:t>
            </w:r>
            <w:proofErr w:type="spellEnd"/>
            <w:r w:rsidRPr="00D4742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D47420">
              <w:rPr>
                <w:rFonts w:ascii="Times New Roman" w:hAnsi="Times New Roman"/>
                <w:b/>
              </w:rPr>
              <w:t>Govora</w:t>
            </w:r>
            <w:proofErr w:type="spellEnd"/>
            <w:r w:rsidRPr="00D47420">
              <w:rPr>
                <w:rFonts w:ascii="Times New Roman" w:hAnsi="Times New Roman"/>
                <w:b/>
              </w:rPr>
              <w:t xml:space="preserve">, </w:t>
            </w:r>
            <w:proofErr w:type="spellStart"/>
            <w:r w:rsidRPr="00D47420">
              <w:rPr>
                <w:rFonts w:ascii="Times New Roman" w:hAnsi="Times New Roman"/>
                <w:b/>
              </w:rPr>
              <w:t>Județ</w:t>
            </w:r>
            <w:proofErr w:type="spellEnd"/>
            <w:r w:rsidRPr="00D47420">
              <w:rPr>
                <w:rFonts w:ascii="Times New Roman" w:hAnsi="Times New Roman"/>
                <w:b/>
              </w:rPr>
              <w:t xml:space="preserve"> Vâlcea, </w:t>
            </w:r>
            <w:proofErr w:type="spellStart"/>
            <w:r w:rsidRPr="00D47420">
              <w:rPr>
                <w:rFonts w:ascii="Times New Roman" w:hAnsi="Times New Roman"/>
                <w:b/>
              </w:rPr>
              <w:t>România</w:t>
            </w:r>
            <w:proofErr w:type="spellEnd"/>
            <w:r w:rsidRPr="00D47420">
              <w:rPr>
                <w:rFonts w:ascii="Times New Roman" w:hAnsi="Times New Roman"/>
                <w:b/>
              </w:rPr>
              <w:tab/>
            </w:r>
          </w:p>
          <w:p w14:paraId="1E7A67E3" w14:textId="77777777" w:rsidR="00D47420" w:rsidRPr="00D47420" w:rsidRDefault="00D47420" w:rsidP="00D4742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7420">
              <w:rPr>
                <w:rFonts w:ascii="Times New Roman" w:hAnsi="Times New Roman"/>
                <w:b/>
              </w:rPr>
              <w:t>Tel: +4 0250 770 460</w:t>
            </w:r>
          </w:p>
          <w:p w14:paraId="58F02137" w14:textId="77777777" w:rsidR="00D47420" w:rsidRPr="00D47420" w:rsidRDefault="00D47420" w:rsidP="00D4742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7420">
              <w:rPr>
                <w:rFonts w:ascii="Times New Roman" w:hAnsi="Times New Roman"/>
                <w:b/>
              </w:rPr>
              <w:t>www.primaria-baile-govora.ro</w:t>
            </w:r>
          </w:p>
          <w:p w14:paraId="0F372C33" w14:textId="77777777" w:rsidR="00D47420" w:rsidRPr="00D47420" w:rsidRDefault="00D47420" w:rsidP="00D4742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7420">
              <w:rPr>
                <w:rFonts w:ascii="Times New Roman" w:hAnsi="Times New Roman"/>
                <w:b/>
              </w:rPr>
              <w:t>E-mail: primaria@primaria-baile-govora.ro baile.govora@vl.e-adm.ro</w:t>
            </w:r>
          </w:p>
        </w:tc>
      </w:tr>
      <w:tr w:rsidR="00D47420" w:rsidRPr="00D47420" w14:paraId="1C01FE3B" w14:textId="77777777" w:rsidTr="00D47420">
        <w:trPr>
          <w:trHeight w:val="352"/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1FDA4" w14:textId="77777777" w:rsidR="00D47420" w:rsidRPr="00D47420" w:rsidRDefault="00D47420" w:rsidP="00D4742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309C72F7" w14:textId="77777777" w:rsidR="00D47420" w:rsidRPr="00D47420" w:rsidRDefault="00D47420" w:rsidP="00D47420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D47420">
              <w:rPr>
                <w:rFonts w:ascii="Times New Roman" w:hAnsi="Times New Roman"/>
                <w:b/>
              </w:rPr>
              <w:t>Număr</w:t>
            </w:r>
            <w:proofErr w:type="spellEnd"/>
            <w:r w:rsidRPr="00D4742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D47420">
              <w:rPr>
                <w:rFonts w:ascii="Times New Roman" w:hAnsi="Times New Roman"/>
                <w:b/>
              </w:rPr>
              <w:t>înregistrare</w:t>
            </w:r>
            <w:proofErr w:type="spellEnd"/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7CF34744" w14:textId="77777777" w:rsidR="00D47420" w:rsidRPr="00D47420" w:rsidRDefault="00D47420" w:rsidP="00D4742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47420">
              <w:rPr>
                <w:rFonts w:ascii="Times New Roman" w:hAnsi="Times New Roman"/>
                <w:b/>
              </w:rPr>
              <w:t>Data</w:t>
            </w:r>
          </w:p>
        </w:tc>
      </w:tr>
    </w:tbl>
    <w:p w14:paraId="54276EE3" w14:textId="77777777" w:rsidR="00D47420" w:rsidRDefault="00D47420" w:rsidP="00E30FE5">
      <w:pPr>
        <w:spacing w:before="160" w:after="8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14:paraId="5030EDFC" w14:textId="1B923C7E" w:rsidR="00AF1FE7" w:rsidRDefault="00000000" w:rsidP="00E30FE5">
      <w:pPr>
        <w:spacing w:before="160" w:after="80" w:line="240" w:lineRule="auto"/>
        <w:jc w:val="center"/>
        <w:rPr>
          <w:rFonts w:ascii="Times New Roman" w:hAnsi="Times New Roman"/>
          <w:sz w:val="20"/>
          <w:szCs w:val="24"/>
        </w:rPr>
      </w:pPr>
      <w:r w:rsidRPr="00C50E6B">
        <w:rPr>
          <w:rFonts w:ascii="Times New Roman" w:hAnsi="Times New Roman"/>
          <w:b/>
          <w:sz w:val="28"/>
          <w:szCs w:val="24"/>
        </w:rPr>
        <w:t>ÎNȘTIINȚARE</w:t>
      </w:r>
      <w:r w:rsidRPr="00C50E6B">
        <w:rPr>
          <w:rFonts w:ascii="Times New Roman" w:hAnsi="Times New Roman"/>
          <w:b/>
          <w:sz w:val="28"/>
          <w:szCs w:val="24"/>
        </w:rPr>
        <w:br/>
      </w:r>
      <w:proofErr w:type="spellStart"/>
      <w:r w:rsidRPr="00C50E6B">
        <w:rPr>
          <w:rFonts w:ascii="Times New Roman" w:hAnsi="Times New Roman"/>
          <w:sz w:val="20"/>
          <w:szCs w:val="24"/>
        </w:rPr>
        <w:t>privind</w:t>
      </w:r>
      <w:proofErr w:type="spellEnd"/>
      <w:r w:rsidRPr="00C50E6B">
        <w:rPr>
          <w:rFonts w:ascii="Times New Roman" w:hAnsi="Times New Roman"/>
          <w:sz w:val="20"/>
          <w:szCs w:val="24"/>
        </w:rPr>
        <w:t xml:space="preserve"> </w:t>
      </w:r>
      <w:proofErr w:type="spellStart"/>
      <w:r w:rsidRPr="00C50E6B">
        <w:rPr>
          <w:rFonts w:ascii="Times New Roman" w:hAnsi="Times New Roman"/>
          <w:sz w:val="20"/>
          <w:szCs w:val="24"/>
        </w:rPr>
        <w:t>finalizarea</w:t>
      </w:r>
      <w:proofErr w:type="spellEnd"/>
      <w:r w:rsidRPr="00C50E6B">
        <w:rPr>
          <w:rFonts w:ascii="Times New Roman" w:hAnsi="Times New Roman"/>
          <w:sz w:val="20"/>
          <w:szCs w:val="24"/>
        </w:rPr>
        <w:t xml:space="preserve"> </w:t>
      </w:r>
      <w:proofErr w:type="spellStart"/>
      <w:r w:rsidRPr="00C50E6B">
        <w:rPr>
          <w:rFonts w:ascii="Times New Roman" w:hAnsi="Times New Roman"/>
          <w:sz w:val="20"/>
          <w:szCs w:val="24"/>
        </w:rPr>
        <w:t>lucrărilor</w:t>
      </w:r>
      <w:proofErr w:type="spellEnd"/>
      <w:r w:rsidRPr="00C50E6B">
        <w:rPr>
          <w:rFonts w:ascii="Times New Roman" w:hAnsi="Times New Roman"/>
          <w:sz w:val="20"/>
          <w:szCs w:val="24"/>
        </w:rPr>
        <w:t xml:space="preserve"> </w:t>
      </w:r>
      <w:proofErr w:type="spellStart"/>
      <w:r w:rsidRPr="00C50E6B">
        <w:rPr>
          <w:rFonts w:ascii="Times New Roman" w:hAnsi="Times New Roman"/>
          <w:sz w:val="20"/>
          <w:szCs w:val="24"/>
        </w:rPr>
        <w:t>notificate</w:t>
      </w:r>
      <w:proofErr w:type="spellEnd"/>
      <w:r w:rsidRPr="00C50E6B">
        <w:rPr>
          <w:rFonts w:ascii="Times New Roman" w:hAnsi="Times New Roman"/>
          <w:sz w:val="20"/>
          <w:szCs w:val="24"/>
        </w:rPr>
        <w:t xml:space="preserve"> </w:t>
      </w:r>
      <w:proofErr w:type="spellStart"/>
      <w:r w:rsidRPr="00C50E6B">
        <w:rPr>
          <w:rFonts w:ascii="Times New Roman" w:hAnsi="Times New Roman"/>
          <w:sz w:val="20"/>
          <w:szCs w:val="24"/>
        </w:rPr>
        <w:t>și</w:t>
      </w:r>
      <w:proofErr w:type="spellEnd"/>
      <w:r w:rsidRPr="00C50E6B">
        <w:rPr>
          <w:rFonts w:ascii="Times New Roman" w:hAnsi="Times New Roman"/>
          <w:sz w:val="20"/>
          <w:szCs w:val="24"/>
        </w:rPr>
        <w:t xml:space="preserve"> </w:t>
      </w:r>
      <w:proofErr w:type="spellStart"/>
      <w:r w:rsidRPr="00C50E6B">
        <w:rPr>
          <w:rFonts w:ascii="Times New Roman" w:hAnsi="Times New Roman"/>
          <w:sz w:val="20"/>
          <w:szCs w:val="24"/>
        </w:rPr>
        <w:t>solicitarea</w:t>
      </w:r>
      <w:proofErr w:type="spellEnd"/>
      <w:r w:rsidRPr="00C50E6B">
        <w:rPr>
          <w:rFonts w:ascii="Times New Roman" w:hAnsi="Times New Roman"/>
          <w:sz w:val="20"/>
          <w:szCs w:val="24"/>
        </w:rPr>
        <w:t xml:space="preserve"> </w:t>
      </w:r>
      <w:proofErr w:type="spellStart"/>
      <w:r w:rsidRPr="00C50E6B">
        <w:rPr>
          <w:rFonts w:ascii="Times New Roman" w:hAnsi="Times New Roman"/>
          <w:sz w:val="20"/>
          <w:szCs w:val="24"/>
        </w:rPr>
        <w:t>participării</w:t>
      </w:r>
      <w:proofErr w:type="spellEnd"/>
      <w:r w:rsidRPr="00C50E6B">
        <w:rPr>
          <w:rFonts w:ascii="Times New Roman" w:hAnsi="Times New Roman"/>
          <w:sz w:val="20"/>
          <w:szCs w:val="24"/>
        </w:rPr>
        <w:t xml:space="preserve"> </w:t>
      </w:r>
      <w:proofErr w:type="spellStart"/>
      <w:r w:rsidRPr="00C50E6B">
        <w:rPr>
          <w:rFonts w:ascii="Times New Roman" w:hAnsi="Times New Roman"/>
          <w:sz w:val="20"/>
          <w:szCs w:val="24"/>
        </w:rPr>
        <w:t>reprezentantului</w:t>
      </w:r>
      <w:proofErr w:type="spellEnd"/>
      <w:r w:rsidRPr="00C50E6B">
        <w:rPr>
          <w:rFonts w:ascii="Times New Roman" w:hAnsi="Times New Roman"/>
          <w:sz w:val="20"/>
          <w:szCs w:val="24"/>
        </w:rPr>
        <w:t xml:space="preserve"> UAT la </w:t>
      </w:r>
      <w:proofErr w:type="spellStart"/>
      <w:r w:rsidRPr="00C50E6B">
        <w:rPr>
          <w:rFonts w:ascii="Times New Roman" w:hAnsi="Times New Roman"/>
          <w:sz w:val="20"/>
          <w:szCs w:val="24"/>
        </w:rPr>
        <w:t>recepție</w:t>
      </w:r>
      <w:proofErr w:type="spellEnd"/>
    </w:p>
    <w:p w14:paraId="79F3B944" w14:textId="77777777" w:rsidR="00D47420" w:rsidRPr="00C50E6B" w:rsidRDefault="00D47420" w:rsidP="00E30FE5">
      <w:pPr>
        <w:spacing w:before="160" w:after="80" w:line="240" w:lineRule="auto"/>
        <w:jc w:val="center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08"/>
      </w:tblGrid>
      <w:tr w:rsidR="00C50E6B" w:rsidRPr="00C50E6B" w14:paraId="59A0B278" w14:textId="77777777" w:rsidTr="005A67B9">
        <w:trPr>
          <w:jc w:val="center"/>
        </w:trPr>
        <w:tc>
          <w:tcPr>
            <w:tcW w:w="109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1DD398FC" w14:textId="77777777" w:rsidR="00E30FE5" w:rsidRPr="00C50E6B" w:rsidRDefault="00E30FE5" w:rsidP="005A67B9">
            <w:pPr>
              <w:spacing w:before="20" w:after="20" w:line="240" w:lineRule="auto"/>
              <w:rPr>
                <w:sz w:val="24"/>
                <w:szCs w:val="24"/>
              </w:rPr>
            </w:pPr>
            <w:r w:rsidRPr="00C50E6B">
              <w:rPr>
                <w:rFonts w:ascii="Times New Roman" w:hAnsi="Times New Roman"/>
                <w:b/>
                <w:sz w:val="18"/>
                <w:szCs w:val="24"/>
              </w:rPr>
              <w:t>1. CĂTRE</w:t>
            </w:r>
          </w:p>
        </w:tc>
      </w:tr>
      <w:tr w:rsidR="00C50E6B" w:rsidRPr="00C50E6B" w14:paraId="40B5C00B" w14:textId="77777777" w:rsidTr="005A67B9">
        <w:trPr>
          <w:jc w:val="center"/>
        </w:trPr>
        <w:tc>
          <w:tcPr>
            <w:tcW w:w="109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04EB84E8" w14:textId="77777777" w:rsidR="00E30FE5" w:rsidRPr="00C50E6B" w:rsidRDefault="00E30FE5" w:rsidP="005A67B9">
            <w:pPr>
              <w:spacing w:after="20" w:line="240" w:lineRule="auto"/>
              <w:rPr>
                <w:rFonts w:ascii="Times New Roman" w:hAnsi="Times New Roman"/>
                <w:b/>
                <w:sz w:val="18"/>
                <w:szCs w:val="24"/>
              </w:rPr>
            </w:pPr>
            <w:proofErr w:type="spellStart"/>
            <w:r w:rsidRPr="00C50E6B">
              <w:rPr>
                <w:rFonts w:ascii="Times New Roman" w:hAnsi="Times New Roman"/>
                <w:b/>
                <w:sz w:val="18"/>
                <w:szCs w:val="24"/>
              </w:rPr>
              <w:t>Instituția</w:t>
            </w:r>
            <w:proofErr w:type="spellEnd"/>
          </w:p>
          <w:p w14:paraId="5A566D8E" w14:textId="45587DB1" w:rsidR="00E30FE5" w:rsidRPr="00C50E6B" w:rsidRDefault="00D47420" w:rsidP="005A67B9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16"/>
                <w:szCs w:val="24"/>
              </w:rPr>
              <w:t>Primăria</w:t>
            </w:r>
            <w:proofErr w:type="spellEnd"/>
            <w:r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16"/>
                <w:szCs w:val="24"/>
              </w:rPr>
              <w:t>Orașului</w:t>
            </w:r>
            <w:proofErr w:type="spellEnd"/>
            <w:r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16"/>
                <w:szCs w:val="24"/>
              </w:rPr>
              <w:t>Băile</w:t>
            </w:r>
            <w:proofErr w:type="spellEnd"/>
            <w:r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16"/>
                <w:szCs w:val="24"/>
              </w:rPr>
              <w:t>Govora</w:t>
            </w:r>
            <w:proofErr w:type="spellEnd"/>
          </w:p>
        </w:tc>
      </w:tr>
      <w:tr w:rsidR="00E30FE5" w:rsidRPr="00C50E6B" w14:paraId="561A6B41" w14:textId="77777777" w:rsidTr="005A67B9">
        <w:trPr>
          <w:jc w:val="center"/>
        </w:trPr>
        <w:tc>
          <w:tcPr>
            <w:tcW w:w="109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17954F93" w14:textId="231C0B77" w:rsidR="00E30FE5" w:rsidRPr="00C50E6B" w:rsidRDefault="00E30FE5" w:rsidP="005A67B9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C50E6B">
              <w:rPr>
                <w:rFonts w:ascii="Times New Roman" w:hAnsi="Times New Roman"/>
                <w:i/>
                <w:sz w:val="16"/>
                <w:szCs w:val="24"/>
              </w:rPr>
              <w:t>Către</w:t>
            </w:r>
            <w:proofErr w:type="spellEnd"/>
            <w:r w:rsidRPr="00C50E6B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="00D47420">
              <w:rPr>
                <w:rFonts w:ascii="Times New Roman" w:hAnsi="Times New Roman"/>
                <w:i/>
                <w:sz w:val="16"/>
                <w:szCs w:val="24"/>
              </w:rPr>
              <w:t>Primarul</w:t>
            </w:r>
            <w:proofErr w:type="spellEnd"/>
            <w:r w:rsidR="00D47420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="00D47420">
              <w:rPr>
                <w:rFonts w:ascii="Times New Roman" w:hAnsi="Times New Roman"/>
                <w:i/>
                <w:sz w:val="16"/>
                <w:szCs w:val="24"/>
              </w:rPr>
              <w:t>Orașului</w:t>
            </w:r>
            <w:proofErr w:type="spellEnd"/>
            <w:r w:rsidR="00D47420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="00D47420">
              <w:rPr>
                <w:rFonts w:ascii="Times New Roman" w:hAnsi="Times New Roman"/>
                <w:i/>
                <w:sz w:val="16"/>
                <w:szCs w:val="24"/>
              </w:rPr>
              <w:t>Băile</w:t>
            </w:r>
            <w:proofErr w:type="spellEnd"/>
            <w:r w:rsidR="00D47420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="00D47420">
              <w:rPr>
                <w:rFonts w:ascii="Times New Roman" w:hAnsi="Times New Roman"/>
                <w:i/>
                <w:sz w:val="16"/>
                <w:szCs w:val="24"/>
              </w:rPr>
              <w:t>Govora</w:t>
            </w:r>
            <w:proofErr w:type="spellEnd"/>
          </w:p>
        </w:tc>
      </w:tr>
    </w:tbl>
    <w:p w14:paraId="175FDC6A" w14:textId="77777777" w:rsidR="00AF1FE7" w:rsidRPr="00C50E6B" w:rsidRDefault="00AF1FE7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24"/>
        <w:gridCol w:w="1824"/>
        <w:gridCol w:w="912"/>
        <w:gridCol w:w="912"/>
        <w:gridCol w:w="912"/>
        <w:gridCol w:w="912"/>
        <w:gridCol w:w="912"/>
        <w:gridCol w:w="912"/>
        <w:gridCol w:w="1824"/>
      </w:tblGrid>
      <w:tr w:rsidR="00C50E6B" w:rsidRPr="00C50E6B" w14:paraId="7570FD14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7" w:type="dxa"/>
              <w:left w:w="30" w:type="dxa"/>
              <w:bottom w:w="7" w:type="dxa"/>
              <w:right w:w="30" w:type="dxa"/>
            </w:tcMar>
          </w:tcPr>
          <w:p w14:paraId="53977BB0" w14:textId="77777777" w:rsidR="00AF1FE7" w:rsidRPr="00C50E6B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C50E6B">
              <w:rPr>
                <w:rFonts w:ascii="Times New Roman" w:hAnsi="Times New Roman"/>
                <w:b/>
                <w:sz w:val="18"/>
                <w:szCs w:val="24"/>
              </w:rPr>
              <w:t>2. SOLICITANTUL</w:t>
            </w:r>
          </w:p>
        </w:tc>
      </w:tr>
      <w:tr w:rsidR="00C50E6B" w:rsidRPr="00C50E6B" w14:paraId="050E0650" w14:textId="77777777">
        <w:trPr>
          <w:jc w:val="center"/>
        </w:trPr>
        <w:tc>
          <w:tcPr>
            <w:tcW w:w="7296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14:paraId="0AA9E8EC" w14:textId="77777777" w:rsidR="00AF1FE7" w:rsidRPr="00C50E6B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50E6B">
              <w:rPr>
                <w:rFonts w:ascii="Times New Roman" w:hAnsi="Times New Roman"/>
                <w:b/>
                <w:sz w:val="18"/>
                <w:szCs w:val="24"/>
              </w:rPr>
              <w:t>Nume</w:t>
            </w:r>
            <w:proofErr w:type="spellEnd"/>
            <w:r w:rsidRPr="00C50E6B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C50E6B">
              <w:rPr>
                <w:rFonts w:ascii="Times New Roman" w:hAnsi="Times New Roman"/>
                <w:b/>
                <w:sz w:val="18"/>
                <w:szCs w:val="24"/>
              </w:rPr>
              <w:t>și</w:t>
            </w:r>
            <w:proofErr w:type="spellEnd"/>
            <w:r w:rsidRPr="00C50E6B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C50E6B">
              <w:rPr>
                <w:rFonts w:ascii="Times New Roman" w:hAnsi="Times New Roman"/>
                <w:b/>
                <w:sz w:val="18"/>
                <w:szCs w:val="24"/>
              </w:rPr>
              <w:t>prenume</w:t>
            </w:r>
            <w:proofErr w:type="spellEnd"/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14:paraId="33595491" w14:textId="77777777" w:rsidR="00AF1FE7" w:rsidRPr="00C50E6B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C50E6B">
              <w:rPr>
                <w:rFonts w:ascii="Times New Roman" w:hAnsi="Times New Roman"/>
                <w:b/>
                <w:sz w:val="18"/>
                <w:szCs w:val="24"/>
              </w:rPr>
              <w:t>CNP</w:t>
            </w:r>
          </w:p>
        </w:tc>
      </w:tr>
      <w:tr w:rsidR="00C50E6B" w:rsidRPr="00C50E6B" w14:paraId="67A4BD15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14:paraId="0614D10E" w14:textId="77777777" w:rsidR="00AF1FE7" w:rsidRPr="00C50E6B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C50E6B">
              <w:rPr>
                <w:rFonts w:ascii="Times New Roman" w:hAnsi="Times New Roman"/>
                <w:sz w:val="16"/>
                <w:szCs w:val="24"/>
              </w:rPr>
              <w:t xml:space="preserve">Act de </w:t>
            </w:r>
            <w:proofErr w:type="spellStart"/>
            <w:r w:rsidRPr="00C50E6B">
              <w:rPr>
                <w:rFonts w:ascii="Times New Roman" w:hAnsi="Times New Roman"/>
                <w:sz w:val="16"/>
                <w:szCs w:val="24"/>
              </w:rPr>
              <w:t>identitate</w:t>
            </w:r>
            <w:proofErr w:type="spellEnd"/>
          </w:p>
        </w:tc>
      </w:tr>
      <w:tr w:rsidR="00C50E6B" w:rsidRPr="00C50E6B" w14:paraId="43C7C7EC" w14:textId="77777777">
        <w:trPr>
          <w:jc w:val="center"/>
        </w:trPr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14:paraId="35F6B4E8" w14:textId="77777777" w:rsidR="00AF1FE7" w:rsidRPr="00C50E6B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C50E6B">
              <w:rPr>
                <w:rFonts w:ascii="Times New Roman" w:hAnsi="Times New Roman"/>
                <w:b/>
                <w:sz w:val="18"/>
                <w:szCs w:val="24"/>
              </w:rPr>
              <w:t>Seria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14:paraId="5486FFCC" w14:textId="77777777" w:rsidR="00AF1FE7" w:rsidRPr="00C50E6B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C50E6B">
              <w:rPr>
                <w:rFonts w:ascii="Times New Roman" w:hAnsi="Times New Roman"/>
                <w:b/>
                <w:sz w:val="18"/>
                <w:szCs w:val="24"/>
              </w:rPr>
              <w:t>Numărul</w:t>
            </w:r>
          </w:p>
        </w:tc>
        <w:tc>
          <w:tcPr>
            <w:tcW w:w="456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14:paraId="5A1014F1" w14:textId="77777777" w:rsidR="00AF1FE7" w:rsidRPr="00C50E6B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C50E6B">
              <w:rPr>
                <w:rFonts w:ascii="Times New Roman" w:hAnsi="Times New Roman"/>
                <w:b/>
                <w:sz w:val="18"/>
                <w:szCs w:val="24"/>
              </w:rPr>
              <w:t>Eliberat de</w:t>
            </w:r>
          </w:p>
        </w:tc>
        <w:tc>
          <w:tcPr>
            <w:tcW w:w="273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14:paraId="3600479B" w14:textId="77777777" w:rsidR="00AF1FE7" w:rsidRPr="00C50E6B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C50E6B">
              <w:rPr>
                <w:rFonts w:ascii="Times New Roman" w:hAnsi="Times New Roman"/>
                <w:b/>
                <w:sz w:val="18"/>
                <w:szCs w:val="24"/>
              </w:rPr>
              <w:t>La data</w:t>
            </w:r>
          </w:p>
        </w:tc>
      </w:tr>
      <w:tr w:rsidR="00C50E6B" w:rsidRPr="00C50E6B" w14:paraId="4F97959B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14:paraId="624D6E91" w14:textId="77777777" w:rsidR="00AF1FE7" w:rsidRPr="00C50E6B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50E6B">
              <w:rPr>
                <w:rFonts w:ascii="Times New Roman" w:hAnsi="Times New Roman"/>
                <w:sz w:val="16"/>
                <w:szCs w:val="24"/>
              </w:rPr>
              <w:t>Domiciliul</w:t>
            </w:r>
            <w:proofErr w:type="spellEnd"/>
          </w:p>
        </w:tc>
      </w:tr>
      <w:tr w:rsidR="00C50E6B" w:rsidRPr="00C50E6B" w14:paraId="5B440313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14:paraId="0553287D" w14:textId="77777777" w:rsidR="00AF1FE7" w:rsidRPr="00C50E6B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C50E6B">
              <w:rPr>
                <w:rFonts w:ascii="Times New Roman" w:hAnsi="Times New Roman"/>
                <w:b/>
                <w:sz w:val="18"/>
                <w:szCs w:val="24"/>
              </w:rPr>
              <w:t>Județul</w:t>
            </w:r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14:paraId="6244FA55" w14:textId="77777777" w:rsidR="00AF1FE7" w:rsidRPr="00C50E6B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C50E6B">
              <w:rPr>
                <w:rFonts w:ascii="Times New Roman" w:hAnsi="Times New Roman"/>
                <w:b/>
                <w:sz w:val="18"/>
                <w:szCs w:val="24"/>
              </w:rPr>
              <w:t>Municipiul / orașul / comuna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14:paraId="0B446E31" w14:textId="77777777" w:rsidR="00AF1FE7" w:rsidRPr="00C50E6B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C50E6B">
              <w:rPr>
                <w:rFonts w:ascii="Times New Roman" w:hAnsi="Times New Roman"/>
                <w:b/>
                <w:sz w:val="18"/>
                <w:szCs w:val="24"/>
              </w:rPr>
              <w:t>Satul / sectorul</w:t>
            </w:r>
          </w:p>
        </w:tc>
      </w:tr>
      <w:tr w:rsidR="00C50E6B" w:rsidRPr="00C50E6B" w14:paraId="0B9A152C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14:paraId="5B36CF5C" w14:textId="77777777" w:rsidR="00AF1FE7" w:rsidRPr="00C50E6B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C50E6B">
              <w:rPr>
                <w:rFonts w:ascii="Times New Roman" w:hAnsi="Times New Roman"/>
                <w:b/>
                <w:sz w:val="18"/>
                <w:szCs w:val="24"/>
              </w:rPr>
              <w:t>Strada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14:paraId="60BDE5FF" w14:textId="77777777" w:rsidR="00AF1FE7" w:rsidRPr="00C50E6B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C50E6B">
              <w:rPr>
                <w:rFonts w:ascii="Times New Roman" w:hAnsi="Times New Roman"/>
                <w:b/>
                <w:sz w:val="18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14:paraId="702D3EDA" w14:textId="77777777" w:rsidR="00AF1FE7" w:rsidRPr="00C50E6B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C50E6B">
              <w:rPr>
                <w:rFonts w:ascii="Times New Roman" w:hAnsi="Times New Roman"/>
                <w:b/>
                <w:sz w:val="18"/>
                <w:szCs w:val="24"/>
              </w:rPr>
              <w:t>Sc.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14:paraId="12D11B86" w14:textId="77777777" w:rsidR="00AF1FE7" w:rsidRPr="00C50E6B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C50E6B">
              <w:rPr>
                <w:rFonts w:ascii="Times New Roman" w:hAnsi="Times New Roman"/>
                <w:b/>
                <w:sz w:val="18"/>
                <w:szCs w:val="24"/>
              </w:rPr>
              <w:t>Et.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14:paraId="7B198D90" w14:textId="77777777" w:rsidR="00AF1FE7" w:rsidRPr="00C50E6B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C50E6B">
              <w:rPr>
                <w:rFonts w:ascii="Times New Roman" w:hAnsi="Times New Roman"/>
                <w:b/>
                <w:sz w:val="18"/>
                <w:szCs w:val="24"/>
              </w:rPr>
              <w:t>Ap.</w:t>
            </w:r>
          </w:p>
        </w:tc>
        <w:tc>
          <w:tcPr>
            <w:tcW w:w="182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14:paraId="1E58BBC2" w14:textId="77777777" w:rsidR="00AF1FE7" w:rsidRPr="00C50E6B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C50E6B">
              <w:rPr>
                <w:rFonts w:ascii="Times New Roman" w:hAnsi="Times New Roman"/>
                <w:b/>
                <w:sz w:val="18"/>
                <w:szCs w:val="24"/>
              </w:rPr>
              <w:t>Cod poștal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14:paraId="4D27D16D" w14:textId="77777777" w:rsidR="00AF1FE7" w:rsidRPr="00C50E6B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C50E6B">
              <w:rPr>
                <w:rFonts w:ascii="Times New Roman" w:hAnsi="Times New Roman"/>
                <w:b/>
                <w:sz w:val="18"/>
                <w:szCs w:val="24"/>
              </w:rPr>
              <w:t>Țara</w:t>
            </w:r>
          </w:p>
        </w:tc>
      </w:tr>
      <w:tr w:rsidR="00C50E6B" w:rsidRPr="00C50E6B" w14:paraId="57B5716A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14:paraId="312AF2E8" w14:textId="77777777" w:rsidR="00AF1FE7" w:rsidRPr="00C50E6B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C50E6B">
              <w:rPr>
                <w:rFonts w:ascii="Times New Roman" w:hAnsi="Times New Roman"/>
                <w:sz w:val="16"/>
                <w:szCs w:val="24"/>
              </w:rPr>
              <w:t>Date de contact</w:t>
            </w:r>
          </w:p>
        </w:tc>
      </w:tr>
      <w:tr w:rsidR="00AF1FE7" w:rsidRPr="00C50E6B" w14:paraId="1D4B2EC5" w14:textId="77777777">
        <w:trPr>
          <w:jc w:val="center"/>
        </w:trPr>
        <w:tc>
          <w:tcPr>
            <w:tcW w:w="547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14:paraId="66CCE61E" w14:textId="77777777" w:rsidR="00AF1FE7" w:rsidRPr="00C50E6B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50E6B">
              <w:rPr>
                <w:rFonts w:ascii="Times New Roman" w:hAnsi="Times New Roman"/>
                <w:b/>
                <w:sz w:val="18"/>
                <w:szCs w:val="24"/>
              </w:rPr>
              <w:t>Telefon</w:t>
            </w:r>
            <w:proofErr w:type="spellEnd"/>
            <w:r w:rsidRPr="00C50E6B">
              <w:rPr>
                <w:rFonts w:ascii="Times New Roman" w:hAnsi="Times New Roman"/>
                <w:b/>
                <w:sz w:val="18"/>
                <w:szCs w:val="24"/>
              </w:rPr>
              <w:t xml:space="preserve"> / fax</w:t>
            </w:r>
          </w:p>
        </w:tc>
        <w:tc>
          <w:tcPr>
            <w:tcW w:w="5472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14:paraId="5DA4FB57" w14:textId="77777777" w:rsidR="00AF1FE7" w:rsidRPr="00C50E6B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C50E6B">
              <w:rPr>
                <w:rFonts w:ascii="Times New Roman" w:hAnsi="Times New Roman"/>
                <w:b/>
                <w:sz w:val="18"/>
                <w:szCs w:val="24"/>
              </w:rPr>
              <w:t>E-mail</w:t>
            </w:r>
          </w:p>
        </w:tc>
      </w:tr>
    </w:tbl>
    <w:p w14:paraId="684E0033" w14:textId="77777777" w:rsidR="00AF1FE7" w:rsidRPr="00C50E6B" w:rsidRDefault="00AF1FE7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C50E6B" w:rsidRPr="00C50E6B" w14:paraId="79B21478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7" w:type="dxa"/>
              <w:left w:w="35" w:type="dxa"/>
              <w:bottom w:w="7" w:type="dxa"/>
              <w:right w:w="35" w:type="dxa"/>
            </w:tcMar>
          </w:tcPr>
          <w:p w14:paraId="136A8D0E" w14:textId="77777777" w:rsidR="00AF1FE7" w:rsidRPr="00C50E6B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C50E6B">
              <w:rPr>
                <w:rFonts w:ascii="Times New Roman" w:hAnsi="Times New Roman"/>
                <w:b/>
                <w:sz w:val="18"/>
                <w:szCs w:val="24"/>
              </w:rPr>
              <w:t>3. NOTIFICAREA</w:t>
            </w:r>
          </w:p>
        </w:tc>
      </w:tr>
      <w:tr w:rsidR="00AF1FE7" w:rsidRPr="00C50E6B" w14:paraId="2A359D95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5" w:type="dxa"/>
              <w:bottom w:w="7" w:type="dxa"/>
              <w:right w:w="35" w:type="dxa"/>
            </w:tcMar>
          </w:tcPr>
          <w:p w14:paraId="3FC83D40" w14:textId="77777777" w:rsidR="00AF1FE7" w:rsidRPr="00C50E6B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C50E6B">
              <w:rPr>
                <w:rFonts w:ascii="Times New Roman" w:hAnsi="Times New Roman"/>
                <w:b/>
                <w:sz w:val="18"/>
                <w:szCs w:val="24"/>
              </w:rPr>
              <w:t xml:space="preserve">Nr. / </w:t>
            </w:r>
            <w:proofErr w:type="gramStart"/>
            <w:r w:rsidRPr="00C50E6B">
              <w:rPr>
                <w:rFonts w:ascii="Times New Roman" w:hAnsi="Times New Roman"/>
                <w:b/>
                <w:sz w:val="18"/>
                <w:szCs w:val="24"/>
              </w:rPr>
              <w:t>data</w:t>
            </w:r>
            <w:proofErr w:type="gramEnd"/>
            <w:r w:rsidRPr="00C50E6B">
              <w:rPr>
                <w:rFonts w:ascii="Times New Roman" w:hAnsi="Times New Roman"/>
                <w:b/>
                <w:sz w:val="18"/>
                <w:szCs w:val="24"/>
              </w:rPr>
              <w:t xml:space="preserve"> notificării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5" w:type="dxa"/>
              <w:bottom w:w="7" w:type="dxa"/>
              <w:right w:w="35" w:type="dxa"/>
            </w:tcMar>
          </w:tcPr>
          <w:p w14:paraId="7FE28B40" w14:textId="77777777" w:rsidR="00AF1FE7" w:rsidRPr="00C50E6B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C50E6B">
              <w:rPr>
                <w:rFonts w:ascii="Times New Roman" w:hAnsi="Times New Roman"/>
                <w:b/>
                <w:sz w:val="18"/>
                <w:szCs w:val="24"/>
              </w:rPr>
              <w:t xml:space="preserve">Proiect nr. / </w:t>
            </w:r>
            <w:proofErr w:type="gramStart"/>
            <w:r w:rsidRPr="00C50E6B">
              <w:rPr>
                <w:rFonts w:ascii="Times New Roman" w:hAnsi="Times New Roman"/>
                <w:b/>
                <w:sz w:val="18"/>
                <w:szCs w:val="24"/>
              </w:rPr>
              <w:t>cod</w:t>
            </w:r>
            <w:proofErr w:type="gramEnd"/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5" w:type="dxa"/>
              <w:bottom w:w="7" w:type="dxa"/>
              <w:right w:w="35" w:type="dxa"/>
            </w:tcMar>
          </w:tcPr>
          <w:p w14:paraId="31050FA3" w14:textId="77777777" w:rsidR="00AF1FE7" w:rsidRPr="00C50E6B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C50E6B">
              <w:rPr>
                <w:rFonts w:ascii="Times New Roman" w:hAnsi="Times New Roman"/>
                <w:b/>
                <w:sz w:val="18"/>
                <w:szCs w:val="24"/>
              </w:rPr>
              <w:t>Imobilul</w:t>
            </w:r>
          </w:p>
        </w:tc>
      </w:tr>
    </w:tbl>
    <w:p w14:paraId="65EB2DE6" w14:textId="77777777" w:rsidR="00AF1FE7" w:rsidRPr="00C50E6B" w:rsidRDefault="00AF1FE7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C50E6B" w:rsidRPr="00C50E6B" w14:paraId="3ED7C0D3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7" w:type="dxa"/>
              <w:left w:w="35" w:type="dxa"/>
              <w:bottom w:w="7" w:type="dxa"/>
              <w:right w:w="35" w:type="dxa"/>
            </w:tcMar>
          </w:tcPr>
          <w:p w14:paraId="0A4CC96B" w14:textId="77777777" w:rsidR="00AF1FE7" w:rsidRPr="00C50E6B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C50E6B">
              <w:rPr>
                <w:rFonts w:ascii="Times New Roman" w:hAnsi="Times New Roman"/>
                <w:b/>
                <w:sz w:val="18"/>
                <w:szCs w:val="24"/>
              </w:rPr>
              <w:t>4. EXECUȚIA ȘI RECEPȚIA</w:t>
            </w:r>
          </w:p>
        </w:tc>
      </w:tr>
      <w:tr w:rsidR="00C50E6B" w:rsidRPr="00C50E6B" w14:paraId="10B65912" w14:textId="77777777">
        <w:trPr>
          <w:jc w:val="center"/>
        </w:trPr>
        <w:tc>
          <w:tcPr>
            <w:tcW w:w="72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5" w:type="dxa"/>
              <w:bottom w:w="7" w:type="dxa"/>
              <w:right w:w="35" w:type="dxa"/>
            </w:tcMar>
          </w:tcPr>
          <w:p w14:paraId="760D25E8" w14:textId="77777777" w:rsidR="00AF1FE7" w:rsidRPr="00C50E6B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C50E6B">
              <w:rPr>
                <w:rFonts w:ascii="Times New Roman" w:hAnsi="Times New Roman"/>
                <w:b/>
                <w:sz w:val="18"/>
                <w:szCs w:val="24"/>
              </w:rPr>
              <w:t xml:space="preserve">Data </w:t>
            </w:r>
            <w:proofErr w:type="spellStart"/>
            <w:r w:rsidRPr="00C50E6B">
              <w:rPr>
                <w:rFonts w:ascii="Times New Roman" w:hAnsi="Times New Roman"/>
                <w:b/>
                <w:sz w:val="18"/>
                <w:szCs w:val="24"/>
              </w:rPr>
              <w:t>începerii</w:t>
            </w:r>
            <w:proofErr w:type="spellEnd"/>
            <w:r w:rsidRPr="00C50E6B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C50E6B">
              <w:rPr>
                <w:rFonts w:ascii="Times New Roman" w:hAnsi="Times New Roman"/>
                <w:b/>
                <w:sz w:val="18"/>
                <w:szCs w:val="24"/>
              </w:rPr>
              <w:t>lucrărilor</w:t>
            </w:r>
            <w:proofErr w:type="spellEnd"/>
            <w:r w:rsidRPr="00C50E6B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C50E6B">
              <w:rPr>
                <w:rFonts w:ascii="Times New Roman" w:hAnsi="Times New Roman"/>
                <w:i/>
                <w:sz w:val="16"/>
                <w:szCs w:val="24"/>
              </w:rPr>
              <w:t xml:space="preserve">se </w:t>
            </w:r>
            <w:proofErr w:type="spellStart"/>
            <w:r w:rsidRPr="00C50E6B">
              <w:rPr>
                <w:rFonts w:ascii="Times New Roman" w:hAnsi="Times New Roman"/>
                <w:i/>
                <w:sz w:val="16"/>
                <w:szCs w:val="24"/>
              </w:rPr>
              <w:t>declară</w:t>
            </w:r>
            <w:proofErr w:type="spellEnd"/>
            <w:r w:rsidRPr="00C50E6B">
              <w:rPr>
                <w:rFonts w:ascii="Times New Roman" w:hAnsi="Times New Roman"/>
                <w:i/>
                <w:sz w:val="16"/>
                <w:szCs w:val="24"/>
              </w:rPr>
              <w:t xml:space="preserve"> aici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5" w:type="dxa"/>
              <w:bottom w:w="7" w:type="dxa"/>
              <w:right w:w="35" w:type="dxa"/>
            </w:tcMar>
          </w:tcPr>
          <w:p w14:paraId="71742B84" w14:textId="77777777" w:rsidR="00AF1FE7" w:rsidRPr="00C50E6B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C50E6B">
              <w:rPr>
                <w:rFonts w:ascii="Times New Roman" w:hAnsi="Times New Roman"/>
                <w:b/>
                <w:sz w:val="18"/>
                <w:szCs w:val="24"/>
              </w:rPr>
              <w:t>Data finalizării</w:t>
            </w:r>
          </w:p>
        </w:tc>
      </w:tr>
      <w:tr w:rsidR="00C50E6B" w:rsidRPr="00C50E6B" w14:paraId="06EDC531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5" w:type="dxa"/>
              <w:bottom w:w="7" w:type="dxa"/>
              <w:right w:w="35" w:type="dxa"/>
            </w:tcMar>
          </w:tcPr>
          <w:p w14:paraId="3E83D397" w14:textId="77777777" w:rsidR="00AF1FE7" w:rsidRPr="00C50E6B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C50E6B">
              <w:rPr>
                <w:rFonts w:ascii="Times New Roman" w:hAnsi="Times New Roman"/>
                <w:b/>
                <w:sz w:val="18"/>
                <w:szCs w:val="24"/>
              </w:rPr>
              <w:t xml:space="preserve">Data </w:t>
            </w:r>
            <w:proofErr w:type="spellStart"/>
            <w:r w:rsidRPr="00C50E6B">
              <w:rPr>
                <w:rFonts w:ascii="Times New Roman" w:hAnsi="Times New Roman"/>
                <w:b/>
                <w:sz w:val="18"/>
                <w:szCs w:val="24"/>
              </w:rPr>
              <w:t>propusă</w:t>
            </w:r>
            <w:proofErr w:type="spellEnd"/>
            <w:r w:rsidRPr="00C50E6B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C50E6B">
              <w:rPr>
                <w:rFonts w:ascii="Times New Roman" w:hAnsi="Times New Roman"/>
                <w:b/>
                <w:sz w:val="18"/>
                <w:szCs w:val="24"/>
              </w:rPr>
              <w:t>pentru</w:t>
            </w:r>
            <w:proofErr w:type="spellEnd"/>
            <w:r w:rsidRPr="00C50E6B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C50E6B">
              <w:rPr>
                <w:rFonts w:ascii="Times New Roman" w:hAnsi="Times New Roman"/>
                <w:b/>
                <w:sz w:val="18"/>
                <w:szCs w:val="24"/>
              </w:rPr>
              <w:t>recepție</w:t>
            </w:r>
            <w:proofErr w:type="spellEnd"/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5" w:type="dxa"/>
              <w:bottom w:w="7" w:type="dxa"/>
              <w:right w:w="35" w:type="dxa"/>
            </w:tcMar>
          </w:tcPr>
          <w:p w14:paraId="62592FB4" w14:textId="77777777" w:rsidR="00AF1FE7" w:rsidRPr="00C50E6B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C50E6B">
              <w:rPr>
                <w:rFonts w:ascii="Times New Roman" w:hAnsi="Times New Roman"/>
                <w:b/>
                <w:sz w:val="18"/>
                <w:szCs w:val="24"/>
              </w:rPr>
              <w:t>ora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5" w:type="dxa"/>
              <w:bottom w:w="7" w:type="dxa"/>
              <w:right w:w="35" w:type="dxa"/>
            </w:tcMar>
          </w:tcPr>
          <w:p w14:paraId="12880328" w14:textId="77777777" w:rsidR="00AF1FE7" w:rsidRPr="00C50E6B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C50E6B">
              <w:rPr>
                <w:rFonts w:ascii="Times New Roman" w:hAnsi="Times New Roman"/>
                <w:b/>
                <w:sz w:val="18"/>
                <w:szCs w:val="24"/>
              </w:rPr>
              <w:t>locul</w:t>
            </w:r>
          </w:p>
        </w:tc>
      </w:tr>
      <w:tr w:rsidR="00AF1FE7" w:rsidRPr="00C50E6B" w14:paraId="5E64C105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5" w:type="dxa"/>
              <w:bottom w:w="7" w:type="dxa"/>
              <w:right w:w="35" w:type="dxa"/>
            </w:tcMar>
          </w:tcPr>
          <w:p w14:paraId="6AB289FE" w14:textId="77777777" w:rsidR="00AF1FE7" w:rsidRPr="00C50E6B" w:rsidRDefault="00000000">
            <w:pPr>
              <w:spacing w:after="10" w:line="240" w:lineRule="auto"/>
              <w:rPr>
                <w:sz w:val="24"/>
                <w:szCs w:val="24"/>
              </w:rPr>
            </w:pPr>
            <w:proofErr w:type="spellStart"/>
            <w:r w:rsidRPr="00C50E6B">
              <w:rPr>
                <w:rFonts w:ascii="Times New Roman" w:hAnsi="Times New Roman"/>
                <w:i/>
                <w:sz w:val="16"/>
                <w:szCs w:val="24"/>
              </w:rPr>
              <w:t>Legea</w:t>
            </w:r>
            <w:proofErr w:type="spellEnd"/>
            <w:r w:rsidRPr="00C50E6B">
              <w:rPr>
                <w:rFonts w:ascii="Times New Roman" w:hAnsi="Times New Roman"/>
                <w:i/>
                <w:sz w:val="16"/>
                <w:szCs w:val="24"/>
              </w:rPr>
              <w:t xml:space="preserve"> nr.169/2026 </w:t>
            </w:r>
            <w:proofErr w:type="spellStart"/>
            <w:r w:rsidRPr="00C50E6B">
              <w:rPr>
                <w:rFonts w:ascii="Times New Roman" w:hAnsi="Times New Roman"/>
                <w:i/>
                <w:sz w:val="16"/>
                <w:szCs w:val="24"/>
              </w:rPr>
              <w:t>privind</w:t>
            </w:r>
            <w:proofErr w:type="spellEnd"/>
            <w:r w:rsidRPr="00C50E6B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C50E6B">
              <w:rPr>
                <w:rFonts w:ascii="Times New Roman" w:hAnsi="Times New Roman"/>
                <w:i/>
                <w:sz w:val="16"/>
                <w:szCs w:val="24"/>
              </w:rPr>
              <w:t>Codul</w:t>
            </w:r>
            <w:proofErr w:type="spellEnd"/>
            <w:r w:rsidRPr="00C50E6B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C50E6B">
              <w:rPr>
                <w:rFonts w:ascii="Times New Roman" w:hAnsi="Times New Roman"/>
                <w:i/>
                <w:sz w:val="16"/>
                <w:szCs w:val="24"/>
              </w:rPr>
              <w:t>amenajării</w:t>
            </w:r>
            <w:proofErr w:type="spellEnd"/>
            <w:r w:rsidRPr="00C50E6B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C50E6B">
              <w:rPr>
                <w:rFonts w:ascii="Times New Roman" w:hAnsi="Times New Roman"/>
                <w:i/>
                <w:sz w:val="16"/>
                <w:szCs w:val="24"/>
              </w:rPr>
              <w:t>teritoriului</w:t>
            </w:r>
            <w:proofErr w:type="spellEnd"/>
            <w:r w:rsidRPr="00C50E6B">
              <w:rPr>
                <w:rFonts w:ascii="Times New Roman" w:hAnsi="Times New Roman"/>
                <w:i/>
                <w:sz w:val="16"/>
                <w:szCs w:val="24"/>
              </w:rPr>
              <w:t xml:space="preserve">, </w:t>
            </w:r>
            <w:proofErr w:type="spellStart"/>
            <w:r w:rsidRPr="00C50E6B">
              <w:rPr>
                <w:rFonts w:ascii="Times New Roman" w:hAnsi="Times New Roman"/>
                <w:i/>
                <w:sz w:val="16"/>
                <w:szCs w:val="24"/>
              </w:rPr>
              <w:t>urbanismului</w:t>
            </w:r>
            <w:proofErr w:type="spellEnd"/>
            <w:r w:rsidRPr="00C50E6B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C50E6B">
              <w:rPr>
                <w:rFonts w:ascii="Times New Roman" w:hAnsi="Times New Roman"/>
                <w:i/>
                <w:sz w:val="16"/>
                <w:szCs w:val="24"/>
              </w:rPr>
              <w:t>și</w:t>
            </w:r>
            <w:proofErr w:type="spellEnd"/>
            <w:r w:rsidRPr="00C50E6B">
              <w:rPr>
                <w:rFonts w:ascii="Times New Roman" w:hAnsi="Times New Roman"/>
                <w:i/>
                <w:sz w:val="16"/>
                <w:szCs w:val="24"/>
              </w:rPr>
              <w:t xml:space="preserve"> construcțiilor nu instituie o înștiințare distinctă privind începerea lucrărilor notificate; data începerii se declară în prezentul formular și se consemnează în procesul-verbal de recepție.</w:t>
            </w:r>
          </w:p>
        </w:tc>
      </w:tr>
    </w:tbl>
    <w:p w14:paraId="5A4DBE4C" w14:textId="77777777" w:rsidR="00AF1FE7" w:rsidRPr="00C50E6B" w:rsidRDefault="00AF1FE7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C50E6B" w:rsidRPr="00C50E6B" w14:paraId="1C192FA1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8" w:type="dxa"/>
              <w:left w:w="35" w:type="dxa"/>
              <w:bottom w:w="22" w:type="dxa"/>
              <w:right w:w="35" w:type="dxa"/>
            </w:tcMar>
          </w:tcPr>
          <w:p w14:paraId="738A4F82" w14:textId="77777777" w:rsidR="00AF1FE7" w:rsidRPr="00C50E6B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C50E6B">
              <w:rPr>
                <w:rFonts w:ascii="Times New Roman" w:hAnsi="Times New Roman"/>
                <w:b/>
                <w:sz w:val="18"/>
                <w:szCs w:val="24"/>
              </w:rPr>
              <w:t>5. DATA ȘI SEMNĂTURA</w:t>
            </w:r>
          </w:p>
        </w:tc>
      </w:tr>
      <w:tr w:rsidR="00AF1FE7" w:rsidRPr="00C50E6B" w14:paraId="74AB3E9B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22" w:type="dxa"/>
              <w:right w:w="35" w:type="dxa"/>
            </w:tcMar>
          </w:tcPr>
          <w:p w14:paraId="3C54C2EC" w14:textId="77777777" w:rsidR="00AF1FE7" w:rsidRDefault="0000000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4"/>
              </w:rPr>
            </w:pPr>
            <w:r w:rsidRPr="00C50E6B">
              <w:rPr>
                <w:rFonts w:ascii="Times New Roman" w:hAnsi="Times New Roman"/>
                <w:b/>
                <w:sz w:val="18"/>
                <w:szCs w:val="24"/>
              </w:rPr>
              <w:t>Data</w:t>
            </w:r>
          </w:p>
          <w:p w14:paraId="0D4501A4" w14:textId="77777777" w:rsidR="00BE381F" w:rsidRPr="00C50E6B" w:rsidRDefault="00BE38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22" w:type="dxa"/>
              <w:right w:w="35" w:type="dxa"/>
            </w:tcMar>
          </w:tcPr>
          <w:p w14:paraId="2B5CB55D" w14:textId="77777777" w:rsidR="00AF1FE7" w:rsidRPr="00C50E6B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C50E6B">
              <w:rPr>
                <w:rFonts w:ascii="Times New Roman" w:hAnsi="Times New Roman"/>
                <w:b/>
                <w:sz w:val="18"/>
                <w:szCs w:val="24"/>
              </w:rPr>
              <w:t>Beneficiarul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22" w:type="dxa"/>
              <w:right w:w="35" w:type="dxa"/>
            </w:tcMar>
          </w:tcPr>
          <w:p w14:paraId="1EA680E3" w14:textId="77777777" w:rsidR="00AF1FE7" w:rsidRPr="00C50E6B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C50E6B">
              <w:rPr>
                <w:rFonts w:ascii="Times New Roman" w:hAnsi="Times New Roman"/>
                <w:b/>
                <w:sz w:val="18"/>
                <w:szCs w:val="24"/>
              </w:rPr>
              <w:t>Semnătura</w:t>
            </w:r>
          </w:p>
        </w:tc>
      </w:tr>
    </w:tbl>
    <w:p w14:paraId="688DBEB6" w14:textId="77777777" w:rsidR="00431DD2" w:rsidRPr="00C50E6B" w:rsidRDefault="00431DD2">
      <w:pPr>
        <w:rPr>
          <w:sz w:val="28"/>
          <w:szCs w:val="28"/>
        </w:rPr>
      </w:pPr>
    </w:p>
    <w:sectPr w:rsidR="00431DD2" w:rsidRPr="00C50E6B" w:rsidSect="002E0547">
      <w:headerReference w:type="default" r:id="rId9"/>
      <w:footerReference w:type="default" r:id="rId10"/>
      <w:pgSz w:w="11906" w:h="16838" w:code="9"/>
      <w:pgMar w:top="576" w:right="648" w:bottom="576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87F966" w14:textId="77777777" w:rsidR="005B7836" w:rsidRDefault="005B7836">
      <w:pPr>
        <w:spacing w:after="0" w:line="240" w:lineRule="auto"/>
      </w:pPr>
      <w:r>
        <w:separator/>
      </w:r>
    </w:p>
  </w:endnote>
  <w:endnote w:type="continuationSeparator" w:id="0">
    <w:p w14:paraId="17BD615C" w14:textId="77777777" w:rsidR="005B7836" w:rsidRDefault="005B78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BF261" w14:textId="77777777" w:rsidR="00AF1FE7" w:rsidRDefault="00AF1FE7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256461" w14:textId="77777777" w:rsidR="005B7836" w:rsidRDefault="005B7836">
      <w:pPr>
        <w:spacing w:after="0" w:line="240" w:lineRule="auto"/>
      </w:pPr>
      <w:r>
        <w:separator/>
      </w:r>
    </w:p>
  </w:footnote>
  <w:footnote w:type="continuationSeparator" w:id="0">
    <w:p w14:paraId="3A3C8E74" w14:textId="77777777" w:rsidR="005B7836" w:rsidRDefault="005B78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FFC4D" w14:textId="77777777" w:rsidR="00AF1FE7" w:rsidRDefault="00AF1FE7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7008846">
    <w:abstractNumId w:val="8"/>
  </w:num>
  <w:num w:numId="2" w16cid:durableId="684138950">
    <w:abstractNumId w:val="6"/>
  </w:num>
  <w:num w:numId="3" w16cid:durableId="1656685569">
    <w:abstractNumId w:val="5"/>
  </w:num>
  <w:num w:numId="4" w16cid:durableId="1305039801">
    <w:abstractNumId w:val="4"/>
  </w:num>
  <w:num w:numId="5" w16cid:durableId="1426221068">
    <w:abstractNumId w:val="7"/>
  </w:num>
  <w:num w:numId="6" w16cid:durableId="1331909764">
    <w:abstractNumId w:val="3"/>
  </w:num>
  <w:num w:numId="7" w16cid:durableId="1842232326">
    <w:abstractNumId w:val="2"/>
  </w:num>
  <w:num w:numId="8" w16cid:durableId="2136949590">
    <w:abstractNumId w:val="1"/>
  </w:num>
  <w:num w:numId="9" w16cid:durableId="3943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C4A1F"/>
    <w:rsid w:val="00200FFD"/>
    <w:rsid w:val="00235482"/>
    <w:rsid w:val="0029639D"/>
    <w:rsid w:val="002E0547"/>
    <w:rsid w:val="00324353"/>
    <w:rsid w:val="00326F90"/>
    <w:rsid w:val="003E0CC2"/>
    <w:rsid w:val="00431DD2"/>
    <w:rsid w:val="004A6029"/>
    <w:rsid w:val="005B7836"/>
    <w:rsid w:val="00650F77"/>
    <w:rsid w:val="00844CBE"/>
    <w:rsid w:val="00846381"/>
    <w:rsid w:val="0094177F"/>
    <w:rsid w:val="00AA1D8D"/>
    <w:rsid w:val="00AF1FE7"/>
    <w:rsid w:val="00B47730"/>
    <w:rsid w:val="00B97677"/>
    <w:rsid w:val="00BE381F"/>
    <w:rsid w:val="00BF5F00"/>
    <w:rsid w:val="00C50E6B"/>
    <w:rsid w:val="00CB0664"/>
    <w:rsid w:val="00D47420"/>
    <w:rsid w:val="00E131EA"/>
    <w:rsid w:val="00E30FE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F2430D"/>
  <w14:defaultImageDpi w14:val="300"/>
  <w15:docId w15:val="{9F890164-E9C5-4B03-AA50-23E3591BE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deparagrafimplicit"/>
    <w:uiPriority w:val="99"/>
    <w:unhideWhenUsed/>
    <w:rsid w:val="003E0CC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022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2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193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10</cp:revision>
  <dcterms:created xsi:type="dcterms:W3CDTF">2013-12-23T23:15:00Z</dcterms:created>
  <dcterms:modified xsi:type="dcterms:W3CDTF">2026-09-16T10:59:00Z</dcterms:modified>
  <cp:category/>
</cp:coreProperties>
</file>