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547BEB" w:rsidRPr="00547BEB" w14:paraId="0BDEACFB" w14:textId="77777777" w:rsidTr="00547BEB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F207092" w14:textId="3690CCC8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  </w:t>
            </w:r>
            <w:r w:rsidRPr="00547BEB">
              <w:rPr>
                <w:rFonts w:ascii="Times New Roman" w:hAnsi="Times New Roman"/>
                <w:b/>
                <w:sz w:val="16"/>
                <w:szCs w:val="16"/>
              </w:rPr>
              <w:drawing>
                <wp:inline distT="0" distB="0" distL="0" distR="0" wp14:anchorId="40051C6E" wp14:editId="0050CB38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A8B44E4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Județul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 Vâlcea</w:t>
            </w:r>
          </w:p>
        </w:tc>
      </w:tr>
      <w:tr w:rsidR="00547BEB" w:rsidRPr="00547BEB" w14:paraId="483C8F62" w14:textId="77777777" w:rsidTr="00547BEB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DDF7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1B64332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Primăria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Orașului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Băile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Govora</w:t>
            </w:r>
            <w:proofErr w:type="spellEnd"/>
          </w:p>
        </w:tc>
      </w:tr>
      <w:tr w:rsidR="00547BEB" w:rsidRPr="00547BEB" w14:paraId="61ECAEEF" w14:textId="77777777" w:rsidTr="00547BEB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5819D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295A3ACE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Cod de </w:t>
            </w: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identificare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fiscală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 (CIF)</w:t>
            </w:r>
          </w:p>
          <w:p w14:paraId="058EB15A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E368C3B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Adresa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oficială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: </w:t>
            </w:r>
            <w:r w:rsidRPr="00547BEB">
              <w:rPr>
                <w:rFonts w:ascii="Times New Roman" w:hAnsi="Times New Roman"/>
                <w:b/>
                <w:sz w:val="16"/>
                <w:szCs w:val="16"/>
              </w:rPr>
              <w:br/>
              <w:t xml:space="preserve">Strada Tudor </w:t>
            </w: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Vladimirescu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, nr. 95, cod </w:t>
            </w: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poștal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 245200,</w:t>
            </w:r>
          </w:p>
          <w:p w14:paraId="1DAE98AA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Oraș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Băile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Govora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, </w:t>
            </w: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Județ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 Vâlcea, </w:t>
            </w: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România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ab/>
            </w:r>
          </w:p>
          <w:p w14:paraId="4E237472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Tel: +4 0250 770 460</w:t>
            </w:r>
          </w:p>
          <w:p w14:paraId="41370637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www.primaria-baile-govora.ro</w:t>
            </w:r>
          </w:p>
          <w:p w14:paraId="76F64CC9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E-mail: primaria@primaria-baile-govora.ro baile.govora@vl.e-adm.ro</w:t>
            </w:r>
          </w:p>
        </w:tc>
      </w:tr>
      <w:tr w:rsidR="00547BEB" w:rsidRPr="00547BEB" w14:paraId="71CF6EEB" w14:textId="77777777" w:rsidTr="00547BEB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E0AA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65AAB6E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Număr</w:t>
            </w:r>
            <w:proofErr w:type="spellEnd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F6F7459" w14:textId="77777777" w:rsidR="00547BEB" w:rsidRPr="00547BEB" w:rsidRDefault="00547BEB" w:rsidP="00547BEB">
            <w:pPr>
              <w:spacing w:before="8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7BEB">
              <w:rPr>
                <w:rFonts w:ascii="Times New Roman" w:hAnsi="Times New Roman"/>
                <w:b/>
                <w:sz w:val="16"/>
                <w:szCs w:val="16"/>
              </w:rPr>
              <w:t>Data</w:t>
            </w:r>
          </w:p>
        </w:tc>
      </w:tr>
    </w:tbl>
    <w:p w14:paraId="2B5ABD5B" w14:textId="77777777" w:rsidR="00B12DE5" w:rsidRPr="00CA044C" w:rsidRDefault="00B12DE5" w:rsidP="008E6085">
      <w:pPr>
        <w:spacing w:before="80" w:after="6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22C59A06" w14:textId="7F20E0BD" w:rsidR="008E6085" w:rsidRPr="00CA044C" w:rsidRDefault="008E6085" w:rsidP="008E6085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CA044C">
        <w:rPr>
          <w:rFonts w:ascii="Times New Roman" w:hAnsi="Times New Roman"/>
          <w:b/>
          <w:sz w:val="28"/>
          <w:szCs w:val="24"/>
        </w:rPr>
        <w:t>CERERE</w:t>
      </w:r>
    </w:p>
    <w:p w14:paraId="687FEDF4" w14:textId="77777777" w:rsidR="00B12DE5" w:rsidRPr="00CA044C" w:rsidRDefault="00B12DE5" w:rsidP="008E6085">
      <w:pPr>
        <w:spacing w:before="80" w:after="60" w:line="240" w:lineRule="auto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CA044C" w:rsidRPr="00CA044C" w14:paraId="2D72B2C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C1003E9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CA044C" w:rsidRPr="00CA044C" w14:paraId="1736D29B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4421BF2" w14:textId="22A0BCAF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Instituția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="00547BEB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="00547BE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547BEB">
              <w:rPr>
                <w:rFonts w:ascii="Times New Roman" w:hAnsi="Times New Roman"/>
                <w:i/>
                <w:sz w:val="16"/>
                <w:szCs w:val="24"/>
              </w:rPr>
              <w:t>Orașului</w:t>
            </w:r>
            <w:proofErr w:type="spellEnd"/>
            <w:r w:rsidR="00547BE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547BEB">
              <w:rPr>
                <w:rFonts w:ascii="Times New Roman" w:hAnsi="Times New Roman"/>
                <w:i/>
                <w:sz w:val="16"/>
                <w:szCs w:val="24"/>
              </w:rPr>
              <w:t>Băile</w:t>
            </w:r>
            <w:proofErr w:type="spellEnd"/>
            <w:r w:rsidR="00547BE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547BEB">
              <w:rPr>
                <w:rFonts w:ascii="Times New Roman" w:hAnsi="Times New Roman"/>
                <w:i/>
                <w:sz w:val="16"/>
                <w:szCs w:val="24"/>
              </w:rPr>
              <w:t>Govora</w:t>
            </w:r>
            <w:proofErr w:type="spellEnd"/>
          </w:p>
        </w:tc>
      </w:tr>
      <w:tr w:rsidR="006C782F" w:rsidRPr="00CA044C" w14:paraId="2FBF919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D3A46EC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Cererea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va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fi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transmisă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către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președintele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consiliului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județean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general,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de sector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sau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municipiului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orașului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comunei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după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caz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.</w:t>
            </w:r>
          </w:p>
        </w:tc>
      </w:tr>
    </w:tbl>
    <w:p w14:paraId="63404C9A" w14:textId="77777777" w:rsidR="006C782F" w:rsidRPr="00CA044C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CA044C" w:rsidRPr="00CA044C" w14:paraId="69D7A955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34C7A37C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CA044C" w:rsidRPr="00CA044C" w14:paraId="56CC3A5C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188013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Nume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și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prenume</w:t>
            </w:r>
            <w:proofErr w:type="spellEnd"/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9A26A1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CNP</w:t>
            </w:r>
          </w:p>
        </w:tc>
      </w:tr>
      <w:tr w:rsidR="00CA044C" w:rsidRPr="00CA044C" w14:paraId="1D7D41D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73E7C4F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Act de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identitate</w:t>
            </w:r>
            <w:proofErr w:type="spellEnd"/>
          </w:p>
        </w:tc>
      </w:tr>
      <w:tr w:rsidR="00CA044C" w:rsidRPr="00CA044C" w14:paraId="478ECC39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954328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E22E87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Numărul</w:t>
            </w:r>
            <w:proofErr w:type="spellEnd"/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7C3DEAE2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Eliberat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E68DA62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La data</w:t>
            </w:r>
          </w:p>
        </w:tc>
      </w:tr>
      <w:tr w:rsidR="00CA044C" w:rsidRPr="00CA044C" w14:paraId="7136ACF9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C3D92D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Domiciliul</w:t>
            </w:r>
            <w:proofErr w:type="spellEnd"/>
          </w:p>
        </w:tc>
      </w:tr>
      <w:tr w:rsidR="00CA044C" w:rsidRPr="00CA044C" w14:paraId="7798F5AC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996C41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07EE8FE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Municipiul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orașul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612BAE6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Satul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sectorul</w:t>
            </w:r>
            <w:proofErr w:type="spellEnd"/>
          </w:p>
        </w:tc>
      </w:tr>
      <w:tr w:rsidR="00CA044C" w:rsidRPr="00CA044C" w14:paraId="202CD621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215CBCF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93895A5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AD1C5C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0C9DB0F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89B0B2A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0F08016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12AC0A2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  <w:proofErr w:type="spellEnd"/>
          </w:p>
        </w:tc>
      </w:tr>
      <w:tr w:rsidR="00CA044C" w:rsidRPr="00CA044C" w14:paraId="173A524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731F6A3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>Date de contact</w:t>
            </w:r>
          </w:p>
        </w:tc>
      </w:tr>
      <w:tr w:rsidR="00CA044C" w:rsidRPr="00CA044C" w14:paraId="64E51B0F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3372BA78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Telefon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368572C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E-mail</w:t>
            </w:r>
          </w:p>
        </w:tc>
      </w:tr>
      <w:tr w:rsidR="00CA044C" w:rsidRPr="00CA044C" w14:paraId="30D2FCC5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44BF3C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Reprezentare</w:t>
            </w:r>
            <w:proofErr w:type="spellEnd"/>
          </w:p>
        </w:tc>
      </w:tr>
      <w:tr w:rsidR="006C782F" w:rsidRPr="00CA044C" w14:paraId="01237093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937DA4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calitate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reprezentant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al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EBC841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CUI / CIF</w:t>
            </w:r>
          </w:p>
        </w:tc>
      </w:tr>
    </w:tbl>
    <w:p w14:paraId="47A25633" w14:textId="77777777" w:rsidR="006C782F" w:rsidRPr="00CA044C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CA044C" w:rsidRPr="00CA044C" w14:paraId="3C37762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9D1AF1B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3. TITULAR AL</w:t>
            </w:r>
          </w:p>
        </w:tc>
      </w:tr>
      <w:tr w:rsidR="006C782F" w:rsidRPr="00CA044C" w14:paraId="1C3B2ED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6BD6E3F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dreptului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proprietate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asupra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imobilului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unui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alt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drept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real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corespunzător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proprietății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publice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dreptului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creanță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unui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alt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drept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potrivit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art. 248 alin. (2) din Legea nr. 169/2026</w:t>
            </w:r>
          </w:p>
        </w:tc>
      </w:tr>
    </w:tbl>
    <w:p w14:paraId="257FF027" w14:textId="77777777" w:rsidR="006C782F" w:rsidRPr="00CA044C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CA044C" w:rsidRPr="00CA044C" w14:paraId="2AF5EEC6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82CD50C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4. TITULAR AL</w:t>
            </w:r>
          </w:p>
        </w:tc>
      </w:tr>
      <w:tr w:rsidR="00CA044C" w:rsidRPr="00CA044C" w14:paraId="0276158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7D5EB5C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Certificatului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de urbanism nr. / </w:t>
            </w:r>
            <w:proofErr w:type="gram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  <w:proofErr w:type="gram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24B3029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emis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de</w:t>
            </w:r>
          </w:p>
        </w:tc>
      </w:tr>
    </w:tbl>
    <w:p w14:paraId="0723720C" w14:textId="77777777" w:rsidR="006C782F" w:rsidRPr="00CA044C" w:rsidRDefault="006018BA">
      <w:pPr>
        <w:spacing w:before="60" w:after="40" w:line="240" w:lineRule="auto"/>
        <w:jc w:val="center"/>
        <w:rPr>
          <w:sz w:val="24"/>
          <w:szCs w:val="24"/>
        </w:rPr>
      </w:pPr>
      <w:proofErr w:type="spellStart"/>
      <w:r w:rsidRPr="00CA044C">
        <w:rPr>
          <w:rFonts w:ascii="Times New Roman" w:hAnsi="Times New Roman"/>
          <w:sz w:val="18"/>
          <w:szCs w:val="24"/>
        </w:rPr>
        <w:t>în</w:t>
      </w:r>
      <w:proofErr w:type="spellEnd"/>
      <w:r w:rsidRPr="00CA044C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</w:rPr>
        <w:t>conformitate</w:t>
      </w:r>
      <w:proofErr w:type="spellEnd"/>
      <w:r w:rsidRPr="00CA044C">
        <w:rPr>
          <w:rFonts w:ascii="Times New Roman" w:hAnsi="Times New Roman"/>
          <w:sz w:val="18"/>
          <w:szCs w:val="24"/>
        </w:rPr>
        <w:t xml:space="preserve"> cu </w:t>
      </w:r>
      <w:proofErr w:type="spellStart"/>
      <w:r w:rsidRPr="00CA044C">
        <w:rPr>
          <w:rFonts w:ascii="Times New Roman" w:hAnsi="Times New Roman"/>
          <w:sz w:val="18"/>
          <w:szCs w:val="24"/>
        </w:rPr>
        <w:t>prevederile</w:t>
      </w:r>
      <w:proofErr w:type="spellEnd"/>
      <w:r w:rsidRPr="00CA044C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</w:rPr>
        <w:t>Legii</w:t>
      </w:r>
      <w:proofErr w:type="spellEnd"/>
      <w:r w:rsidRPr="00CA044C">
        <w:rPr>
          <w:rFonts w:ascii="Times New Roman" w:hAnsi="Times New Roman"/>
          <w:sz w:val="18"/>
          <w:szCs w:val="24"/>
        </w:rPr>
        <w:t xml:space="preserve"> nr. 169/2026 </w:t>
      </w:r>
      <w:proofErr w:type="spellStart"/>
      <w:r w:rsidRPr="00CA044C">
        <w:rPr>
          <w:rFonts w:ascii="Times New Roman" w:hAnsi="Times New Roman"/>
          <w:sz w:val="18"/>
          <w:szCs w:val="24"/>
        </w:rPr>
        <w:t>privind</w:t>
      </w:r>
      <w:proofErr w:type="spellEnd"/>
      <w:r w:rsidRPr="00CA044C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</w:rPr>
        <w:t>Codul</w:t>
      </w:r>
      <w:proofErr w:type="spellEnd"/>
      <w:r w:rsidRPr="00CA044C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</w:rPr>
        <w:t>amenajării</w:t>
      </w:r>
      <w:proofErr w:type="spellEnd"/>
      <w:r w:rsidRPr="00CA044C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</w:rPr>
        <w:t>teritoriului</w:t>
      </w:r>
      <w:proofErr w:type="spellEnd"/>
      <w:r w:rsidRPr="00CA044C">
        <w:rPr>
          <w:rFonts w:ascii="Times New Roman" w:hAnsi="Times New Roman"/>
          <w:sz w:val="18"/>
          <w:szCs w:val="24"/>
        </w:rPr>
        <w:t xml:space="preserve">, </w:t>
      </w:r>
      <w:proofErr w:type="spellStart"/>
      <w:r w:rsidRPr="00CA044C">
        <w:rPr>
          <w:rFonts w:ascii="Times New Roman" w:hAnsi="Times New Roman"/>
          <w:sz w:val="18"/>
          <w:szCs w:val="24"/>
        </w:rPr>
        <w:t>urbanismului</w:t>
      </w:r>
      <w:proofErr w:type="spellEnd"/>
      <w:r w:rsidRPr="00CA044C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</w:rPr>
        <w:t>și</w:t>
      </w:r>
      <w:proofErr w:type="spellEnd"/>
      <w:r w:rsidRPr="00CA044C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</w:rPr>
        <w:t>construcțiilor</w:t>
      </w:r>
      <w:proofErr w:type="spellEnd"/>
      <w:r w:rsidRPr="00CA044C">
        <w:rPr>
          <w:rFonts w:ascii="Times New Roman" w:hAnsi="Times New Roman"/>
          <w:sz w:val="18"/>
          <w:szCs w:val="24"/>
        </w:rPr>
        <w:t>,</w:t>
      </w:r>
      <w:r w:rsidRPr="00CA044C">
        <w:rPr>
          <w:rFonts w:ascii="Times New Roman" w:hAnsi="Times New Roman"/>
          <w:sz w:val="18"/>
          <w:szCs w:val="24"/>
        </w:rPr>
        <w:br/>
        <w:t xml:space="preserve">solicit </w:t>
      </w:r>
      <w:proofErr w:type="spellStart"/>
      <w:r w:rsidRPr="00CA044C">
        <w:rPr>
          <w:rFonts w:ascii="Times New Roman" w:hAnsi="Times New Roman"/>
          <w:sz w:val="18"/>
          <w:szCs w:val="24"/>
        </w:rPr>
        <w:t>emiterea</w:t>
      </w:r>
      <w:proofErr w:type="spellEnd"/>
      <w:r w:rsidRPr="00CA044C">
        <w:rPr>
          <w:rFonts w:ascii="Times New Roman" w:hAnsi="Times New Roman"/>
          <w:sz w:val="18"/>
          <w:szCs w:val="24"/>
        </w:rPr>
        <w:br/>
      </w:r>
      <w:proofErr w:type="spellStart"/>
      <w:r w:rsidRPr="00CA044C">
        <w:rPr>
          <w:rFonts w:ascii="Times New Roman" w:hAnsi="Times New Roman"/>
          <w:b/>
          <w:szCs w:val="24"/>
        </w:rPr>
        <w:t>Autorizației</w:t>
      </w:r>
      <w:proofErr w:type="spellEnd"/>
      <w:r w:rsidRPr="00CA044C">
        <w:rPr>
          <w:rFonts w:ascii="Times New Roman" w:hAnsi="Times New Roman"/>
          <w:b/>
          <w:szCs w:val="24"/>
        </w:rPr>
        <w:t xml:space="preserve"> de ☐ </w:t>
      </w:r>
      <w:proofErr w:type="spellStart"/>
      <w:r w:rsidRPr="00CA044C">
        <w:rPr>
          <w:rFonts w:ascii="Times New Roman" w:hAnsi="Times New Roman"/>
          <w:b/>
          <w:szCs w:val="24"/>
        </w:rPr>
        <w:t>construire</w:t>
      </w:r>
      <w:proofErr w:type="spellEnd"/>
      <w:r w:rsidRPr="00CA044C">
        <w:rPr>
          <w:rFonts w:ascii="Times New Roman" w:hAnsi="Times New Roman"/>
          <w:b/>
          <w:szCs w:val="24"/>
        </w:rPr>
        <w:t xml:space="preserve"> / ☐ </w:t>
      </w:r>
      <w:proofErr w:type="spellStart"/>
      <w:r w:rsidRPr="00CA044C">
        <w:rPr>
          <w:rFonts w:ascii="Times New Roman" w:hAnsi="Times New Roman"/>
          <w:b/>
          <w:szCs w:val="24"/>
        </w:rPr>
        <w:t>desființare</w:t>
      </w:r>
      <w:proofErr w:type="spellEnd"/>
      <w:r w:rsidRPr="00CA044C">
        <w:rPr>
          <w:rFonts w:ascii="Times New Roman" w:hAnsi="Times New Roman"/>
          <w:b/>
          <w:szCs w:val="24"/>
        </w:rPr>
        <w:br/>
      </w:r>
      <w:r w:rsidRPr="00CA044C">
        <w:rPr>
          <w:rFonts w:ascii="Times New Roman" w:hAnsi="Times New Roman"/>
          <w:b/>
          <w:sz w:val="20"/>
          <w:szCs w:val="24"/>
        </w:rPr>
        <w:t xml:space="preserve">☐ </w:t>
      </w:r>
      <w:proofErr w:type="spellStart"/>
      <w:r w:rsidRPr="00CA044C">
        <w:rPr>
          <w:rFonts w:ascii="Times New Roman" w:hAnsi="Times New Roman"/>
          <w:b/>
          <w:sz w:val="20"/>
          <w:szCs w:val="24"/>
        </w:rPr>
        <w:t>clădiri</w:t>
      </w:r>
      <w:proofErr w:type="spellEnd"/>
      <w:r w:rsidRPr="00CA044C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b/>
          <w:sz w:val="20"/>
          <w:szCs w:val="24"/>
        </w:rPr>
        <w:t>și</w:t>
      </w:r>
      <w:proofErr w:type="spellEnd"/>
      <w:r w:rsidRPr="00CA044C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b/>
          <w:sz w:val="20"/>
          <w:szCs w:val="24"/>
        </w:rPr>
        <w:t>amenajări</w:t>
      </w:r>
      <w:proofErr w:type="spellEnd"/>
      <w:r w:rsidRPr="00CA044C">
        <w:rPr>
          <w:rFonts w:ascii="Times New Roman" w:hAnsi="Times New Roman"/>
          <w:b/>
          <w:sz w:val="20"/>
          <w:szCs w:val="24"/>
        </w:rPr>
        <w:t xml:space="preserve"> / ☐ </w:t>
      </w:r>
      <w:proofErr w:type="spellStart"/>
      <w:r w:rsidRPr="00CA044C">
        <w:rPr>
          <w:rFonts w:ascii="Times New Roman" w:hAnsi="Times New Roman"/>
          <w:b/>
          <w:sz w:val="20"/>
          <w:szCs w:val="24"/>
        </w:rPr>
        <w:t>lucrări</w:t>
      </w:r>
      <w:proofErr w:type="spellEnd"/>
      <w:r w:rsidRPr="00CA044C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b/>
          <w:sz w:val="20"/>
          <w:szCs w:val="24"/>
        </w:rPr>
        <w:t>inginerești</w:t>
      </w:r>
      <w:proofErr w:type="spellEnd"/>
      <w:r w:rsidRPr="00CA044C">
        <w:rPr>
          <w:rFonts w:ascii="Times New Roman" w:hAnsi="Times New Roman"/>
          <w:b/>
          <w:sz w:val="20"/>
          <w:szCs w:val="24"/>
        </w:rPr>
        <w:t xml:space="preserve"> / ☐ </w:t>
      </w:r>
      <w:proofErr w:type="spellStart"/>
      <w:r w:rsidRPr="00CA044C">
        <w:rPr>
          <w:rFonts w:ascii="Times New Roman" w:hAnsi="Times New Roman"/>
          <w:b/>
          <w:sz w:val="20"/>
          <w:szCs w:val="24"/>
        </w:rPr>
        <w:t>construcții</w:t>
      </w:r>
      <w:proofErr w:type="spellEnd"/>
      <w:r w:rsidRPr="00CA044C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b/>
          <w:sz w:val="20"/>
          <w:szCs w:val="24"/>
        </w:rPr>
        <w:t>speciale</w:t>
      </w:r>
      <w:proofErr w:type="spellEnd"/>
      <w:r w:rsidRPr="00CA044C">
        <w:rPr>
          <w:rFonts w:ascii="Times New Roman" w:hAnsi="Times New Roman"/>
          <w:b/>
          <w:sz w:val="20"/>
          <w:szCs w:val="24"/>
        </w:rPr>
        <w:br/>
        <w:t xml:space="preserve">precum </w:t>
      </w:r>
      <w:proofErr w:type="spellStart"/>
      <w:r w:rsidRPr="00CA044C">
        <w:rPr>
          <w:rFonts w:ascii="Times New Roman" w:hAnsi="Times New Roman"/>
          <w:b/>
          <w:sz w:val="20"/>
          <w:szCs w:val="24"/>
        </w:rPr>
        <w:t>și</w:t>
      </w:r>
      <w:proofErr w:type="spellEnd"/>
      <w:r w:rsidRPr="00CA044C">
        <w:rPr>
          <w:rFonts w:ascii="Times New Roman" w:hAnsi="Times New Roman"/>
          <w:b/>
          <w:sz w:val="20"/>
          <w:szCs w:val="24"/>
        </w:rPr>
        <w:t xml:space="preserve"> a ☐ </w:t>
      </w:r>
      <w:proofErr w:type="spellStart"/>
      <w:r w:rsidRPr="00CA044C">
        <w:rPr>
          <w:rFonts w:ascii="Times New Roman" w:hAnsi="Times New Roman"/>
          <w:b/>
          <w:sz w:val="20"/>
          <w:szCs w:val="24"/>
        </w:rPr>
        <w:t>Autorizației</w:t>
      </w:r>
      <w:proofErr w:type="spellEnd"/>
      <w:r w:rsidRPr="00CA044C">
        <w:rPr>
          <w:rFonts w:ascii="Times New Roman" w:hAnsi="Times New Roman"/>
          <w:b/>
          <w:sz w:val="20"/>
          <w:szCs w:val="24"/>
        </w:rPr>
        <w:t xml:space="preserve"> de </w:t>
      </w:r>
      <w:proofErr w:type="spellStart"/>
      <w:r w:rsidRPr="00CA044C">
        <w:rPr>
          <w:rFonts w:ascii="Times New Roman" w:hAnsi="Times New Roman"/>
          <w:b/>
          <w:sz w:val="20"/>
          <w:szCs w:val="24"/>
        </w:rPr>
        <w:t>amenajare</w:t>
      </w:r>
      <w:proofErr w:type="spellEnd"/>
      <w:r w:rsidRPr="00CA044C">
        <w:rPr>
          <w:rFonts w:ascii="Times New Roman" w:hAnsi="Times New Roman"/>
          <w:b/>
          <w:sz w:val="20"/>
          <w:szCs w:val="24"/>
        </w:rPr>
        <w:t xml:space="preserve"> </w:t>
      </w:r>
      <w:proofErr w:type="gramStart"/>
      <w:r w:rsidRPr="00CA044C">
        <w:rPr>
          <w:rFonts w:ascii="Times New Roman" w:hAnsi="Times New Roman"/>
          <w:b/>
          <w:sz w:val="20"/>
          <w:szCs w:val="24"/>
        </w:rPr>
        <w:t>a</w:t>
      </w:r>
      <w:proofErr w:type="gramEnd"/>
      <w:r w:rsidRPr="00CA044C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b/>
          <w:sz w:val="20"/>
          <w:szCs w:val="24"/>
        </w:rPr>
        <w:t>organizării</w:t>
      </w:r>
      <w:proofErr w:type="spellEnd"/>
      <w:r w:rsidRPr="00CA044C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b/>
          <w:sz w:val="20"/>
          <w:szCs w:val="24"/>
        </w:rPr>
        <w:t>execuției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CA044C" w:rsidRPr="00CA044C" w14:paraId="68C590D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5DADFB8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5. ÎN SCOPUL REALIZĂRII OBIECTIVULUI / OBIECTULUI DE INVESTIȚII</w:t>
            </w:r>
          </w:p>
        </w:tc>
      </w:tr>
      <w:tr w:rsidR="00CA044C" w:rsidRPr="00CA044C" w14:paraId="60F38C6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E536917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include cel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puțin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funcțiunea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principală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secundare</w:t>
            </w:r>
            <w:proofErr w:type="spellEnd"/>
          </w:p>
        </w:tc>
      </w:tr>
      <w:tr w:rsidR="006C782F" w:rsidRPr="00CA044C" w14:paraId="7BB63D2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A5DCE0A" w14:textId="77777777" w:rsidR="006C782F" w:rsidRPr="00CA044C" w:rsidRDefault="006018BA">
            <w:pPr>
              <w:spacing w:before="80" w:after="4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8"/>
                <w:szCs w:val="24"/>
              </w:rPr>
              <w:t>___________________________________________________________________________________________________</w:t>
            </w:r>
          </w:p>
        </w:tc>
      </w:tr>
    </w:tbl>
    <w:p w14:paraId="19560F1D" w14:textId="77777777" w:rsidR="006C782F" w:rsidRPr="00CA044C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912"/>
        <w:gridCol w:w="912"/>
        <w:gridCol w:w="912"/>
        <w:gridCol w:w="912"/>
        <w:gridCol w:w="1824"/>
        <w:gridCol w:w="1824"/>
      </w:tblGrid>
      <w:tr w:rsidR="00CA044C" w:rsidRPr="00CA044C" w14:paraId="1AAAB9B9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158E99B0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6. IMOBIL / IMOBILE</w:t>
            </w:r>
          </w:p>
        </w:tc>
      </w:tr>
      <w:tr w:rsidR="00CA044C" w:rsidRPr="00CA044C" w14:paraId="7EC896D7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22A3BE4F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fiecare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se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completează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obligatoriu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câte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o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anexă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tehnică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;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celelalte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imobile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se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înscriu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anexa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imobile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.</w:t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br/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1</w:t>
            </w:r>
          </w:p>
        </w:tc>
      </w:tr>
      <w:tr w:rsidR="00CA044C" w:rsidRPr="00CA044C" w14:paraId="64684809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04FB482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Tip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teren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   ☐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CCCC98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Număr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175CF67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Carte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funciară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</w:tr>
      <w:tr w:rsidR="00CA044C" w:rsidRPr="00CA044C" w14:paraId="323F4FC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0FA0776F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1A12A1F6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Municipiul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orașul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57DC1C87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Satul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sectorul</w:t>
            </w:r>
            <w:proofErr w:type="spellEnd"/>
          </w:p>
        </w:tc>
      </w:tr>
      <w:tr w:rsidR="00CA044C" w:rsidRPr="00CA044C" w14:paraId="31A04E3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41E4F60A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07BFA89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5EB2685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D5A9FA2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18AB009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3435D2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A58898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  <w:proofErr w:type="spellEnd"/>
          </w:p>
        </w:tc>
      </w:tr>
    </w:tbl>
    <w:p w14:paraId="3F6E9CD1" w14:textId="77777777" w:rsidR="006018BA" w:rsidRDefault="006018BA">
      <w:pPr>
        <w:rPr>
          <w:sz w:val="24"/>
          <w:szCs w:val="24"/>
        </w:rPr>
      </w:pPr>
    </w:p>
    <w:tbl>
      <w:tblPr>
        <w:tblW w:w="10890" w:type="dxa"/>
        <w:tblInd w:w="-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5"/>
        <w:gridCol w:w="779"/>
        <w:gridCol w:w="1557"/>
        <w:gridCol w:w="4229"/>
      </w:tblGrid>
      <w:tr w:rsidR="006018BA" w:rsidRPr="006018BA" w14:paraId="62FEE9CC" w14:textId="77777777" w:rsidTr="006018BA">
        <w:trPr>
          <w:trHeight w:val="200"/>
        </w:trPr>
        <w:tc>
          <w:tcPr>
            <w:tcW w:w="10890" w:type="dxa"/>
            <w:gridSpan w:val="4"/>
            <w:shd w:val="clear" w:color="auto" w:fill="F4F4F4"/>
          </w:tcPr>
          <w:p w14:paraId="397BF1FB" w14:textId="77777777" w:rsidR="006018BA" w:rsidRPr="006018BA" w:rsidRDefault="006018BA" w:rsidP="004F279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 w:rsidRPr="006018BA">
              <w:rPr>
                <w:b/>
                <w:sz w:val="15"/>
              </w:rPr>
              <w:t>7.</w:t>
            </w:r>
            <w:r w:rsidRPr="006018BA">
              <w:rPr>
                <w:b/>
                <w:spacing w:val="5"/>
                <w:sz w:val="15"/>
              </w:rPr>
              <w:t xml:space="preserve"> </w:t>
            </w:r>
            <w:r w:rsidRPr="006018BA">
              <w:rPr>
                <w:b/>
                <w:sz w:val="17"/>
              </w:rPr>
              <w:t>PROIECTUL</w:t>
            </w:r>
            <w:r w:rsidRPr="006018BA">
              <w:rPr>
                <w:b/>
                <w:spacing w:val="8"/>
                <w:sz w:val="17"/>
              </w:rPr>
              <w:t xml:space="preserve"> </w:t>
            </w:r>
            <w:r w:rsidRPr="006018BA">
              <w:rPr>
                <w:b/>
                <w:sz w:val="17"/>
              </w:rPr>
              <w:t>ATAȘAT</w:t>
            </w:r>
            <w:r w:rsidRPr="006018BA">
              <w:rPr>
                <w:b/>
                <w:spacing w:val="7"/>
                <w:sz w:val="17"/>
              </w:rPr>
              <w:t xml:space="preserve"> </w:t>
            </w:r>
            <w:r w:rsidRPr="006018BA">
              <w:rPr>
                <w:b/>
                <w:sz w:val="17"/>
              </w:rPr>
              <w:t>ȘI</w:t>
            </w:r>
            <w:r w:rsidRPr="006018BA">
              <w:rPr>
                <w:b/>
                <w:spacing w:val="9"/>
                <w:sz w:val="17"/>
              </w:rPr>
              <w:t xml:space="preserve"> </w:t>
            </w:r>
            <w:r w:rsidRPr="006018BA">
              <w:rPr>
                <w:b/>
                <w:sz w:val="17"/>
              </w:rPr>
              <w:t>ECHIPA</w:t>
            </w:r>
            <w:r w:rsidRPr="006018BA">
              <w:rPr>
                <w:b/>
                <w:spacing w:val="8"/>
                <w:sz w:val="17"/>
              </w:rPr>
              <w:t xml:space="preserve"> </w:t>
            </w:r>
            <w:r w:rsidRPr="006018BA">
              <w:rPr>
                <w:b/>
                <w:sz w:val="17"/>
              </w:rPr>
              <w:t>DE</w:t>
            </w:r>
            <w:r w:rsidRPr="006018BA">
              <w:rPr>
                <w:b/>
                <w:spacing w:val="7"/>
                <w:sz w:val="17"/>
              </w:rPr>
              <w:t xml:space="preserve"> </w:t>
            </w:r>
            <w:r w:rsidRPr="006018BA">
              <w:rPr>
                <w:b/>
                <w:spacing w:val="-2"/>
                <w:sz w:val="17"/>
              </w:rPr>
              <w:t>PROIECTARE</w:t>
            </w:r>
          </w:p>
        </w:tc>
      </w:tr>
      <w:tr w:rsidR="006018BA" w:rsidRPr="006018BA" w14:paraId="16E958C0" w14:textId="77777777" w:rsidTr="006018BA">
        <w:trPr>
          <w:trHeight w:val="412"/>
        </w:trPr>
        <w:tc>
          <w:tcPr>
            <w:tcW w:w="10890" w:type="dxa"/>
            <w:gridSpan w:val="4"/>
          </w:tcPr>
          <w:p w14:paraId="685C191D" w14:textId="77777777" w:rsidR="006018BA" w:rsidRPr="006018BA" w:rsidRDefault="006018BA" w:rsidP="006018BA">
            <w:pPr>
              <w:pStyle w:val="TableParagraph"/>
              <w:numPr>
                <w:ilvl w:val="0"/>
                <w:numId w:val="28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 w:rsidRPr="006018BA">
              <w:rPr>
                <w:w w:val="105"/>
                <w:sz w:val="15"/>
              </w:rPr>
              <w:t>Proiect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pentru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autorizarea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construirii</w:t>
            </w:r>
            <w:r w:rsidRPr="006018BA">
              <w:rPr>
                <w:spacing w:val="43"/>
                <w:w w:val="105"/>
                <w:sz w:val="15"/>
              </w:rPr>
              <w:t xml:space="preserve">  </w:t>
            </w:r>
            <w:r w:rsidRPr="006018BA">
              <w:rPr>
                <w:rFonts w:ascii="Segoe UI Symbol" w:hAnsi="Segoe UI Symbol"/>
                <w:w w:val="105"/>
                <w:sz w:val="15"/>
              </w:rPr>
              <w:t>☐</w:t>
            </w:r>
            <w:r w:rsidRPr="006018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Proiect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pentru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autorizarea</w:t>
            </w:r>
            <w:r w:rsidRPr="006018BA">
              <w:rPr>
                <w:spacing w:val="-5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desființării</w:t>
            </w:r>
            <w:r w:rsidRPr="006018BA">
              <w:rPr>
                <w:spacing w:val="43"/>
                <w:w w:val="105"/>
                <w:sz w:val="15"/>
              </w:rPr>
              <w:t xml:space="preserve">  </w:t>
            </w:r>
            <w:r w:rsidRPr="006018BA">
              <w:rPr>
                <w:rFonts w:ascii="Segoe UI Symbol" w:hAnsi="Segoe UI Symbol"/>
                <w:w w:val="105"/>
                <w:sz w:val="15"/>
              </w:rPr>
              <w:t>☐</w:t>
            </w:r>
            <w:r w:rsidRPr="006018BA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Proiect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pentru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intervenții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asupra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clădirilor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spacing w:val="-2"/>
                <w:w w:val="105"/>
                <w:sz w:val="15"/>
              </w:rPr>
              <w:t>existente</w:t>
            </w:r>
          </w:p>
          <w:p w14:paraId="303C5DDB" w14:textId="77777777" w:rsidR="006018BA" w:rsidRPr="006018BA" w:rsidRDefault="006018BA" w:rsidP="006018BA">
            <w:pPr>
              <w:pStyle w:val="TableParagraph"/>
              <w:numPr>
                <w:ilvl w:val="0"/>
                <w:numId w:val="28"/>
              </w:numPr>
              <w:tabs>
                <w:tab w:val="left" w:pos="314"/>
              </w:tabs>
              <w:spacing w:before="7" w:line="181" w:lineRule="exact"/>
              <w:ind w:left="314" w:hanging="172"/>
              <w:rPr>
                <w:sz w:val="15"/>
              </w:rPr>
            </w:pPr>
            <w:r w:rsidRPr="006018BA">
              <w:rPr>
                <w:sz w:val="15"/>
              </w:rPr>
              <w:t>Proiect</w:t>
            </w:r>
            <w:r w:rsidRPr="006018BA">
              <w:rPr>
                <w:spacing w:val="15"/>
                <w:sz w:val="15"/>
              </w:rPr>
              <w:t xml:space="preserve"> </w:t>
            </w:r>
            <w:r w:rsidRPr="006018BA">
              <w:rPr>
                <w:sz w:val="15"/>
              </w:rPr>
              <w:t>pentru</w:t>
            </w:r>
            <w:r w:rsidRPr="006018BA">
              <w:rPr>
                <w:spacing w:val="17"/>
                <w:sz w:val="15"/>
              </w:rPr>
              <w:t xml:space="preserve"> </w:t>
            </w:r>
            <w:r w:rsidRPr="006018BA">
              <w:rPr>
                <w:sz w:val="15"/>
              </w:rPr>
              <w:t>autorizarea</w:t>
            </w:r>
            <w:r w:rsidRPr="006018BA">
              <w:rPr>
                <w:spacing w:val="16"/>
                <w:sz w:val="15"/>
              </w:rPr>
              <w:t xml:space="preserve"> </w:t>
            </w:r>
            <w:r w:rsidRPr="006018BA">
              <w:rPr>
                <w:spacing w:val="-2"/>
                <w:sz w:val="15"/>
              </w:rPr>
              <w:t>amenajării</w:t>
            </w:r>
          </w:p>
        </w:tc>
      </w:tr>
      <w:tr w:rsidR="006018BA" w:rsidRPr="006018BA" w14:paraId="22BE96C6" w14:textId="77777777" w:rsidTr="006018BA">
        <w:trPr>
          <w:trHeight w:val="493"/>
        </w:trPr>
        <w:tc>
          <w:tcPr>
            <w:tcW w:w="4325" w:type="dxa"/>
          </w:tcPr>
          <w:p w14:paraId="10FE8E73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lastRenderedPageBreak/>
              <w:t>Nr.</w:t>
            </w:r>
            <w:r w:rsidRPr="006018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data</w:t>
            </w:r>
            <w:r w:rsidRPr="006018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2"/>
                <w:w w:val="105"/>
                <w:sz w:val="14"/>
              </w:rPr>
              <w:t>proiectului</w:t>
            </w:r>
          </w:p>
        </w:tc>
        <w:tc>
          <w:tcPr>
            <w:tcW w:w="6565" w:type="dxa"/>
            <w:gridSpan w:val="3"/>
          </w:tcPr>
          <w:p w14:paraId="10AB9D4F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sz w:val="14"/>
              </w:rPr>
              <w:t>Elaborator</w:t>
            </w:r>
            <w:r w:rsidRPr="006018BA">
              <w:rPr>
                <w:b/>
                <w:spacing w:val="8"/>
                <w:sz w:val="14"/>
              </w:rPr>
              <w:t xml:space="preserve"> </w:t>
            </w:r>
            <w:r w:rsidRPr="006018BA">
              <w:rPr>
                <w:b/>
                <w:sz w:val="14"/>
              </w:rPr>
              <w:t>(denumire</w:t>
            </w:r>
            <w:r w:rsidRPr="006018BA">
              <w:rPr>
                <w:b/>
                <w:spacing w:val="9"/>
                <w:sz w:val="14"/>
              </w:rPr>
              <w:t xml:space="preserve"> </w:t>
            </w:r>
            <w:r w:rsidRPr="006018BA">
              <w:rPr>
                <w:b/>
                <w:sz w:val="14"/>
              </w:rPr>
              <w:t>+</w:t>
            </w:r>
            <w:r w:rsidRPr="006018BA">
              <w:rPr>
                <w:b/>
                <w:spacing w:val="9"/>
                <w:sz w:val="14"/>
              </w:rPr>
              <w:t xml:space="preserve"> </w:t>
            </w:r>
            <w:r w:rsidRPr="006018BA">
              <w:rPr>
                <w:b/>
                <w:spacing w:val="-2"/>
                <w:sz w:val="14"/>
              </w:rPr>
              <w:t>sediu)</w:t>
            </w:r>
          </w:p>
        </w:tc>
      </w:tr>
      <w:tr w:rsidR="006018BA" w:rsidRPr="006018BA" w14:paraId="1D69F326" w14:textId="77777777" w:rsidTr="006018BA">
        <w:trPr>
          <w:trHeight w:val="502"/>
        </w:trPr>
        <w:tc>
          <w:tcPr>
            <w:tcW w:w="5104" w:type="dxa"/>
            <w:gridSpan w:val="2"/>
          </w:tcPr>
          <w:p w14:paraId="04AAF0D1" w14:textId="77777777" w:rsidR="006018BA" w:rsidRPr="006018BA" w:rsidRDefault="006018BA" w:rsidP="004F2790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Proiectant</w:t>
            </w:r>
            <w:r w:rsidRPr="006018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autor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—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arhitect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arhitect</w:t>
            </w:r>
            <w:r w:rsidRPr="006018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conductor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arhitect</w:t>
            </w:r>
            <w:r w:rsidRPr="006018BA">
              <w:rPr>
                <w:b/>
                <w:spacing w:val="40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de</w:t>
            </w:r>
            <w:r w:rsidRPr="006018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2CE52EF6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Nr.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5"/>
                <w:w w:val="105"/>
                <w:sz w:val="14"/>
              </w:rPr>
              <w:t>TNA</w:t>
            </w:r>
          </w:p>
        </w:tc>
        <w:tc>
          <w:tcPr>
            <w:tcW w:w="4229" w:type="dxa"/>
          </w:tcPr>
          <w:p w14:paraId="6F474D36" w14:textId="77777777" w:rsidR="006018BA" w:rsidRPr="006018BA" w:rsidRDefault="006018BA" w:rsidP="004F2790">
            <w:pPr>
              <w:pStyle w:val="TableParagraph"/>
              <w:ind w:left="105"/>
              <w:rPr>
                <w:b/>
                <w:sz w:val="14"/>
              </w:rPr>
            </w:pPr>
            <w:r w:rsidRPr="006018BA">
              <w:rPr>
                <w:b/>
                <w:spacing w:val="-2"/>
                <w:w w:val="105"/>
                <w:sz w:val="14"/>
              </w:rPr>
              <w:t>Ingineri,</w:t>
            </w:r>
            <w:r w:rsidRPr="006018BA">
              <w:rPr>
                <w:b/>
                <w:spacing w:val="-1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2"/>
                <w:w w:val="105"/>
                <w:sz w:val="14"/>
              </w:rPr>
              <w:t>pe</w:t>
            </w:r>
            <w:r w:rsidRPr="006018BA">
              <w:rPr>
                <w:b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2"/>
                <w:w w:val="105"/>
                <w:sz w:val="14"/>
              </w:rPr>
              <w:t>specialități</w:t>
            </w:r>
          </w:p>
        </w:tc>
      </w:tr>
    </w:tbl>
    <w:p w14:paraId="04A1CD41" w14:textId="77777777" w:rsidR="006018BA" w:rsidRPr="006018BA" w:rsidRDefault="006018BA" w:rsidP="006018BA">
      <w:pPr>
        <w:spacing w:before="3"/>
        <w:rPr>
          <w:sz w:val="10"/>
        </w:rPr>
      </w:pPr>
    </w:p>
    <w:tbl>
      <w:tblPr>
        <w:tblW w:w="10890" w:type="dxa"/>
        <w:tblInd w:w="-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2"/>
        <w:gridCol w:w="4228"/>
      </w:tblGrid>
      <w:tr w:rsidR="006018BA" w:rsidRPr="006018BA" w14:paraId="4FB3F94C" w14:textId="77777777" w:rsidTr="006018BA">
        <w:trPr>
          <w:trHeight w:val="201"/>
        </w:trPr>
        <w:tc>
          <w:tcPr>
            <w:tcW w:w="10890" w:type="dxa"/>
            <w:gridSpan w:val="2"/>
            <w:shd w:val="clear" w:color="auto" w:fill="F4F4F4"/>
          </w:tcPr>
          <w:p w14:paraId="4E4BDEED" w14:textId="77777777" w:rsidR="006018BA" w:rsidRPr="006018BA" w:rsidRDefault="006018BA" w:rsidP="004F279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 w:rsidRPr="006018BA">
              <w:rPr>
                <w:b/>
                <w:sz w:val="15"/>
              </w:rPr>
              <w:t>8.</w:t>
            </w:r>
            <w:r w:rsidRPr="006018BA">
              <w:rPr>
                <w:b/>
                <w:spacing w:val="8"/>
                <w:sz w:val="15"/>
              </w:rPr>
              <w:t xml:space="preserve"> </w:t>
            </w:r>
            <w:r w:rsidRPr="006018BA">
              <w:rPr>
                <w:b/>
                <w:sz w:val="17"/>
              </w:rPr>
              <w:t>CLASA</w:t>
            </w:r>
            <w:r w:rsidRPr="006018BA">
              <w:rPr>
                <w:b/>
                <w:spacing w:val="11"/>
                <w:sz w:val="17"/>
              </w:rPr>
              <w:t xml:space="preserve"> </w:t>
            </w:r>
            <w:r w:rsidRPr="006018BA">
              <w:rPr>
                <w:b/>
                <w:sz w:val="17"/>
              </w:rPr>
              <w:t>DE</w:t>
            </w:r>
            <w:r w:rsidRPr="006018BA">
              <w:rPr>
                <w:b/>
                <w:spacing w:val="10"/>
                <w:sz w:val="17"/>
              </w:rPr>
              <w:t xml:space="preserve"> </w:t>
            </w:r>
            <w:r w:rsidRPr="006018BA">
              <w:rPr>
                <w:b/>
                <w:sz w:val="17"/>
              </w:rPr>
              <w:t>CONSECINȚE</w:t>
            </w:r>
            <w:r w:rsidRPr="006018BA">
              <w:rPr>
                <w:b/>
                <w:spacing w:val="5"/>
                <w:sz w:val="17"/>
              </w:rPr>
              <w:t xml:space="preserve"> </w:t>
            </w:r>
            <w:r w:rsidRPr="006018BA">
              <w:rPr>
                <w:b/>
                <w:sz w:val="15"/>
              </w:rPr>
              <w:t>/</w:t>
            </w:r>
            <w:r w:rsidRPr="006018BA">
              <w:rPr>
                <w:b/>
                <w:spacing w:val="8"/>
                <w:sz w:val="15"/>
              </w:rPr>
              <w:t xml:space="preserve"> </w:t>
            </w:r>
            <w:r w:rsidRPr="006018BA">
              <w:rPr>
                <w:b/>
                <w:sz w:val="17"/>
              </w:rPr>
              <w:t>VERIFICAREA</w:t>
            </w:r>
            <w:r w:rsidRPr="006018BA">
              <w:rPr>
                <w:b/>
                <w:spacing w:val="11"/>
                <w:sz w:val="17"/>
              </w:rPr>
              <w:t xml:space="preserve"> </w:t>
            </w:r>
            <w:r w:rsidRPr="006018BA">
              <w:rPr>
                <w:b/>
                <w:spacing w:val="-2"/>
                <w:sz w:val="17"/>
              </w:rPr>
              <w:t>TEHNICĂ</w:t>
            </w:r>
          </w:p>
        </w:tc>
      </w:tr>
      <w:tr w:rsidR="006018BA" w:rsidRPr="006018BA" w14:paraId="461517D6" w14:textId="77777777" w:rsidTr="006018BA">
        <w:trPr>
          <w:trHeight w:val="206"/>
        </w:trPr>
        <w:tc>
          <w:tcPr>
            <w:tcW w:w="10890" w:type="dxa"/>
            <w:gridSpan w:val="2"/>
          </w:tcPr>
          <w:p w14:paraId="466FB239" w14:textId="77777777" w:rsidR="006018BA" w:rsidRPr="006018BA" w:rsidRDefault="006018BA" w:rsidP="006018BA">
            <w:pPr>
              <w:pStyle w:val="TableParagraph"/>
              <w:numPr>
                <w:ilvl w:val="0"/>
                <w:numId w:val="27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 w:rsidRPr="006018BA">
              <w:rPr>
                <w:w w:val="105"/>
                <w:sz w:val="15"/>
              </w:rPr>
              <w:t>CC</w:t>
            </w:r>
            <w:r w:rsidRPr="006018BA">
              <w:rPr>
                <w:spacing w:val="-3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1</w:t>
            </w:r>
            <w:r w:rsidRPr="006018BA">
              <w:rPr>
                <w:spacing w:val="-3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/</w:t>
            </w:r>
            <w:r w:rsidRPr="006018BA">
              <w:rPr>
                <w:spacing w:val="-3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NVP</w:t>
            </w:r>
            <w:r w:rsidRPr="006018BA">
              <w:rPr>
                <w:spacing w:val="-3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1</w:t>
            </w:r>
            <w:r w:rsidRPr="006018BA">
              <w:rPr>
                <w:spacing w:val="53"/>
                <w:w w:val="105"/>
                <w:sz w:val="15"/>
              </w:rPr>
              <w:t xml:space="preserve">  </w:t>
            </w:r>
            <w:r w:rsidRPr="006018BA">
              <w:rPr>
                <w:rFonts w:ascii="Segoe UI Symbol" w:hAnsi="Segoe UI Symbol"/>
                <w:w w:val="105"/>
                <w:sz w:val="15"/>
              </w:rPr>
              <w:t>☐</w:t>
            </w:r>
            <w:r w:rsidRPr="006018BA"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CC</w:t>
            </w:r>
            <w:r w:rsidRPr="006018BA">
              <w:rPr>
                <w:spacing w:val="-3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2</w:t>
            </w:r>
            <w:r w:rsidRPr="006018BA">
              <w:rPr>
                <w:spacing w:val="-3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/</w:t>
            </w:r>
            <w:r w:rsidRPr="006018BA">
              <w:rPr>
                <w:spacing w:val="-2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NVP</w:t>
            </w:r>
            <w:r w:rsidRPr="006018BA">
              <w:rPr>
                <w:spacing w:val="-2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2</w:t>
            </w:r>
            <w:r w:rsidRPr="006018BA">
              <w:rPr>
                <w:spacing w:val="53"/>
                <w:w w:val="105"/>
                <w:sz w:val="15"/>
              </w:rPr>
              <w:t xml:space="preserve">  </w:t>
            </w:r>
            <w:r w:rsidRPr="006018BA">
              <w:rPr>
                <w:rFonts w:ascii="Segoe UI Symbol" w:hAnsi="Segoe UI Symbol"/>
                <w:w w:val="105"/>
                <w:sz w:val="15"/>
              </w:rPr>
              <w:t>☐</w:t>
            </w:r>
            <w:r w:rsidRPr="006018BA"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CC</w:t>
            </w:r>
            <w:r w:rsidRPr="006018BA">
              <w:rPr>
                <w:spacing w:val="-3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3</w:t>
            </w:r>
            <w:r w:rsidRPr="006018BA">
              <w:rPr>
                <w:spacing w:val="-3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/</w:t>
            </w:r>
            <w:r w:rsidRPr="006018BA">
              <w:rPr>
                <w:spacing w:val="-2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NVP</w:t>
            </w:r>
            <w:r w:rsidRPr="006018BA">
              <w:rPr>
                <w:spacing w:val="-3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3</w:t>
            </w:r>
            <w:r w:rsidRPr="006018BA">
              <w:rPr>
                <w:spacing w:val="53"/>
                <w:w w:val="105"/>
                <w:sz w:val="15"/>
              </w:rPr>
              <w:t xml:space="preserve">  </w:t>
            </w:r>
            <w:r w:rsidRPr="006018BA">
              <w:rPr>
                <w:rFonts w:ascii="Segoe UI Symbol" w:hAnsi="Segoe UI Symbol"/>
                <w:w w:val="105"/>
                <w:sz w:val="15"/>
              </w:rPr>
              <w:t>☐</w:t>
            </w:r>
            <w:r w:rsidRPr="006018BA"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CC</w:t>
            </w:r>
            <w:r w:rsidRPr="006018BA">
              <w:rPr>
                <w:spacing w:val="-2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4</w:t>
            </w:r>
            <w:r w:rsidRPr="006018BA">
              <w:rPr>
                <w:spacing w:val="-2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/</w:t>
            </w:r>
            <w:r w:rsidRPr="006018BA">
              <w:rPr>
                <w:spacing w:val="-3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NVP</w:t>
            </w:r>
            <w:r w:rsidRPr="006018BA">
              <w:rPr>
                <w:spacing w:val="-3"/>
                <w:w w:val="105"/>
                <w:sz w:val="15"/>
              </w:rPr>
              <w:t xml:space="preserve"> </w:t>
            </w:r>
            <w:r w:rsidRPr="006018BA">
              <w:rPr>
                <w:spacing w:val="-10"/>
                <w:w w:val="105"/>
                <w:sz w:val="15"/>
              </w:rPr>
              <w:t>4</w:t>
            </w:r>
          </w:p>
        </w:tc>
      </w:tr>
      <w:tr w:rsidR="006018BA" w:rsidRPr="006018BA" w14:paraId="4E4EBD7A" w14:textId="77777777" w:rsidTr="006018BA">
        <w:trPr>
          <w:trHeight w:val="494"/>
        </w:trPr>
        <w:tc>
          <w:tcPr>
            <w:tcW w:w="6662" w:type="dxa"/>
          </w:tcPr>
          <w:p w14:paraId="3240527F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rezistență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mecanică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și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stabilitate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—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nume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și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prenume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verificator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nr.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2"/>
                <w:w w:val="105"/>
                <w:sz w:val="14"/>
              </w:rPr>
              <w:t>atestat</w:t>
            </w:r>
          </w:p>
        </w:tc>
        <w:tc>
          <w:tcPr>
            <w:tcW w:w="4228" w:type="dxa"/>
          </w:tcPr>
          <w:p w14:paraId="68A99F3C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Referat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nr.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6018BA" w:rsidRPr="006018BA" w14:paraId="5C7C4712" w14:textId="77777777" w:rsidTr="006018BA">
        <w:trPr>
          <w:trHeight w:val="495"/>
        </w:trPr>
        <w:tc>
          <w:tcPr>
            <w:tcW w:w="6662" w:type="dxa"/>
          </w:tcPr>
          <w:p w14:paraId="3DC7D4C0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securitate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la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incendiu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—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nume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și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prenume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verificator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nr.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2"/>
                <w:w w:val="105"/>
                <w:sz w:val="14"/>
              </w:rPr>
              <w:t>atestat</w:t>
            </w:r>
          </w:p>
        </w:tc>
        <w:tc>
          <w:tcPr>
            <w:tcW w:w="4228" w:type="dxa"/>
          </w:tcPr>
          <w:p w14:paraId="3639A503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Referat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nr.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6018BA" w:rsidRPr="006018BA" w14:paraId="7A8499FC" w14:textId="77777777" w:rsidTr="006018BA">
        <w:trPr>
          <w:trHeight w:val="494"/>
        </w:trPr>
        <w:tc>
          <w:tcPr>
            <w:tcW w:w="6662" w:type="dxa"/>
          </w:tcPr>
          <w:p w14:paraId="26BF555B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igienă,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sănătate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și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mediu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înconjurător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—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nume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și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prenume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verificator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nr.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2"/>
                <w:w w:val="105"/>
                <w:sz w:val="14"/>
              </w:rPr>
              <w:t>atestat</w:t>
            </w:r>
          </w:p>
        </w:tc>
        <w:tc>
          <w:tcPr>
            <w:tcW w:w="4228" w:type="dxa"/>
          </w:tcPr>
          <w:p w14:paraId="153A5968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Referat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nr.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6018BA" w:rsidRPr="006018BA" w14:paraId="22D2E734" w14:textId="77777777" w:rsidTr="006018BA">
        <w:trPr>
          <w:trHeight w:val="494"/>
        </w:trPr>
        <w:tc>
          <w:tcPr>
            <w:tcW w:w="6662" w:type="dxa"/>
          </w:tcPr>
          <w:p w14:paraId="4C144305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siguranță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și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accesibilitate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în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exploatare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—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nume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și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prenume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verificator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nr.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2"/>
                <w:w w:val="105"/>
                <w:sz w:val="14"/>
              </w:rPr>
              <w:t>atestat</w:t>
            </w:r>
          </w:p>
        </w:tc>
        <w:tc>
          <w:tcPr>
            <w:tcW w:w="4228" w:type="dxa"/>
          </w:tcPr>
          <w:p w14:paraId="405BF500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Referat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nr.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6018BA" w:rsidRPr="006018BA" w14:paraId="52A82B41" w14:textId="77777777" w:rsidTr="006018BA">
        <w:trPr>
          <w:trHeight w:val="495"/>
        </w:trPr>
        <w:tc>
          <w:tcPr>
            <w:tcW w:w="6662" w:type="dxa"/>
          </w:tcPr>
          <w:p w14:paraId="0FFC8671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protecție</w:t>
            </w:r>
            <w:r w:rsidRPr="006018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împotriva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zgomotului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—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nume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și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prenume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verificator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nr.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2"/>
                <w:w w:val="105"/>
                <w:sz w:val="14"/>
              </w:rPr>
              <w:t>atestat</w:t>
            </w:r>
          </w:p>
        </w:tc>
        <w:tc>
          <w:tcPr>
            <w:tcW w:w="4228" w:type="dxa"/>
          </w:tcPr>
          <w:p w14:paraId="65BE5AA4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Referat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nr.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6018BA" w:rsidRPr="006018BA" w14:paraId="3E4BF0BA" w14:textId="77777777" w:rsidTr="006018BA">
        <w:trPr>
          <w:trHeight w:val="493"/>
        </w:trPr>
        <w:tc>
          <w:tcPr>
            <w:tcW w:w="6662" w:type="dxa"/>
          </w:tcPr>
          <w:p w14:paraId="1890491D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economie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de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energie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și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izolare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termică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—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nume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și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prenume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verificator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nr.</w:t>
            </w:r>
            <w:r w:rsidRPr="006018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2"/>
                <w:w w:val="105"/>
                <w:sz w:val="14"/>
              </w:rPr>
              <w:t>atestat</w:t>
            </w:r>
          </w:p>
        </w:tc>
        <w:tc>
          <w:tcPr>
            <w:tcW w:w="4228" w:type="dxa"/>
          </w:tcPr>
          <w:p w14:paraId="7251919C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Referat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nr.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/</w:t>
            </w:r>
            <w:r w:rsidRPr="006018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</w:tbl>
    <w:p w14:paraId="025EEE82" w14:textId="77777777" w:rsidR="006018BA" w:rsidRPr="006018BA" w:rsidRDefault="006018BA" w:rsidP="006018BA">
      <w:pPr>
        <w:spacing w:before="3" w:after="1"/>
        <w:rPr>
          <w:sz w:val="10"/>
        </w:rPr>
      </w:pPr>
    </w:p>
    <w:tbl>
      <w:tblPr>
        <w:tblW w:w="10890" w:type="dxa"/>
        <w:tblInd w:w="-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5"/>
        <w:gridCol w:w="3117"/>
        <w:gridCol w:w="2668"/>
      </w:tblGrid>
      <w:tr w:rsidR="006018BA" w:rsidRPr="006018BA" w14:paraId="41B775E2" w14:textId="77777777" w:rsidTr="006018BA">
        <w:trPr>
          <w:trHeight w:val="200"/>
        </w:trPr>
        <w:tc>
          <w:tcPr>
            <w:tcW w:w="10890" w:type="dxa"/>
            <w:gridSpan w:val="3"/>
            <w:shd w:val="clear" w:color="auto" w:fill="F4F4F4"/>
          </w:tcPr>
          <w:p w14:paraId="0EF0AA07" w14:textId="77777777" w:rsidR="006018BA" w:rsidRPr="006018BA" w:rsidRDefault="006018BA" w:rsidP="004F279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 w:rsidRPr="006018BA">
              <w:rPr>
                <w:b/>
                <w:sz w:val="15"/>
              </w:rPr>
              <w:t>9.</w:t>
            </w:r>
            <w:r w:rsidRPr="006018BA">
              <w:rPr>
                <w:b/>
                <w:spacing w:val="4"/>
                <w:sz w:val="15"/>
              </w:rPr>
              <w:t xml:space="preserve"> </w:t>
            </w:r>
            <w:r w:rsidRPr="006018BA">
              <w:rPr>
                <w:b/>
                <w:sz w:val="17"/>
              </w:rPr>
              <w:t>VALORI</w:t>
            </w:r>
            <w:r w:rsidRPr="006018BA">
              <w:rPr>
                <w:b/>
                <w:spacing w:val="6"/>
                <w:sz w:val="17"/>
              </w:rPr>
              <w:t xml:space="preserve"> </w:t>
            </w:r>
            <w:r w:rsidRPr="006018BA">
              <w:rPr>
                <w:b/>
                <w:sz w:val="17"/>
              </w:rPr>
              <w:t>ȘI</w:t>
            </w:r>
            <w:r w:rsidRPr="006018BA">
              <w:rPr>
                <w:b/>
                <w:spacing w:val="6"/>
                <w:sz w:val="17"/>
              </w:rPr>
              <w:t xml:space="preserve"> </w:t>
            </w:r>
            <w:r w:rsidRPr="006018BA">
              <w:rPr>
                <w:b/>
                <w:spacing w:val="-2"/>
                <w:sz w:val="17"/>
              </w:rPr>
              <w:t>DURATĂ</w:t>
            </w:r>
          </w:p>
        </w:tc>
      </w:tr>
      <w:tr w:rsidR="006018BA" w:rsidRPr="006018BA" w14:paraId="1A515C41" w14:textId="77777777" w:rsidTr="006018BA">
        <w:trPr>
          <w:trHeight w:val="494"/>
        </w:trPr>
        <w:tc>
          <w:tcPr>
            <w:tcW w:w="5105" w:type="dxa"/>
          </w:tcPr>
          <w:p w14:paraId="36323771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sz w:val="14"/>
              </w:rPr>
              <w:t>Valoarea</w:t>
            </w:r>
            <w:r w:rsidRPr="006018BA">
              <w:rPr>
                <w:b/>
                <w:spacing w:val="14"/>
                <w:sz w:val="14"/>
              </w:rPr>
              <w:t xml:space="preserve"> </w:t>
            </w:r>
            <w:r w:rsidRPr="006018BA">
              <w:rPr>
                <w:b/>
                <w:sz w:val="14"/>
              </w:rPr>
              <w:t>lucrărilor</w:t>
            </w:r>
            <w:r w:rsidRPr="006018BA">
              <w:rPr>
                <w:b/>
                <w:spacing w:val="14"/>
                <w:sz w:val="14"/>
              </w:rPr>
              <w:t xml:space="preserve"> </w:t>
            </w:r>
            <w:r w:rsidRPr="006018BA">
              <w:rPr>
                <w:b/>
                <w:sz w:val="14"/>
              </w:rPr>
              <w:t>supuse</w:t>
            </w:r>
            <w:r w:rsidRPr="006018BA">
              <w:rPr>
                <w:b/>
                <w:spacing w:val="14"/>
                <w:sz w:val="14"/>
              </w:rPr>
              <w:t xml:space="preserve"> </w:t>
            </w:r>
            <w:r w:rsidRPr="006018BA">
              <w:rPr>
                <w:b/>
                <w:sz w:val="14"/>
              </w:rPr>
              <w:t>autorizării</w:t>
            </w:r>
            <w:r w:rsidRPr="006018BA">
              <w:rPr>
                <w:b/>
                <w:spacing w:val="15"/>
                <w:sz w:val="14"/>
              </w:rPr>
              <w:t xml:space="preserve"> </w:t>
            </w:r>
            <w:r w:rsidRPr="006018BA">
              <w:rPr>
                <w:b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3F85C9CF" w14:textId="77777777" w:rsidR="006018BA" w:rsidRPr="006018BA" w:rsidRDefault="006018BA" w:rsidP="004F2790">
            <w:pPr>
              <w:pStyle w:val="TableParagraph"/>
              <w:ind w:left="103"/>
              <w:rPr>
                <w:b/>
                <w:sz w:val="14"/>
              </w:rPr>
            </w:pPr>
            <w:r w:rsidRPr="006018BA">
              <w:rPr>
                <w:b/>
                <w:sz w:val="14"/>
              </w:rPr>
              <w:t>Valoarea</w:t>
            </w:r>
            <w:r w:rsidRPr="006018BA">
              <w:rPr>
                <w:b/>
                <w:spacing w:val="18"/>
                <w:sz w:val="14"/>
              </w:rPr>
              <w:t xml:space="preserve"> </w:t>
            </w:r>
            <w:r w:rsidRPr="006018BA">
              <w:rPr>
                <w:b/>
                <w:sz w:val="14"/>
              </w:rPr>
              <w:t>obiectivului</w:t>
            </w:r>
            <w:r w:rsidRPr="006018BA">
              <w:rPr>
                <w:b/>
                <w:spacing w:val="18"/>
                <w:sz w:val="14"/>
              </w:rPr>
              <w:t xml:space="preserve"> </w:t>
            </w:r>
            <w:r w:rsidRPr="006018BA">
              <w:rPr>
                <w:b/>
                <w:spacing w:val="-4"/>
                <w:sz w:val="14"/>
              </w:rPr>
              <w:t>(lei)</w:t>
            </w:r>
          </w:p>
        </w:tc>
        <w:tc>
          <w:tcPr>
            <w:tcW w:w="2668" w:type="dxa"/>
          </w:tcPr>
          <w:p w14:paraId="0A9BE949" w14:textId="77777777" w:rsidR="006018BA" w:rsidRPr="006018BA" w:rsidRDefault="006018BA" w:rsidP="004F2790">
            <w:pPr>
              <w:pStyle w:val="TableParagraph"/>
              <w:ind w:left="102"/>
              <w:rPr>
                <w:b/>
                <w:sz w:val="14"/>
              </w:rPr>
            </w:pPr>
            <w:r w:rsidRPr="006018BA">
              <w:rPr>
                <w:b/>
                <w:w w:val="105"/>
                <w:sz w:val="14"/>
              </w:rPr>
              <w:t>Durata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estimată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de</w:t>
            </w:r>
            <w:r w:rsidRPr="006018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b/>
                <w:w w:val="105"/>
                <w:sz w:val="14"/>
              </w:rPr>
              <w:t>execuție</w:t>
            </w:r>
            <w:r w:rsidRPr="006018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6018BA">
              <w:rPr>
                <w:b/>
                <w:spacing w:val="-2"/>
                <w:w w:val="105"/>
                <w:sz w:val="14"/>
              </w:rPr>
              <w:t>(luni)</w:t>
            </w:r>
          </w:p>
        </w:tc>
      </w:tr>
    </w:tbl>
    <w:p w14:paraId="3E4CEF12" w14:textId="77777777" w:rsidR="006018BA" w:rsidRPr="006018BA" w:rsidRDefault="006018BA" w:rsidP="006018BA">
      <w:pPr>
        <w:spacing w:before="6" w:after="1"/>
        <w:rPr>
          <w:sz w:val="14"/>
        </w:rPr>
      </w:pPr>
    </w:p>
    <w:tbl>
      <w:tblPr>
        <w:tblW w:w="10890" w:type="dxa"/>
        <w:tblInd w:w="-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6018BA" w:rsidRPr="006018BA" w14:paraId="489464B1" w14:textId="77777777" w:rsidTr="006018BA">
        <w:trPr>
          <w:trHeight w:val="200"/>
        </w:trPr>
        <w:tc>
          <w:tcPr>
            <w:tcW w:w="108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287C6DFE" w14:textId="77777777" w:rsidR="006018BA" w:rsidRPr="006018BA" w:rsidRDefault="006018BA" w:rsidP="004F279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 w:rsidRPr="006018BA">
              <w:rPr>
                <w:b/>
                <w:sz w:val="15"/>
              </w:rPr>
              <w:t>10.</w:t>
            </w:r>
            <w:r w:rsidRPr="006018BA">
              <w:rPr>
                <w:b/>
                <w:spacing w:val="6"/>
                <w:sz w:val="15"/>
              </w:rPr>
              <w:t xml:space="preserve"> </w:t>
            </w:r>
            <w:r w:rsidRPr="006018BA">
              <w:rPr>
                <w:b/>
                <w:sz w:val="17"/>
              </w:rPr>
              <w:t>ANEXEZ</w:t>
            </w:r>
            <w:r w:rsidRPr="006018BA">
              <w:rPr>
                <w:b/>
                <w:spacing w:val="9"/>
                <w:sz w:val="17"/>
              </w:rPr>
              <w:t xml:space="preserve"> </w:t>
            </w:r>
            <w:r w:rsidRPr="006018BA">
              <w:rPr>
                <w:b/>
                <w:sz w:val="17"/>
              </w:rPr>
              <w:t>LA</w:t>
            </w:r>
            <w:r w:rsidRPr="006018BA">
              <w:rPr>
                <w:b/>
                <w:spacing w:val="10"/>
                <w:sz w:val="17"/>
              </w:rPr>
              <w:t xml:space="preserve"> </w:t>
            </w:r>
            <w:r w:rsidRPr="006018BA">
              <w:rPr>
                <w:b/>
                <w:sz w:val="17"/>
              </w:rPr>
              <w:t>PREZENTA</w:t>
            </w:r>
            <w:r w:rsidRPr="006018BA">
              <w:rPr>
                <w:b/>
                <w:spacing w:val="9"/>
                <w:sz w:val="17"/>
              </w:rPr>
              <w:t xml:space="preserve"> </w:t>
            </w:r>
            <w:r w:rsidRPr="006018BA">
              <w:rPr>
                <w:b/>
                <w:spacing w:val="-2"/>
                <w:sz w:val="17"/>
              </w:rPr>
              <w:t>CERERE</w:t>
            </w:r>
          </w:p>
        </w:tc>
      </w:tr>
      <w:tr w:rsidR="006018BA" w:rsidRPr="006018BA" w14:paraId="7732F808" w14:textId="77777777" w:rsidTr="006018BA">
        <w:trPr>
          <w:trHeight w:val="206"/>
        </w:trPr>
        <w:tc>
          <w:tcPr>
            <w:tcW w:w="108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FE7B5B6" w14:textId="77777777" w:rsidR="006018BA" w:rsidRPr="006018BA" w:rsidRDefault="006018BA" w:rsidP="006018BA">
            <w:pPr>
              <w:pStyle w:val="TableParagraph"/>
              <w:numPr>
                <w:ilvl w:val="0"/>
                <w:numId w:val="26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 w:rsidRPr="006018BA">
              <w:rPr>
                <w:w w:val="105"/>
                <w:sz w:val="15"/>
              </w:rPr>
              <w:t>a)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extras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plan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cadastral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actualizat</w:t>
            </w:r>
            <w:r w:rsidRPr="006018BA">
              <w:rPr>
                <w:spacing w:val="-5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și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extras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5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carte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funciară</w:t>
            </w:r>
            <w:r w:rsidRPr="006018BA">
              <w:rPr>
                <w:spacing w:val="-5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actualizat,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nu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mai</w:t>
            </w:r>
            <w:r w:rsidRPr="006018BA">
              <w:rPr>
                <w:spacing w:val="-5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vechi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30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spacing w:val="-4"/>
                <w:w w:val="105"/>
                <w:sz w:val="15"/>
              </w:rPr>
              <w:t>zile</w:t>
            </w:r>
          </w:p>
        </w:tc>
      </w:tr>
      <w:tr w:rsidR="006018BA" w:rsidRPr="006018BA" w14:paraId="49615482" w14:textId="77777777" w:rsidTr="006018BA">
        <w:trPr>
          <w:trHeight w:val="205"/>
        </w:trPr>
        <w:tc>
          <w:tcPr>
            <w:tcW w:w="108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96240EA" w14:textId="77777777" w:rsidR="006018BA" w:rsidRPr="006018BA" w:rsidRDefault="006018BA" w:rsidP="006018BA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 w:rsidRPr="006018BA">
              <w:rPr>
                <w:w w:val="105"/>
                <w:sz w:val="15"/>
              </w:rPr>
              <w:t>b)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actele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care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atestă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dreptul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în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baza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căruia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titularul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poate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solicita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emiterea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autorizației,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dacă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este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cazul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(copie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conform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cu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spacing w:val="-2"/>
                <w:w w:val="105"/>
                <w:sz w:val="15"/>
              </w:rPr>
              <w:t>originalul)</w:t>
            </w:r>
          </w:p>
        </w:tc>
      </w:tr>
      <w:tr w:rsidR="006018BA" w:rsidRPr="006018BA" w14:paraId="65994155" w14:textId="77777777" w:rsidTr="006018BA">
        <w:trPr>
          <w:trHeight w:val="384"/>
        </w:trPr>
        <w:tc>
          <w:tcPr>
            <w:tcW w:w="108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5F3D0AD" w14:textId="77777777" w:rsidR="006018BA" w:rsidRPr="006018BA" w:rsidRDefault="006018BA" w:rsidP="006018BA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spacing w:before="0" w:line="170" w:lineRule="atLeast"/>
              <w:ind w:right="297" w:firstLine="0"/>
              <w:rPr>
                <w:sz w:val="15"/>
              </w:rPr>
            </w:pPr>
            <w:r w:rsidRPr="006018BA">
              <w:rPr>
                <w:w w:val="105"/>
                <w:sz w:val="15"/>
              </w:rPr>
              <w:t>c)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proiectul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pentru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autorizarea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construirii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/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desființării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/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intervențiilor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asupra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construcțiilor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existente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/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amenajării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/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organizării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șantier,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după</w:t>
            </w:r>
            <w:r w:rsidRPr="006018BA">
              <w:rPr>
                <w:spacing w:val="4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caz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(2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exemplare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originale sau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1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exemplar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original, în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format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letric,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acolo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unde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autoritatea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are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posibilitatea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arhiva în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format</w:t>
            </w:r>
            <w:r w:rsidRPr="006018BA">
              <w:rPr>
                <w:spacing w:val="-1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digital)</w:t>
            </w:r>
          </w:p>
        </w:tc>
      </w:tr>
      <w:tr w:rsidR="006018BA" w:rsidRPr="006018BA" w14:paraId="2925AA39" w14:textId="77777777" w:rsidTr="006018BA">
        <w:trPr>
          <w:trHeight w:val="206"/>
        </w:trPr>
        <w:tc>
          <w:tcPr>
            <w:tcW w:w="108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36C3478" w14:textId="77777777" w:rsidR="006018BA" w:rsidRPr="006018BA" w:rsidRDefault="006018BA" w:rsidP="006018BA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 w:rsidRPr="006018BA">
              <w:rPr>
                <w:w w:val="105"/>
                <w:sz w:val="15"/>
              </w:rPr>
              <w:t>d)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referatele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verificare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ale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proiectului,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corespunzător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clasei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consecințe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obiectivului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(câte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1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exemplar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8BA" w:rsidRPr="006018BA" w14:paraId="1155203A" w14:textId="77777777" w:rsidTr="006018BA">
        <w:trPr>
          <w:trHeight w:val="206"/>
        </w:trPr>
        <w:tc>
          <w:tcPr>
            <w:tcW w:w="10890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25002340" w14:textId="77777777" w:rsidR="006018BA" w:rsidRPr="006018BA" w:rsidRDefault="006018BA" w:rsidP="006018BA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  <w:tab w:val="left" w:leader="dot" w:pos="5660"/>
              </w:tabs>
              <w:spacing w:line="181" w:lineRule="exact"/>
              <w:ind w:hanging="172"/>
              <w:rPr>
                <w:sz w:val="15"/>
              </w:rPr>
            </w:pPr>
            <w:r w:rsidRPr="006018BA">
              <w:rPr>
                <w:w w:val="105"/>
                <w:sz w:val="15"/>
              </w:rPr>
              <w:t>e)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avizele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și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acordurile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stabilite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prin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certificatul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urbanism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nr.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……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spacing w:val="-5"/>
                <w:w w:val="105"/>
                <w:sz w:val="15"/>
              </w:rPr>
              <w:t>din</w:t>
            </w:r>
            <w:r w:rsidRPr="006018BA">
              <w:rPr>
                <w:sz w:val="15"/>
              </w:rPr>
              <w:tab/>
            </w:r>
            <w:r w:rsidRPr="006018BA">
              <w:rPr>
                <w:w w:val="105"/>
                <w:sz w:val="15"/>
              </w:rPr>
              <w:t>(câte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1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exemplar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8BA" w:rsidRPr="006018BA" w14:paraId="71919369" w14:textId="77777777" w:rsidTr="006018BA">
        <w:trPr>
          <w:trHeight w:val="1483"/>
        </w:trPr>
        <w:tc>
          <w:tcPr>
            <w:tcW w:w="10890" w:type="dxa"/>
          </w:tcPr>
          <w:p w14:paraId="09C1F99C" w14:textId="77777777" w:rsidR="006018BA" w:rsidRPr="006018BA" w:rsidRDefault="006018BA" w:rsidP="004F2790">
            <w:pPr>
              <w:pStyle w:val="TableParagraph"/>
              <w:rPr>
                <w:i/>
                <w:sz w:val="14"/>
              </w:rPr>
            </w:pPr>
            <w:r w:rsidRPr="006018BA"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39DF95E1" wp14:editId="5185AB4F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883699</wp:posOffset>
                      </wp:positionV>
                      <wp:extent cx="5840095" cy="8890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3E03A1" id="Group 119" o:spid="_x0000_s1026" style="position:absolute;margin-left:3.8pt;margin-top:69.6pt;width:459.85pt;height:.7pt;z-index:-251658240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">
                      <v:shape id="Graphic 12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 w:rsidRPr="006018BA">
              <w:rPr>
                <w:i/>
                <w:w w:val="105"/>
                <w:sz w:val="14"/>
              </w:rPr>
              <w:t>avizele</w:t>
            </w:r>
            <w:r w:rsidRPr="006018BA">
              <w:rPr>
                <w:i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i/>
                <w:w w:val="105"/>
                <w:sz w:val="14"/>
              </w:rPr>
              <w:t>și</w:t>
            </w:r>
            <w:r w:rsidRPr="006018BA">
              <w:rPr>
                <w:i/>
                <w:spacing w:val="-10"/>
                <w:w w:val="105"/>
                <w:sz w:val="14"/>
              </w:rPr>
              <w:t xml:space="preserve"> </w:t>
            </w:r>
            <w:r w:rsidRPr="006018BA">
              <w:rPr>
                <w:i/>
                <w:w w:val="105"/>
                <w:sz w:val="14"/>
              </w:rPr>
              <w:t>acordurile</w:t>
            </w:r>
            <w:r w:rsidRPr="006018BA">
              <w:rPr>
                <w:i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i/>
                <w:w w:val="105"/>
                <w:sz w:val="14"/>
              </w:rPr>
              <w:t>anexate</w:t>
            </w:r>
            <w:r w:rsidRPr="006018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6018BA">
              <w:rPr>
                <w:i/>
                <w:w w:val="105"/>
                <w:sz w:val="14"/>
              </w:rPr>
              <w:t>—</w:t>
            </w:r>
            <w:r w:rsidRPr="006018BA">
              <w:rPr>
                <w:i/>
                <w:spacing w:val="-9"/>
                <w:w w:val="105"/>
                <w:sz w:val="14"/>
              </w:rPr>
              <w:t xml:space="preserve"> </w:t>
            </w:r>
            <w:r w:rsidRPr="006018BA">
              <w:rPr>
                <w:i/>
                <w:spacing w:val="-2"/>
                <w:w w:val="105"/>
                <w:sz w:val="14"/>
              </w:rPr>
              <w:t>enumerare</w:t>
            </w:r>
          </w:p>
        </w:tc>
      </w:tr>
      <w:tr w:rsidR="006018BA" w:rsidRPr="006018BA" w14:paraId="0862F4CF" w14:textId="77777777" w:rsidTr="006018BA">
        <w:trPr>
          <w:trHeight w:val="384"/>
        </w:trPr>
        <w:tc>
          <w:tcPr>
            <w:tcW w:w="10890" w:type="dxa"/>
          </w:tcPr>
          <w:p w14:paraId="78D116C1" w14:textId="77777777" w:rsidR="006018BA" w:rsidRPr="006018BA" w:rsidRDefault="006018BA" w:rsidP="006018BA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spacing w:before="0" w:line="180" w:lineRule="atLeast"/>
              <w:ind w:right="402" w:firstLine="0"/>
              <w:rPr>
                <w:sz w:val="15"/>
              </w:rPr>
            </w:pPr>
            <w:r w:rsidRPr="006018BA">
              <w:rPr>
                <w:w w:val="105"/>
                <w:sz w:val="15"/>
              </w:rPr>
              <w:t>f)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punctul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vedere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sau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actul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administrativ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al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autorității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competente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pentru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protecția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mediului,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în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cazul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în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care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fost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solicitată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evaluarea,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și</w:t>
            </w:r>
            <w:r w:rsidRPr="006018BA">
              <w:rPr>
                <w:spacing w:val="4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acordul de mediu, dacă este cazul (1 exemplar copie)</w:t>
            </w:r>
          </w:p>
        </w:tc>
      </w:tr>
      <w:tr w:rsidR="006018BA" w:rsidRPr="006018BA" w14:paraId="28701C09" w14:textId="77777777" w:rsidTr="006018BA">
        <w:trPr>
          <w:trHeight w:val="206"/>
        </w:trPr>
        <w:tc>
          <w:tcPr>
            <w:tcW w:w="10890" w:type="dxa"/>
          </w:tcPr>
          <w:p w14:paraId="57566511" w14:textId="77777777" w:rsidR="006018BA" w:rsidRPr="006018BA" w:rsidRDefault="006018BA" w:rsidP="006018BA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 w:rsidRPr="006018BA">
              <w:rPr>
                <w:w w:val="105"/>
                <w:sz w:val="15"/>
              </w:rPr>
              <w:t>g)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declarația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propria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răspundere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în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cazul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în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care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pentru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anumite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avize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/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acorduri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se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invocă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acordarea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tacită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spacing w:val="-2"/>
                <w:w w:val="105"/>
                <w:sz w:val="15"/>
              </w:rPr>
              <w:t>(original)</w:t>
            </w:r>
          </w:p>
        </w:tc>
      </w:tr>
      <w:tr w:rsidR="006018BA" w:rsidRPr="006018BA" w14:paraId="733E49B0" w14:textId="77777777" w:rsidTr="006018BA">
        <w:trPr>
          <w:trHeight w:val="205"/>
        </w:trPr>
        <w:tc>
          <w:tcPr>
            <w:tcW w:w="10890" w:type="dxa"/>
          </w:tcPr>
          <w:p w14:paraId="6FF05D75" w14:textId="77777777" w:rsidR="006018BA" w:rsidRPr="006018BA" w:rsidRDefault="006018BA" w:rsidP="006018BA">
            <w:pPr>
              <w:pStyle w:val="TableParagraph"/>
              <w:numPr>
                <w:ilvl w:val="0"/>
                <w:numId w:val="19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 w:rsidRPr="006018BA">
              <w:rPr>
                <w:w w:val="105"/>
                <w:sz w:val="15"/>
              </w:rPr>
              <w:t>h)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acordul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vecinilor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(1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exemplar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8BA" w:rsidRPr="006018BA" w14:paraId="3BB212C3" w14:textId="77777777" w:rsidTr="006018BA">
        <w:trPr>
          <w:trHeight w:val="384"/>
        </w:trPr>
        <w:tc>
          <w:tcPr>
            <w:tcW w:w="10890" w:type="dxa"/>
          </w:tcPr>
          <w:p w14:paraId="379DCC44" w14:textId="77777777" w:rsidR="006018BA" w:rsidRPr="006018BA" w:rsidRDefault="006018BA" w:rsidP="006018BA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0" w:line="170" w:lineRule="atLeast"/>
              <w:ind w:right="166" w:firstLine="0"/>
              <w:rPr>
                <w:sz w:val="15"/>
              </w:rPr>
            </w:pPr>
            <w:r w:rsidRPr="006018BA">
              <w:rPr>
                <w:w w:val="105"/>
                <w:sz w:val="15"/>
              </w:rPr>
              <w:t>i)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raportul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expertiză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tehnică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preliminară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privind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influența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asupra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vecinătăților,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pentru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cerința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fundamentală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rezistență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mecanică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și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stabilitate,</w:t>
            </w:r>
            <w:r w:rsidRPr="006018BA">
              <w:rPr>
                <w:spacing w:val="4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dacă este cazul (1 exemplar copie)</w:t>
            </w:r>
          </w:p>
        </w:tc>
      </w:tr>
      <w:tr w:rsidR="006018BA" w:rsidRPr="006018BA" w14:paraId="7B413BDF" w14:textId="77777777" w:rsidTr="006018BA">
        <w:trPr>
          <w:trHeight w:val="384"/>
        </w:trPr>
        <w:tc>
          <w:tcPr>
            <w:tcW w:w="10890" w:type="dxa"/>
          </w:tcPr>
          <w:p w14:paraId="39869650" w14:textId="77777777" w:rsidR="006018BA" w:rsidRPr="006018BA" w:rsidRDefault="006018BA" w:rsidP="006018BA">
            <w:pPr>
              <w:pStyle w:val="TableParagraph"/>
              <w:numPr>
                <w:ilvl w:val="0"/>
                <w:numId w:val="17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73" w:hanging="1"/>
              <w:rPr>
                <w:sz w:val="15"/>
              </w:rPr>
            </w:pPr>
            <w:r w:rsidRPr="006018BA">
              <w:rPr>
                <w:w w:val="105"/>
                <w:sz w:val="15"/>
              </w:rPr>
              <w:t>j)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rapoartele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expertiză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tehnică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pentru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cerințele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fundamentale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rezistență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mecanică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și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stabilitate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și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securitate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la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incendiu,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precum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și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pentru</w:t>
            </w:r>
            <w:r w:rsidRPr="006018BA">
              <w:rPr>
                <w:spacing w:val="4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celelalte cerințe fundamentale, în cazul intervențiilor la construcții existente (1 exemplar copie)</w:t>
            </w:r>
          </w:p>
        </w:tc>
      </w:tr>
      <w:tr w:rsidR="006018BA" w:rsidRPr="006018BA" w14:paraId="534999C3" w14:textId="77777777" w:rsidTr="006018BA">
        <w:trPr>
          <w:trHeight w:val="206"/>
        </w:trPr>
        <w:tc>
          <w:tcPr>
            <w:tcW w:w="10890" w:type="dxa"/>
          </w:tcPr>
          <w:p w14:paraId="10A2DECA" w14:textId="77777777" w:rsidR="006018BA" w:rsidRPr="006018BA" w:rsidRDefault="006018BA" w:rsidP="006018BA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6" w:line="180" w:lineRule="exact"/>
              <w:ind w:left="276" w:hanging="172"/>
              <w:rPr>
                <w:sz w:val="15"/>
              </w:rPr>
            </w:pPr>
            <w:r w:rsidRPr="006018BA">
              <w:rPr>
                <w:w w:val="105"/>
                <w:sz w:val="15"/>
              </w:rPr>
              <w:t>k)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raportul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privind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cerințele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minime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conformare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unei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clădiri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cu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consum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energie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aproape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egal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cu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zero,</w:t>
            </w:r>
            <w:r w:rsidRPr="006018BA">
              <w:rPr>
                <w:spacing w:val="-6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dacă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este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cazul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(1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exemplar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8BA" w:rsidRPr="006018BA" w14:paraId="1C5A930C" w14:textId="77777777" w:rsidTr="006018BA">
        <w:trPr>
          <w:trHeight w:val="206"/>
        </w:trPr>
        <w:tc>
          <w:tcPr>
            <w:tcW w:w="10890" w:type="dxa"/>
          </w:tcPr>
          <w:p w14:paraId="499CB863" w14:textId="77777777" w:rsidR="006018BA" w:rsidRPr="006018BA" w:rsidRDefault="006018BA" w:rsidP="006018BA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 w:rsidRPr="006018BA">
              <w:rPr>
                <w:w w:val="105"/>
                <w:sz w:val="15"/>
              </w:rPr>
              <w:t>l)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raportul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audit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energetic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în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vederea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creșterii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performanței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energetice,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în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cazul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intervențiilor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la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clădiri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existente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(1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exemplar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8BA" w:rsidRPr="006018BA" w14:paraId="65204F37" w14:textId="77777777" w:rsidTr="006018BA">
        <w:trPr>
          <w:trHeight w:val="384"/>
        </w:trPr>
        <w:tc>
          <w:tcPr>
            <w:tcW w:w="10890" w:type="dxa"/>
          </w:tcPr>
          <w:p w14:paraId="59C7E81C" w14:textId="77777777" w:rsidR="006018BA" w:rsidRPr="006018BA" w:rsidRDefault="006018BA" w:rsidP="006018BA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before="0" w:line="170" w:lineRule="atLeast"/>
              <w:ind w:right="401" w:firstLine="0"/>
              <w:rPr>
                <w:sz w:val="15"/>
              </w:rPr>
            </w:pPr>
            <w:r w:rsidRPr="006018BA">
              <w:rPr>
                <w:w w:val="105"/>
                <w:sz w:val="15"/>
              </w:rPr>
              <w:t>m)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proiectul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pentru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acordul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/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autorizația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administratorului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drumului,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pentru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lucrările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executate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domeniul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public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la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infrastructura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tehnico-edilitară și căile de acces, dacă este cazul (1 exemplar original)</w:t>
            </w:r>
          </w:p>
        </w:tc>
      </w:tr>
      <w:tr w:rsidR="006018BA" w:rsidRPr="006018BA" w14:paraId="45DF413A" w14:textId="77777777" w:rsidTr="006018BA">
        <w:trPr>
          <w:trHeight w:val="205"/>
        </w:trPr>
        <w:tc>
          <w:tcPr>
            <w:tcW w:w="10890" w:type="dxa"/>
          </w:tcPr>
          <w:p w14:paraId="238BD10A" w14:textId="77777777" w:rsidR="006018BA" w:rsidRPr="006018BA" w:rsidRDefault="006018BA" w:rsidP="006018BA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 w:rsidRPr="006018BA">
              <w:rPr>
                <w:w w:val="105"/>
                <w:sz w:val="15"/>
              </w:rPr>
              <w:t>n)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dovada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privind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luarea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în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evidență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proiectului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către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Ordinul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Arhitecților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din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România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spacing w:val="-2"/>
                <w:w w:val="105"/>
                <w:sz w:val="15"/>
              </w:rPr>
              <w:t>(copie)</w:t>
            </w:r>
          </w:p>
        </w:tc>
      </w:tr>
      <w:tr w:rsidR="006018BA" w:rsidRPr="006018BA" w14:paraId="53304288" w14:textId="77777777" w:rsidTr="006018BA">
        <w:trPr>
          <w:trHeight w:val="206"/>
        </w:trPr>
        <w:tc>
          <w:tcPr>
            <w:tcW w:w="10890" w:type="dxa"/>
          </w:tcPr>
          <w:p w14:paraId="20D62AAF" w14:textId="77777777" w:rsidR="006018BA" w:rsidRPr="006018BA" w:rsidRDefault="006018BA" w:rsidP="006018BA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 w:rsidRPr="006018BA">
              <w:rPr>
                <w:w w:val="105"/>
                <w:sz w:val="15"/>
              </w:rPr>
              <w:t>o)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devizul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general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al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obiectivului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investiții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(1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exemplar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8BA" w:rsidRPr="006018BA" w14:paraId="149CA2A8" w14:textId="77777777" w:rsidTr="006018BA">
        <w:trPr>
          <w:trHeight w:val="206"/>
        </w:trPr>
        <w:tc>
          <w:tcPr>
            <w:tcW w:w="10890" w:type="dxa"/>
          </w:tcPr>
          <w:p w14:paraId="7D7535C4" w14:textId="77777777" w:rsidR="006018BA" w:rsidRPr="006018BA" w:rsidRDefault="006018BA" w:rsidP="006018BA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line="181" w:lineRule="exact"/>
              <w:ind w:left="276" w:hanging="172"/>
              <w:rPr>
                <w:sz w:val="15"/>
              </w:rPr>
            </w:pPr>
            <w:r w:rsidRPr="006018BA">
              <w:rPr>
                <w:w w:val="105"/>
                <w:sz w:val="15"/>
              </w:rPr>
              <w:t>p)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documentele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plată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taxelor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legale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în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vederea</w:t>
            </w:r>
            <w:r w:rsidRPr="006018BA">
              <w:rPr>
                <w:spacing w:val="-7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autorizării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spacing w:val="-2"/>
                <w:w w:val="105"/>
                <w:sz w:val="15"/>
              </w:rPr>
              <w:t>(copie)</w:t>
            </w:r>
          </w:p>
        </w:tc>
      </w:tr>
      <w:tr w:rsidR="006018BA" w:rsidRPr="006018BA" w14:paraId="49168F1F" w14:textId="77777777" w:rsidTr="006018BA">
        <w:trPr>
          <w:trHeight w:val="384"/>
        </w:trPr>
        <w:tc>
          <w:tcPr>
            <w:tcW w:w="10890" w:type="dxa"/>
          </w:tcPr>
          <w:p w14:paraId="5818C3A6" w14:textId="77777777" w:rsidR="006018BA" w:rsidRPr="006018BA" w:rsidRDefault="006018BA" w:rsidP="006018BA">
            <w:pPr>
              <w:pStyle w:val="TableParagraph"/>
              <w:numPr>
                <w:ilvl w:val="0"/>
                <w:numId w:val="10"/>
              </w:numPr>
              <w:tabs>
                <w:tab w:val="left" w:pos="104"/>
                <w:tab w:val="left" w:pos="274"/>
              </w:tabs>
              <w:spacing w:before="0" w:line="170" w:lineRule="atLeast"/>
              <w:ind w:right="559" w:hanging="1"/>
              <w:rPr>
                <w:sz w:val="15"/>
              </w:rPr>
            </w:pPr>
            <w:r w:rsidRPr="006018BA">
              <w:rPr>
                <w:w w:val="105"/>
                <w:sz w:val="15"/>
              </w:rPr>
              <w:t>q)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anexa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la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cererea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pentru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emiterea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autorizației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</w:t>
            </w:r>
            <w:r w:rsidRPr="006018BA">
              <w:rPr>
                <w:spacing w:val="-8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construire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/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desființare,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completată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cu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toate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elementele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necesare</w:t>
            </w:r>
            <w:r w:rsidRPr="006018BA">
              <w:rPr>
                <w:spacing w:val="-1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descrierii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lucrărilor</w:t>
            </w:r>
            <w:r w:rsidRPr="006018BA">
              <w:rPr>
                <w:spacing w:val="-9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(2</w:t>
            </w:r>
            <w:r w:rsidRPr="006018BA">
              <w:rPr>
                <w:spacing w:val="40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exemplare</w:t>
            </w:r>
            <w:r w:rsidRPr="006018BA">
              <w:rPr>
                <w:spacing w:val="-3"/>
                <w:w w:val="105"/>
                <w:sz w:val="15"/>
              </w:rPr>
              <w:t xml:space="preserve"> </w:t>
            </w:r>
            <w:r w:rsidRPr="006018BA">
              <w:rPr>
                <w:w w:val="105"/>
                <w:sz w:val="15"/>
              </w:rPr>
              <w:t>originale)</w:t>
            </w:r>
          </w:p>
        </w:tc>
      </w:tr>
    </w:tbl>
    <w:p w14:paraId="017D6D9C" w14:textId="77777777" w:rsidR="006018BA" w:rsidRPr="006018BA" w:rsidRDefault="006018BA" w:rsidP="006018BA">
      <w:pPr>
        <w:spacing w:after="1"/>
        <w:rPr>
          <w:sz w:val="11"/>
        </w:rPr>
      </w:pPr>
    </w:p>
    <w:tbl>
      <w:tblPr>
        <w:tblW w:w="10890" w:type="dxa"/>
        <w:tblInd w:w="-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6018BA" w:rsidRPr="006018BA" w14:paraId="5C500568" w14:textId="77777777" w:rsidTr="006018BA">
        <w:trPr>
          <w:trHeight w:val="719"/>
        </w:trPr>
        <w:tc>
          <w:tcPr>
            <w:tcW w:w="10890" w:type="dxa"/>
          </w:tcPr>
          <w:p w14:paraId="43E2A8E0" w14:textId="77777777" w:rsidR="006018BA" w:rsidRPr="006018BA" w:rsidRDefault="006018BA" w:rsidP="004F2790">
            <w:pPr>
              <w:pStyle w:val="TableParagraph"/>
              <w:spacing w:before="0" w:line="235" w:lineRule="auto"/>
              <w:ind w:right="192"/>
              <w:rPr>
                <w:i/>
                <w:sz w:val="16"/>
              </w:rPr>
            </w:pPr>
            <w:r w:rsidRPr="006018BA">
              <w:rPr>
                <w:i/>
                <w:w w:val="105"/>
                <w:sz w:val="16"/>
              </w:rPr>
              <w:t>Declar</w:t>
            </w:r>
            <w:r w:rsidRPr="006018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pe</w:t>
            </w:r>
            <w:r w:rsidRPr="006018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propria</w:t>
            </w:r>
            <w:r w:rsidRPr="006018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răspundere,</w:t>
            </w:r>
            <w:r w:rsidRPr="006018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sub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sancțiunea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Codului</w:t>
            </w:r>
            <w:r w:rsidRPr="006018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penal</w:t>
            </w:r>
            <w:r w:rsidRPr="006018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privind</w:t>
            </w:r>
            <w:r w:rsidRPr="006018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infracțiunea</w:t>
            </w:r>
            <w:r w:rsidRPr="006018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de</w:t>
            </w:r>
            <w:r w:rsidRPr="006018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fals</w:t>
            </w:r>
            <w:r w:rsidRPr="006018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în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declarații,</w:t>
            </w:r>
            <w:r w:rsidRPr="006018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că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datele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menționate</w:t>
            </w:r>
            <w:r w:rsidRPr="006018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în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prezenta cerere</w:t>
            </w:r>
            <w:r w:rsidRPr="006018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sunt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reale</w:t>
            </w:r>
            <w:r w:rsidRPr="006018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și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exacte</w:t>
            </w:r>
            <w:r w:rsidRPr="006018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și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mă</w:t>
            </w:r>
            <w:r w:rsidRPr="006018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angajez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ca</w:t>
            </w:r>
            <w:r w:rsidRPr="006018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executarea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lucrărilor</w:t>
            </w:r>
            <w:r w:rsidRPr="006018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de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construire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să</w:t>
            </w:r>
            <w:r w:rsidRPr="006018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se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realizeze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cu</w:t>
            </w:r>
            <w:r w:rsidRPr="006018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respectarea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autorizației</w:t>
            </w:r>
            <w:r w:rsidRPr="006018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de</w:t>
            </w:r>
            <w:r w:rsidRPr="006018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construire, a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proiectului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aferent</w:t>
            </w:r>
            <w:r w:rsidRPr="006018BA">
              <w:rPr>
                <w:i/>
                <w:spacing w:val="-7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vizat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spre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neschimbare</w:t>
            </w:r>
            <w:r w:rsidRPr="006018BA">
              <w:rPr>
                <w:i/>
                <w:spacing w:val="-7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și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numai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pe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baza</w:t>
            </w:r>
            <w:r w:rsidRPr="006018BA">
              <w:rPr>
                <w:i/>
                <w:spacing w:val="-7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proiectului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tehnic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de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execuție,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astfel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cum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prevede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art.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246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alin.</w:t>
            </w:r>
            <w:r w:rsidRPr="006018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(3)</w:t>
            </w:r>
            <w:r w:rsidRPr="006018BA">
              <w:rPr>
                <w:i/>
                <w:spacing w:val="-8"/>
                <w:w w:val="105"/>
                <w:sz w:val="16"/>
              </w:rPr>
              <w:t xml:space="preserve"> </w:t>
            </w:r>
            <w:r w:rsidRPr="006018BA">
              <w:rPr>
                <w:i/>
                <w:w w:val="105"/>
                <w:sz w:val="16"/>
              </w:rPr>
              <w:t>din</w:t>
            </w:r>
          </w:p>
          <w:p w14:paraId="697583D9" w14:textId="77777777" w:rsidR="006018BA" w:rsidRPr="006018BA" w:rsidRDefault="006018BA" w:rsidP="004F2790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 w:rsidRPr="006018BA">
              <w:rPr>
                <w:i/>
                <w:sz w:val="16"/>
              </w:rPr>
              <w:t>Legea</w:t>
            </w:r>
            <w:r w:rsidRPr="006018BA">
              <w:rPr>
                <w:i/>
                <w:spacing w:val="7"/>
                <w:sz w:val="16"/>
              </w:rPr>
              <w:t xml:space="preserve"> </w:t>
            </w:r>
            <w:r w:rsidRPr="006018BA">
              <w:rPr>
                <w:i/>
                <w:spacing w:val="-2"/>
                <w:sz w:val="16"/>
              </w:rPr>
              <w:t>nr.169/2026.</w:t>
            </w:r>
          </w:p>
        </w:tc>
      </w:tr>
    </w:tbl>
    <w:p w14:paraId="04EC3E00" w14:textId="77777777" w:rsidR="006018BA" w:rsidRPr="006018BA" w:rsidRDefault="006018BA" w:rsidP="006018BA">
      <w:pPr>
        <w:spacing w:before="2" w:after="1"/>
        <w:rPr>
          <w:sz w:val="10"/>
        </w:rPr>
      </w:pPr>
    </w:p>
    <w:tbl>
      <w:tblPr>
        <w:tblW w:w="10890" w:type="dxa"/>
        <w:tblInd w:w="-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7"/>
        <w:gridCol w:w="4674"/>
        <w:gridCol w:w="3449"/>
      </w:tblGrid>
      <w:tr w:rsidR="006018BA" w:rsidRPr="006018BA" w14:paraId="5D09328A" w14:textId="77777777" w:rsidTr="006018BA">
        <w:trPr>
          <w:trHeight w:val="200"/>
        </w:trPr>
        <w:tc>
          <w:tcPr>
            <w:tcW w:w="10890" w:type="dxa"/>
            <w:gridSpan w:val="3"/>
            <w:shd w:val="clear" w:color="auto" w:fill="F4F4F4"/>
          </w:tcPr>
          <w:p w14:paraId="761349F5" w14:textId="77777777" w:rsidR="006018BA" w:rsidRPr="006018BA" w:rsidRDefault="006018BA" w:rsidP="004F279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 w:rsidRPr="006018BA">
              <w:rPr>
                <w:b/>
                <w:sz w:val="15"/>
              </w:rPr>
              <w:t>10.</w:t>
            </w:r>
            <w:r w:rsidRPr="006018BA">
              <w:rPr>
                <w:b/>
                <w:spacing w:val="6"/>
                <w:sz w:val="15"/>
              </w:rPr>
              <w:t xml:space="preserve"> </w:t>
            </w:r>
            <w:r w:rsidRPr="006018BA">
              <w:rPr>
                <w:b/>
                <w:sz w:val="17"/>
              </w:rPr>
              <w:t>DATA</w:t>
            </w:r>
            <w:r w:rsidRPr="006018BA">
              <w:rPr>
                <w:b/>
                <w:spacing w:val="8"/>
                <w:sz w:val="17"/>
              </w:rPr>
              <w:t xml:space="preserve"> </w:t>
            </w:r>
            <w:r w:rsidRPr="006018BA">
              <w:rPr>
                <w:b/>
                <w:sz w:val="17"/>
              </w:rPr>
              <w:t>ȘI</w:t>
            </w:r>
            <w:r w:rsidRPr="006018BA">
              <w:rPr>
                <w:b/>
                <w:spacing w:val="7"/>
                <w:sz w:val="17"/>
              </w:rPr>
              <w:t xml:space="preserve"> </w:t>
            </w:r>
            <w:r w:rsidRPr="006018BA">
              <w:rPr>
                <w:b/>
                <w:spacing w:val="-2"/>
                <w:sz w:val="17"/>
              </w:rPr>
              <w:t>SEMNĂTURA</w:t>
            </w:r>
          </w:p>
        </w:tc>
      </w:tr>
      <w:tr w:rsidR="006018BA" w:rsidRPr="006018BA" w14:paraId="14C3E2C7" w14:textId="77777777" w:rsidTr="006018BA">
        <w:trPr>
          <w:trHeight w:val="494"/>
        </w:trPr>
        <w:tc>
          <w:tcPr>
            <w:tcW w:w="2767" w:type="dxa"/>
          </w:tcPr>
          <w:p w14:paraId="44E4BFC2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69D5756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449" w:type="dxa"/>
          </w:tcPr>
          <w:p w14:paraId="2D2C3A43" w14:textId="77777777" w:rsidR="006018BA" w:rsidRPr="006018BA" w:rsidRDefault="006018BA" w:rsidP="004F2790">
            <w:pPr>
              <w:pStyle w:val="TableParagraph"/>
              <w:rPr>
                <w:b/>
                <w:sz w:val="14"/>
              </w:rPr>
            </w:pPr>
            <w:r w:rsidRPr="006018BA">
              <w:rPr>
                <w:b/>
                <w:spacing w:val="-2"/>
                <w:w w:val="105"/>
                <w:sz w:val="14"/>
              </w:rPr>
              <w:t>Semnătura</w:t>
            </w:r>
          </w:p>
        </w:tc>
      </w:tr>
    </w:tbl>
    <w:p w14:paraId="6DE575E9" w14:textId="4F710F8E" w:rsidR="006C782F" w:rsidRPr="006018BA" w:rsidRDefault="006018BA">
      <w:pPr>
        <w:rPr>
          <w:sz w:val="24"/>
          <w:szCs w:val="24"/>
        </w:rPr>
      </w:pPr>
      <w:r w:rsidRPr="006018BA">
        <w:rPr>
          <w:sz w:val="24"/>
          <w:szCs w:val="24"/>
        </w:rPr>
        <w:br w:type="page"/>
      </w:r>
    </w:p>
    <w:p w14:paraId="16E954FF" w14:textId="77777777" w:rsidR="006C782F" w:rsidRPr="00CA044C" w:rsidRDefault="006018BA">
      <w:pPr>
        <w:spacing w:after="0" w:line="240" w:lineRule="auto"/>
        <w:jc w:val="center"/>
        <w:rPr>
          <w:sz w:val="24"/>
          <w:szCs w:val="24"/>
        </w:rPr>
      </w:pPr>
      <w:r w:rsidRPr="00CA044C">
        <w:rPr>
          <w:rFonts w:ascii="Times New Roman" w:hAnsi="Times New Roman"/>
          <w:b/>
          <w:sz w:val="28"/>
          <w:szCs w:val="24"/>
        </w:rPr>
        <w:lastRenderedPageBreak/>
        <w:t>ANEXA IMOBILE</w:t>
      </w:r>
      <w:r w:rsidRPr="00CA044C">
        <w:rPr>
          <w:rFonts w:ascii="Times New Roman" w:hAnsi="Times New Roman"/>
          <w:b/>
          <w:sz w:val="28"/>
          <w:szCs w:val="24"/>
        </w:rPr>
        <w:br/>
      </w:r>
      <w:r w:rsidRPr="00CA044C">
        <w:rPr>
          <w:rFonts w:ascii="Times New Roman" w:hAnsi="Times New Roman"/>
          <w:sz w:val="20"/>
          <w:szCs w:val="24"/>
        </w:rPr>
        <w:t xml:space="preserve">la </w:t>
      </w:r>
      <w:proofErr w:type="spellStart"/>
      <w:r w:rsidRPr="00CA044C">
        <w:rPr>
          <w:rFonts w:ascii="Times New Roman" w:hAnsi="Times New Roman"/>
          <w:sz w:val="20"/>
          <w:szCs w:val="24"/>
        </w:rPr>
        <w:t>cererea</w:t>
      </w:r>
      <w:proofErr w:type="spellEnd"/>
      <w:r w:rsidRPr="00CA044C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sz w:val="20"/>
          <w:szCs w:val="24"/>
        </w:rPr>
        <w:t>pentru</w:t>
      </w:r>
      <w:proofErr w:type="spellEnd"/>
      <w:r w:rsidRPr="00CA044C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sz w:val="20"/>
          <w:szCs w:val="24"/>
        </w:rPr>
        <w:t>emiterea</w:t>
      </w:r>
      <w:proofErr w:type="spellEnd"/>
      <w:r w:rsidRPr="00CA044C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sz w:val="20"/>
          <w:szCs w:val="24"/>
        </w:rPr>
        <w:t>autorizației</w:t>
      </w:r>
      <w:proofErr w:type="spellEnd"/>
      <w:r w:rsidRPr="00CA044C">
        <w:rPr>
          <w:rFonts w:ascii="Times New Roman" w:hAnsi="Times New Roman"/>
          <w:sz w:val="20"/>
          <w:szCs w:val="24"/>
        </w:rPr>
        <w:t xml:space="preserve"> de </w:t>
      </w:r>
      <w:proofErr w:type="spellStart"/>
      <w:r w:rsidRPr="00CA044C">
        <w:rPr>
          <w:rFonts w:ascii="Times New Roman" w:hAnsi="Times New Roman"/>
          <w:sz w:val="20"/>
          <w:szCs w:val="24"/>
        </w:rPr>
        <w:t>construire</w:t>
      </w:r>
      <w:proofErr w:type="spellEnd"/>
      <w:r w:rsidRPr="00CA044C">
        <w:rPr>
          <w:rFonts w:ascii="Times New Roman" w:hAnsi="Times New Roman"/>
          <w:sz w:val="20"/>
          <w:szCs w:val="24"/>
        </w:rPr>
        <w:t xml:space="preserve"> / </w:t>
      </w:r>
      <w:proofErr w:type="spellStart"/>
      <w:r w:rsidRPr="00CA044C">
        <w:rPr>
          <w:rFonts w:ascii="Times New Roman" w:hAnsi="Times New Roman"/>
          <w:sz w:val="20"/>
          <w:szCs w:val="24"/>
        </w:rPr>
        <w:t>desființare</w:t>
      </w:r>
      <w:proofErr w:type="spellEnd"/>
      <w:r w:rsidRPr="00CA044C">
        <w:rPr>
          <w:rFonts w:ascii="Times New Roman" w:hAnsi="Times New Roman"/>
          <w:sz w:val="20"/>
          <w:szCs w:val="24"/>
        </w:rPr>
        <w:br/>
      </w:r>
      <w:r w:rsidRPr="00CA044C">
        <w:rPr>
          <w:rFonts w:ascii="Times New Roman" w:hAnsi="Times New Roman"/>
          <w:i/>
          <w:sz w:val="18"/>
          <w:szCs w:val="24"/>
        </w:rPr>
        <w:t xml:space="preserve">se </w:t>
      </w:r>
      <w:proofErr w:type="spellStart"/>
      <w:r w:rsidRPr="00CA044C">
        <w:rPr>
          <w:rFonts w:ascii="Times New Roman" w:hAnsi="Times New Roman"/>
          <w:i/>
          <w:sz w:val="18"/>
          <w:szCs w:val="24"/>
        </w:rPr>
        <w:t>completează</w:t>
      </w:r>
      <w:proofErr w:type="spellEnd"/>
      <w:r w:rsidRPr="00CA044C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i/>
          <w:sz w:val="18"/>
          <w:szCs w:val="24"/>
        </w:rPr>
        <w:t>numai</w:t>
      </w:r>
      <w:proofErr w:type="spellEnd"/>
      <w:r w:rsidRPr="00CA044C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i/>
          <w:sz w:val="18"/>
          <w:szCs w:val="24"/>
        </w:rPr>
        <w:t>atunci</w:t>
      </w:r>
      <w:proofErr w:type="spellEnd"/>
      <w:r w:rsidRPr="00CA044C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i/>
          <w:sz w:val="18"/>
          <w:szCs w:val="24"/>
        </w:rPr>
        <w:t>când</w:t>
      </w:r>
      <w:proofErr w:type="spellEnd"/>
      <w:r w:rsidRPr="00CA044C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i/>
          <w:sz w:val="18"/>
          <w:szCs w:val="24"/>
        </w:rPr>
        <w:t>cererea</w:t>
      </w:r>
      <w:proofErr w:type="spellEnd"/>
      <w:r w:rsidRPr="00CA044C">
        <w:rPr>
          <w:rFonts w:ascii="Times New Roman" w:hAnsi="Times New Roman"/>
          <w:i/>
          <w:sz w:val="18"/>
          <w:szCs w:val="24"/>
        </w:rPr>
        <w:t xml:space="preserve"> se </w:t>
      </w:r>
      <w:proofErr w:type="spellStart"/>
      <w:r w:rsidRPr="00CA044C">
        <w:rPr>
          <w:rFonts w:ascii="Times New Roman" w:hAnsi="Times New Roman"/>
          <w:i/>
          <w:sz w:val="18"/>
          <w:szCs w:val="24"/>
        </w:rPr>
        <w:t>referă</w:t>
      </w:r>
      <w:proofErr w:type="spellEnd"/>
      <w:r w:rsidRPr="00CA044C">
        <w:rPr>
          <w:rFonts w:ascii="Times New Roman" w:hAnsi="Times New Roman"/>
          <w:i/>
          <w:sz w:val="18"/>
          <w:szCs w:val="24"/>
        </w:rPr>
        <w:t xml:space="preserve"> la </w:t>
      </w:r>
      <w:proofErr w:type="spellStart"/>
      <w:r w:rsidRPr="00CA044C">
        <w:rPr>
          <w:rFonts w:ascii="Times New Roman" w:hAnsi="Times New Roman"/>
          <w:i/>
          <w:sz w:val="18"/>
          <w:szCs w:val="24"/>
        </w:rPr>
        <w:t>mai</w:t>
      </w:r>
      <w:proofErr w:type="spellEnd"/>
      <w:r w:rsidRPr="00CA044C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i/>
          <w:sz w:val="18"/>
          <w:szCs w:val="24"/>
        </w:rPr>
        <w:t>multe</w:t>
      </w:r>
      <w:proofErr w:type="spellEnd"/>
      <w:r w:rsidRPr="00CA044C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i/>
          <w:sz w:val="18"/>
          <w:szCs w:val="24"/>
        </w:rPr>
        <w:t>imobile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912"/>
        <w:gridCol w:w="912"/>
        <w:gridCol w:w="912"/>
        <w:gridCol w:w="912"/>
        <w:gridCol w:w="1824"/>
        <w:gridCol w:w="1824"/>
      </w:tblGrid>
      <w:tr w:rsidR="00CA044C" w:rsidRPr="00CA044C" w14:paraId="79C20657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106E7D1A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11. IMOBILELE LA CARE SE REFERĂ CEREREA</w:t>
            </w:r>
          </w:p>
        </w:tc>
      </w:tr>
      <w:tr w:rsidR="00CA044C" w:rsidRPr="00CA044C" w14:paraId="5F55E10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37A24C7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2</w:t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Tip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teren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   ☐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FE1B2CC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Număr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095010B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Carte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funciară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</w:tr>
      <w:tr w:rsidR="00CA044C" w:rsidRPr="00CA044C" w14:paraId="0A39AFF2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CA6C82B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55A18C7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Municipiul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orașul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C754737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Satul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sectorul</w:t>
            </w:r>
            <w:proofErr w:type="spellEnd"/>
          </w:p>
        </w:tc>
      </w:tr>
      <w:tr w:rsidR="00CA044C" w:rsidRPr="00CA044C" w14:paraId="6510F12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21F9BC5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1A7D1F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E300006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27DBEAC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D0893D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D1B8FC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567400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  <w:proofErr w:type="spellEnd"/>
          </w:p>
        </w:tc>
      </w:tr>
      <w:tr w:rsidR="00CA044C" w:rsidRPr="00CA044C" w14:paraId="4D4255F4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55FFB151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</w:tr>
      <w:tr w:rsidR="00CA044C" w:rsidRPr="00CA044C" w14:paraId="33D789C7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4E85034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3</w:t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Tip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teren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   ☐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F599735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Număr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B0AAE9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Carte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funciară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</w:tr>
      <w:tr w:rsidR="00CA044C" w:rsidRPr="00CA044C" w14:paraId="59A7C185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ECD6B5C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99CA0FB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Municipiul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orașul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8D8A11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Satul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sectorul</w:t>
            </w:r>
            <w:proofErr w:type="spellEnd"/>
          </w:p>
        </w:tc>
      </w:tr>
      <w:tr w:rsidR="00CA044C" w:rsidRPr="00CA044C" w14:paraId="565AAA4F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3B7FBF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448D9E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9DBC00B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E633307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EA93C88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D83EE9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965181C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  <w:proofErr w:type="spellEnd"/>
          </w:p>
        </w:tc>
      </w:tr>
      <w:tr w:rsidR="00CA044C" w:rsidRPr="00CA044C" w14:paraId="32B3C9BC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6F44851E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</w:tr>
      <w:tr w:rsidR="00CA044C" w:rsidRPr="00CA044C" w14:paraId="314CC7F7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64EF243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4</w:t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Tip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teren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   ☐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DB0BA5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Număr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FE8CEA7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Carte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funciară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</w:tr>
      <w:tr w:rsidR="00CA044C" w:rsidRPr="00CA044C" w14:paraId="0707A1CF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9A02CC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0E23378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Municipiul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orașul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0DD5B62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Satul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sectorul</w:t>
            </w:r>
            <w:proofErr w:type="spellEnd"/>
          </w:p>
        </w:tc>
      </w:tr>
      <w:tr w:rsidR="00CA044C" w:rsidRPr="00CA044C" w14:paraId="5616303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AD7488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0075EE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5D1A726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706631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B13BCE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F438E96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DC1FD1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  <w:proofErr w:type="spellEnd"/>
          </w:p>
        </w:tc>
      </w:tr>
      <w:tr w:rsidR="00CA044C" w:rsidRPr="00CA044C" w14:paraId="629E89F3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2C44B348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</w:tr>
      <w:tr w:rsidR="00CA044C" w:rsidRPr="00CA044C" w14:paraId="56F7802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71F2357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5</w:t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Tip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teren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   ☐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09BA84F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Număr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E94A128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Carte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funciară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</w:tr>
      <w:tr w:rsidR="00CA044C" w:rsidRPr="00CA044C" w14:paraId="2BA898EC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FFC50E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DB7931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Municipiul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orașul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693B58C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Satul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sectorul</w:t>
            </w:r>
            <w:proofErr w:type="spellEnd"/>
          </w:p>
        </w:tc>
      </w:tr>
      <w:tr w:rsidR="00CA044C" w:rsidRPr="00CA044C" w14:paraId="71358B6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DFF6022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91806B7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9C678D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E15B7B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2353CB2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F665D5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518BDC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  <w:proofErr w:type="spellEnd"/>
          </w:p>
        </w:tc>
      </w:tr>
      <w:tr w:rsidR="00CA044C" w:rsidRPr="00CA044C" w14:paraId="260FF790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2E30ED65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</w:tr>
      <w:tr w:rsidR="00CA044C" w:rsidRPr="00CA044C" w14:paraId="05CF172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D9907CF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6</w:t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Tip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teren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   ☐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2CD6865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Număr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D2A9627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Carte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funciară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</w:tr>
      <w:tr w:rsidR="00CA044C" w:rsidRPr="00CA044C" w14:paraId="47F82E1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4B75056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791DD0B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Municipiul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orașul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1D9B4C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Satul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sectorul</w:t>
            </w:r>
            <w:proofErr w:type="spellEnd"/>
          </w:p>
        </w:tc>
      </w:tr>
      <w:tr w:rsidR="00CA044C" w:rsidRPr="00CA044C" w14:paraId="086BBF9C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70C605A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0D9212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4DABC4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676A09A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FFC0A7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32B2F6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AC5917F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  <w:proofErr w:type="spellEnd"/>
          </w:p>
        </w:tc>
      </w:tr>
      <w:tr w:rsidR="00CA044C" w:rsidRPr="00CA044C" w14:paraId="79DED433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28A26A90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</w:tr>
      <w:tr w:rsidR="00CA044C" w:rsidRPr="00CA044C" w14:paraId="58458CA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47FAA13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7</w:t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Tip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teren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   ☐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0AC9D5A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Număr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91D68A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Carte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funciară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</w:tr>
      <w:tr w:rsidR="00CA044C" w:rsidRPr="00CA044C" w14:paraId="2895A52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F322B1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2AC5A0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Municipiul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orașul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9060FB6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Satul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sectorul</w:t>
            </w:r>
            <w:proofErr w:type="spellEnd"/>
          </w:p>
        </w:tc>
      </w:tr>
      <w:tr w:rsidR="00CA044C" w:rsidRPr="00CA044C" w14:paraId="0A760962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FEE134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B6553AB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947A3A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C5E4A6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8587017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3D0D7B5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DEFFAD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  <w:proofErr w:type="spellEnd"/>
          </w:p>
        </w:tc>
      </w:tr>
      <w:tr w:rsidR="00CA044C" w:rsidRPr="00CA044C" w14:paraId="16B09CD2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6D52A5D4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</w:tr>
    </w:tbl>
    <w:p w14:paraId="107CDFDC" w14:textId="77777777" w:rsidR="006C782F" w:rsidRPr="00CA044C" w:rsidRDefault="006018BA">
      <w:pPr>
        <w:rPr>
          <w:sz w:val="24"/>
          <w:szCs w:val="24"/>
        </w:rPr>
      </w:pPr>
      <w:r w:rsidRPr="00CA044C">
        <w:rPr>
          <w:sz w:val="24"/>
          <w:szCs w:val="24"/>
        </w:rPr>
        <w:br w:type="page"/>
      </w:r>
    </w:p>
    <w:p w14:paraId="21A4BDE9" w14:textId="77777777" w:rsidR="006C782F" w:rsidRPr="00CA044C" w:rsidRDefault="006018BA">
      <w:pPr>
        <w:spacing w:after="0" w:line="240" w:lineRule="auto"/>
        <w:jc w:val="center"/>
        <w:rPr>
          <w:sz w:val="24"/>
          <w:szCs w:val="24"/>
        </w:rPr>
      </w:pPr>
      <w:r w:rsidRPr="00CA044C">
        <w:rPr>
          <w:rFonts w:ascii="Times New Roman" w:hAnsi="Times New Roman"/>
          <w:b/>
          <w:sz w:val="28"/>
          <w:szCs w:val="24"/>
        </w:rPr>
        <w:lastRenderedPageBreak/>
        <w:t>ANEXA TEHNICĂ</w:t>
      </w:r>
      <w:r w:rsidRPr="00CA044C">
        <w:rPr>
          <w:rFonts w:ascii="Times New Roman" w:hAnsi="Times New Roman"/>
          <w:b/>
          <w:sz w:val="28"/>
          <w:szCs w:val="24"/>
        </w:rPr>
        <w:br/>
      </w:r>
      <w:r w:rsidRPr="00CA044C">
        <w:rPr>
          <w:rFonts w:ascii="Times New Roman" w:hAnsi="Times New Roman"/>
          <w:sz w:val="20"/>
          <w:szCs w:val="24"/>
        </w:rPr>
        <w:t xml:space="preserve">la </w:t>
      </w:r>
      <w:proofErr w:type="spellStart"/>
      <w:r w:rsidRPr="00CA044C">
        <w:rPr>
          <w:rFonts w:ascii="Times New Roman" w:hAnsi="Times New Roman"/>
          <w:sz w:val="20"/>
          <w:szCs w:val="24"/>
        </w:rPr>
        <w:t>cererea</w:t>
      </w:r>
      <w:proofErr w:type="spellEnd"/>
      <w:r w:rsidRPr="00CA044C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sz w:val="20"/>
          <w:szCs w:val="24"/>
        </w:rPr>
        <w:t>pentru</w:t>
      </w:r>
      <w:proofErr w:type="spellEnd"/>
      <w:r w:rsidRPr="00CA044C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sz w:val="20"/>
          <w:szCs w:val="24"/>
        </w:rPr>
        <w:t>emiterea</w:t>
      </w:r>
      <w:proofErr w:type="spellEnd"/>
      <w:r w:rsidRPr="00CA044C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sz w:val="20"/>
          <w:szCs w:val="24"/>
        </w:rPr>
        <w:t>autorizației</w:t>
      </w:r>
      <w:proofErr w:type="spellEnd"/>
      <w:r w:rsidRPr="00CA044C">
        <w:rPr>
          <w:rFonts w:ascii="Times New Roman" w:hAnsi="Times New Roman"/>
          <w:sz w:val="20"/>
          <w:szCs w:val="24"/>
        </w:rPr>
        <w:t xml:space="preserve"> de </w:t>
      </w:r>
      <w:proofErr w:type="spellStart"/>
      <w:r w:rsidRPr="00CA044C">
        <w:rPr>
          <w:rFonts w:ascii="Times New Roman" w:hAnsi="Times New Roman"/>
          <w:sz w:val="20"/>
          <w:szCs w:val="24"/>
        </w:rPr>
        <w:t>construire</w:t>
      </w:r>
      <w:proofErr w:type="spellEnd"/>
      <w:r w:rsidRPr="00CA044C">
        <w:rPr>
          <w:rFonts w:ascii="Times New Roman" w:hAnsi="Times New Roman"/>
          <w:sz w:val="20"/>
          <w:szCs w:val="24"/>
        </w:rPr>
        <w:t xml:space="preserve"> / </w:t>
      </w:r>
      <w:proofErr w:type="spellStart"/>
      <w:r w:rsidRPr="00CA044C">
        <w:rPr>
          <w:rFonts w:ascii="Times New Roman" w:hAnsi="Times New Roman"/>
          <w:sz w:val="20"/>
          <w:szCs w:val="24"/>
        </w:rPr>
        <w:t>desființare</w:t>
      </w:r>
      <w:proofErr w:type="spellEnd"/>
      <w:r w:rsidRPr="00CA044C">
        <w:rPr>
          <w:rFonts w:ascii="Times New Roman" w:hAnsi="Times New Roman"/>
          <w:sz w:val="20"/>
          <w:szCs w:val="24"/>
        </w:rPr>
        <w:br/>
      </w:r>
      <w:r w:rsidRPr="00CA044C">
        <w:rPr>
          <w:rFonts w:ascii="Times New Roman" w:hAnsi="Times New Roman"/>
          <w:i/>
          <w:sz w:val="18"/>
          <w:szCs w:val="24"/>
        </w:rPr>
        <w:t xml:space="preserve">se </w:t>
      </w:r>
      <w:proofErr w:type="spellStart"/>
      <w:r w:rsidRPr="00CA044C">
        <w:rPr>
          <w:rFonts w:ascii="Times New Roman" w:hAnsi="Times New Roman"/>
          <w:i/>
          <w:sz w:val="18"/>
          <w:szCs w:val="24"/>
        </w:rPr>
        <w:t>întocmește</w:t>
      </w:r>
      <w:proofErr w:type="spellEnd"/>
      <w:r w:rsidRPr="00CA044C">
        <w:rPr>
          <w:rFonts w:ascii="Times New Roman" w:hAnsi="Times New Roman"/>
          <w:i/>
          <w:sz w:val="18"/>
          <w:szCs w:val="24"/>
        </w:rPr>
        <w:t xml:space="preserve"> de </w:t>
      </w:r>
      <w:proofErr w:type="spellStart"/>
      <w:r w:rsidRPr="00CA044C">
        <w:rPr>
          <w:rFonts w:ascii="Times New Roman" w:hAnsi="Times New Roman"/>
          <w:i/>
          <w:sz w:val="18"/>
          <w:szCs w:val="24"/>
        </w:rPr>
        <w:t>proiectantul</w:t>
      </w:r>
      <w:proofErr w:type="spellEnd"/>
      <w:r w:rsidRPr="00CA044C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CA044C">
        <w:rPr>
          <w:rFonts w:ascii="Times New Roman" w:hAnsi="Times New Roman"/>
          <w:i/>
          <w:sz w:val="18"/>
          <w:szCs w:val="24"/>
        </w:rPr>
        <w:t>documentației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CA044C" w:rsidRPr="00CA044C" w14:paraId="1BEC685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481655F5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1.   CATEGORIILE DE LUCRĂRI APLICABILE OBIECTIVULUI/OBIECTULUI DE INVESTIȚII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  <w:t xml:space="preserve">(se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bifeaza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toate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cele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aplicabile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)</w:t>
            </w:r>
          </w:p>
        </w:tc>
      </w:tr>
      <w:tr w:rsidR="00CA044C" w:rsidRPr="00CA044C" w14:paraId="45BFDF5A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76B2D90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A ·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Lucrări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noi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inclusiv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instalațiile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aferente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acestora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, </w:t>
            </w:r>
            <w:proofErr w:type="gram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realizate :</w:t>
            </w:r>
            <w:proofErr w:type="gramEnd"/>
          </w:p>
        </w:tc>
      </w:tr>
      <w:tr w:rsidR="00CA044C" w:rsidRPr="00CA044C" w14:paraId="2B60502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CE86B11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afara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zonelor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protecție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monumentelor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istorice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zona de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protecție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monumentelor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istorice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afara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zonelor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construite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protejate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zone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construite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protejate</w:t>
            </w:r>
            <w:proofErr w:type="spellEnd"/>
          </w:p>
        </w:tc>
      </w:tr>
      <w:tr w:rsidR="00CA044C" w:rsidRPr="00CA044C" w14:paraId="385652B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8F0C8DB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☐ A.1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civile —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locuințe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: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individuale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semicolective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colective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instituții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publice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servicii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: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sănătate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asistență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socială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învățământ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cultură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turism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culte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administrație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finanțe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comerț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servicii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sport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recreere</w:t>
            </w:r>
            <w:proofErr w:type="spellEnd"/>
          </w:p>
        </w:tc>
      </w:tr>
      <w:tr w:rsidR="00CA044C" w:rsidRPr="00CA044C" w14:paraId="23CE9CF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2B062E3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☐ A.2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industriale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: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producție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depozitare</w:t>
            </w:r>
            <w:proofErr w:type="spellEnd"/>
          </w:p>
        </w:tc>
      </w:tr>
      <w:tr w:rsidR="00CA044C" w:rsidRPr="00CA044C" w14:paraId="4E74DCA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867BAC4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☐ A.3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CA044C">
              <w:rPr>
                <w:rFonts w:ascii="Times New Roman" w:hAnsi="Times New Roman"/>
                <w:sz w:val="16"/>
                <w:szCs w:val="24"/>
              </w:rPr>
              <w:t>agricole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:</w:t>
            </w:r>
            <w:proofErr w:type="gram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producție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depozitare</w:t>
            </w:r>
            <w:proofErr w:type="spellEnd"/>
          </w:p>
        </w:tc>
      </w:tr>
      <w:tr w:rsidR="00CA044C" w:rsidRPr="00CA044C" w14:paraId="18474BD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441B846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☐ A.4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caracter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special</w:t>
            </w:r>
          </w:p>
        </w:tc>
      </w:tr>
      <w:tr w:rsidR="00CA044C" w:rsidRPr="00CA044C" w14:paraId="2FE53365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02346A78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B ·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Lucrări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intervenții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asupra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construcțiilor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existente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:</w:t>
            </w:r>
            <w:proofErr w:type="gramEnd"/>
          </w:p>
        </w:tc>
      </w:tr>
      <w:tr w:rsidR="00CA044C" w:rsidRPr="00CA044C" w14:paraId="76F7479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6F16D35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reparații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capitale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intervenție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primă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urgență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extindere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gramStart"/>
            <w:r w:rsidRPr="00CA044C">
              <w:rPr>
                <w:rFonts w:ascii="Times New Roman" w:hAnsi="Times New Roman"/>
                <w:sz w:val="16"/>
                <w:szCs w:val="24"/>
              </w:rPr>
              <w:t>a</w:t>
            </w:r>
            <w:proofErr w:type="gram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amprentei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la sol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volumului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supraetajare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refuncționalizare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schimbare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destinație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consolidare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modernizare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reabilitare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strămutare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reconstruire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conservare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restaurare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remodelare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exterioară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mansardare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remodelare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interioară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desființare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demontare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parțială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totală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desființare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demontare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totală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conservare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întreruperea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temporară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execuției</w:t>
            </w:r>
            <w:proofErr w:type="spellEnd"/>
          </w:p>
        </w:tc>
      </w:tr>
      <w:tr w:rsidR="00CA044C" w:rsidRPr="00CA044C" w14:paraId="585AAD6A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7836F8A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☐ B.1 ·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realizate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la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alte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decât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cele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de la B.2 și B.3:</w:t>
            </w:r>
          </w:p>
        </w:tc>
      </w:tr>
      <w:tr w:rsidR="00CA044C" w:rsidRPr="00CA044C" w14:paraId="1E5FD1DB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9BBA2C3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☐ B.2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realizate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la:</w:t>
            </w:r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monument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istoric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(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Legea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nr. 422/2001),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inclusiv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anexele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din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același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imobil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zona de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protecție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monumentelor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istorice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zone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construite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protejate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valoare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arhitecturală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istorică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deosebită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stabilite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prin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documentații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urbanism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aprobate</w:t>
            </w:r>
            <w:proofErr w:type="spellEnd"/>
          </w:p>
        </w:tc>
      </w:tr>
      <w:tr w:rsidR="00CA044C" w:rsidRPr="00CA044C" w14:paraId="463BC2A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D028F2E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☐ B.3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realizate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caracter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special, </w:t>
            </w:r>
            <w:proofErr w:type="gramStart"/>
            <w:r w:rsidRPr="00CA044C">
              <w:rPr>
                <w:rFonts w:ascii="Times New Roman" w:hAnsi="Times New Roman"/>
                <w:sz w:val="16"/>
                <w:szCs w:val="24"/>
              </w:rPr>
              <w:t>care :</w:t>
            </w:r>
            <w:proofErr w:type="gram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nu se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încadrează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categoriile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la B.2</w:t>
            </w:r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se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încadrează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categoriile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la B.2</w:t>
            </w:r>
          </w:p>
        </w:tc>
      </w:tr>
      <w:tr w:rsidR="00CA044C" w:rsidRPr="00CA044C" w14:paraId="7CB15CA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7DA6A268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C ·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Amenajări</w:t>
            </w:r>
            <w:proofErr w:type="spellEnd"/>
          </w:p>
        </w:tc>
      </w:tr>
      <w:tr w:rsidR="00CA044C" w:rsidRPr="00CA044C" w14:paraId="12E2ADE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B3C49A9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☐ C.1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amenajări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civile</w:t>
            </w:r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C.2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amenajări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îmbunătățiri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funciare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C.3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provizorii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/ cu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caracter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temporar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C.4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cercetarea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prospectarea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terenurilor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foraje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excavări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studii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topografice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geologice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geotehnice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geofizice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hidrologice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C.5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cercetări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zăcăminte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naturale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C.6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spații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verzi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plantate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C.7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spații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publice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C.8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organizare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șantier</w:t>
            </w:r>
            <w:proofErr w:type="spellEnd"/>
          </w:p>
        </w:tc>
      </w:tr>
      <w:tr w:rsidR="00CA044C" w:rsidRPr="00CA044C" w14:paraId="3238CC5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1D35C0F9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D ·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Lucrări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inginerești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inclusiv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intervenții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la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astfel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construcții</w:t>
            </w:r>
            <w:proofErr w:type="spellEnd"/>
          </w:p>
        </w:tc>
      </w:tr>
      <w:tr w:rsidR="00CA044C" w:rsidRPr="00CA044C" w14:paraId="462D2A4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8036B03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☐ D.1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infrastructura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transport,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alta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decât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cea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interes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național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D.2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infrastructură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domeniul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energiei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D.3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rețele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comunicații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electronice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infrastructurile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fizice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aferente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D.4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gospodărirea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apelor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D.5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hidrotehnice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D.6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miniere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D.7 ·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alte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lucrări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inginerești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necesare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unor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obiective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interes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public</w:t>
            </w:r>
          </w:p>
        </w:tc>
      </w:tr>
    </w:tbl>
    <w:p w14:paraId="4DBBDDFA" w14:textId="77777777" w:rsidR="006C782F" w:rsidRPr="00CA044C" w:rsidRDefault="006018BA">
      <w:pPr>
        <w:spacing w:before="60" w:after="40" w:line="240" w:lineRule="auto"/>
        <w:rPr>
          <w:sz w:val="24"/>
          <w:szCs w:val="24"/>
        </w:rPr>
      </w:pP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Punctele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2-9 se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completeaza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în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cazul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cladirilor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si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al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intervențiilor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asupra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clădirilor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existente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,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iar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în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cazul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amenajărilor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/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lucrărilor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inginerești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,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doar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dacă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acestea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cuprind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și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clădiri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CA044C" w:rsidRPr="00CA044C" w14:paraId="13FC22CA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3B3FA726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2. DATELE CARACTERISTICE ALE AMPLASAMENTULUI</w:t>
            </w:r>
          </w:p>
        </w:tc>
      </w:tr>
      <w:tr w:rsidR="00CA044C" w:rsidRPr="00CA044C" w14:paraId="20CB2F18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ACF6BE2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Suprafața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terenului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(m²)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26AA867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Terenul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este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  <w:t xml:space="preserve">☐ liber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   ☐ nu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este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liber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construcții</w:t>
            </w:r>
            <w:proofErr w:type="spellEnd"/>
          </w:p>
        </w:tc>
      </w:tr>
      <w:tr w:rsidR="00CA044C" w:rsidRPr="00CA044C" w14:paraId="0318856F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DDA5D9F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Acces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carosabil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din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  <w:proofErr w:type="spellEnd"/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D46758E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8"/>
                <w:szCs w:val="24"/>
              </w:rPr>
              <w:t xml:space="preserve">☐ direct     ☐ </w:t>
            </w:r>
            <w:proofErr w:type="spellStart"/>
            <w:r w:rsidRPr="00CA044C">
              <w:rPr>
                <w:rFonts w:ascii="Times New Roman" w:hAnsi="Times New Roman"/>
                <w:sz w:val="18"/>
                <w:szCs w:val="24"/>
              </w:rPr>
              <w:t>prin</w:t>
            </w:r>
            <w:proofErr w:type="spellEnd"/>
            <w:r w:rsidRPr="00CA044C">
              <w:rPr>
                <w:rFonts w:ascii="Times New Roman" w:hAnsi="Times New Roman"/>
                <w:sz w:val="18"/>
                <w:szCs w:val="24"/>
              </w:rPr>
              <w:t xml:space="preserve"> drum </w:t>
            </w:r>
            <w:proofErr w:type="spellStart"/>
            <w:r w:rsidRPr="00CA044C">
              <w:rPr>
                <w:rFonts w:ascii="Times New Roman" w:hAnsi="Times New Roman"/>
                <w:sz w:val="18"/>
                <w:szCs w:val="24"/>
              </w:rPr>
              <w:t>privat</w:t>
            </w:r>
            <w:proofErr w:type="spellEnd"/>
          </w:p>
        </w:tc>
      </w:tr>
      <w:tr w:rsidR="00CA044C" w:rsidRPr="00CA044C" w14:paraId="0FF779C6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EC39351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8"/>
                <w:szCs w:val="24"/>
              </w:rPr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8"/>
                <w:szCs w:val="24"/>
              </w:rPr>
              <w:t>terenul</w:t>
            </w:r>
            <w:proofErr w:type="spellEnd"/>
            <w:r w:rsidRPr="00CA044C">
              <w:rPr>
                <w:rFonts w:ascii="Times New Roman" w:hAnsi="Times New Roman"/>
                <w:sz w:val="18"/>
                <w:szCs w:val="24"/>
              </w:rPr>
              <w:t xml:space="preserve"> se </w:t>
            </w:r>
            <w:proofErr w:type="spellStart"/>
            <w:r w:rsidRPr="00CA044C">
              <w:rPr>
                <w:rFonts w:ascii="Times New Roman" w:hAnsi="Times New Roman"/>
                <w:sz w:val="18"/>
                <w:szCs w:val="24"/>
              </w:rPr>
              <w:t>află</w:t>
            </w:r>
            <w:proofErr w:type="spellEnd"/>
            <w:r w:rsidRPr="00CA044C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8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sz w:val="18"/>
                <w:szCs w:val="24"/>
              </w:rPr>
              <w:t xml:space="preserve"> zona de </w:t>
            </w:r>
            <w:proofErr w:type="spellStart"/>
            <w:r w:rsidRPr="00CA044C">
              <w:rPr>
                <w:rFonts w:ascii="Times New Roman" w:hAnsi="Times New Roman"/>
                <w:sz w:val="18"/>
                <w:szCs w:val="24"/>
              </w:rPr>
              <w:t>protecție</w:t>
            </w:r>
            <w:proofErr w:type="spellEnd"/>
            <w:r w:rsidRPr="00CA044C">
              <w:rPr>
                <w:rFonts w:ascii="Times New Roman" w:hAnsi="Times New Roman"/>
                <w:sz w:val="18"/>
                <w:szCs w:val="24"/>
              </w:rPr>
              <w:t xml:space="preserve"> a </w:t>
            </w:r>
            <w:proofErr w:type="spellStart"/>
            <w:r w:rsidRPr="00CA044C">
              <w:rPr>
                <w:rFonts w:ascii="Times New Roman" w:hAnsi="Times New Roman"/>
                <w:sz w:val="18"/>
                <w:szCs w:val="24"/>
              </w:rPr>
              <w:t>monumentelor</w:t>
            </w:r>
            <w:proofErr w:type="spellEnd"/>
            <w:r w:rsidRPr="00CA044C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8"/>
                <w:szCs w:val="24"/>
              </w:rPr>
              <w:t>istorice</w:t>
            </w:r>
            <w:proofErr w:type="spellEnd"/>
            <w:r w:rsidRPr="00CA044C">
              <w:rPr>
                <w:rFonts w:ascii="Times New Roman" w:hAnsi="Times New Roman"/>
                <w:sz w:val="18"/>
                <w:szCs w:val="24"/>
              </w:rPr>
              <w:t xml:space="preserve">     ☐ </w:t>
            </w:r>
            <w:proofErr w:type="spellStart"/>
            <w:r w:rsidRPr="00CA044C">
              <w:rPr>
                <w:rFonts w:ascii="Times New Roman" w:hAnsi="Times New Roman"/>
                <w:sz w:val="18"/>
                <w:szCs w:val="24"/>
              </w:rPr>
              <w:t>terenul</w:t>
            </w:r>
            <w:proofErr w:type="spellEnd"/>
            <w:r w:rsidRPr="00CA044C">
              <w:rPr>
                <w:rFonts w:ascii="Times New Roman" w:hAnsi="Times New Roman"/>
                <w:sz w:val="18"/>
                <w:szCs w:val="24"/>
              </w:rPr>
              <w:t xml:space="preserve"> se </w:t>
            </w:r>
            <w:proofErr w:type="spellStart"/>
            <w:r w:rsidRPr="00CA044C">
              <w:rPr>
                <w:rFonts w:ascii="Times New Roman" w:hAnsi="Times New Roman"/>
                <w:sz w:val="18"/>
                <w:szCs w:val="24"/>
              </w:rPr>
              <w:t>află</w:t>
            </w:r>
            <w:proofErr w:type="spellEnd"/>
            <w:r w:rsidRPr="00CA044C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8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sz w:val="18"/>
                <w:szCs w:val="24"/>
              </w:rPr>
              <w:t xml:space="preserve"> zone </w:t>
            </w:r>
            <w:proofErr w:type="spellStart"/>
            <w:r w:rsidRPr="00CA044C">
              <w:rPr>
                <w:rFonts w:ascii="Times New Roman" w:hAnsi="Times New Roman"/>
                <w:sz w:val="18"/>
                <w:szCs w:val="24"/>
              </w:rPr>
              <w:t>construite</w:t>
            </w:r>
            <w:proofErr w:type="spellEnd"/>
            <w:r w:rsidRPr="00CA044C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8"/>
                <w:szCs w:val="24"/>
              </w:rPr>
              <w:t>protejate</w:t>
            </w:r>
            <w:proofErr w:type="spellEnd"/>
          </w:p>
        </w:tc>
      </w:tr>
      <w:tr w:rsidR="00CA044C" w:rsidRPr="00CA044C" w14:paraId="4B37A92E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4076843" w14:textId="7138B64B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Servituți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</w:p>
        </w:tc>
      </w:tr>
      <w:tr w:rsidR="00CA044C" w:rsidRPr="00CA044C" w14:paraId="47A1AF55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162378F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Tip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amplasare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izolat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·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cuplat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·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înșiruit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FFA275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Tipologie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morfologie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urbană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AC5006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Front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construit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2ACBB7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Curte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interioară</w:t>
            </w:r>
            <w:proofErr w:type="spellEnd"/>
          </w:p>
        </w:tc>
      </w:tr>
      <w:tr w:rsidR="00CA044C" w:rsidRPr="00CA044C" w14:paraId="6E307A41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0D03290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Amplasarea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clădirilor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pe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teren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după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realizarea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lucrărilor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—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retragerile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minime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br/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față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aliniament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(m)         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față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limita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lateral-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dreapta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(m)         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față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limita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lateral-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stânga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(m)         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față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limita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posterioară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(m)</w:t>
            </w:r>
          </w:p>
        </w:tc>
      </w:tr>
      <w:tr w:rsidR="00CA044C" w:rsidRPr="00CA044C" w14:paraId="0C358B55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4CEF57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Procent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ocupare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a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terenului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(%)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  <w:t xml:space="preserve">Existent:                       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Propus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: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2AAC43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Coeficient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utilizare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a terenului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  <w:t xml:space="preserve">Existent:                       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Propus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:</w:t>
            </w:r>
          </w:p>
        </w:tc>
      </w:tr>
    </w:tbl>
    <w:p w14:paraId="7D2EF532" w14:textId="77777777" w:rsidR="006C782F" w:rsidRPr="00CA044C" w:rsidRDefault="006018BA">
      <w:pPr>
        <w:rPr>
          <w:sz w:val="24"/>
          <w:szCs w:val="24"/>
        </w:rPr>
      </w:pPr>
      <w:r w:rsidRPr="00CA044C">
        <w:rPr>
          <w:sz w:val="24"/>
          <w:szCs w:val="2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CA044C" w:rsidRPr="00CA044C" w14:paraId="3BBDEDCC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0D817DA5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3. SUPRAFEȚE</w:t>
            </w:r>
          </w:p>
        </w:tc>
      </w:tr>
      <w:tr w:rsidR="00CA044C" w:rsidRPr="00CA044C" w14:paraId="3C157C0B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058703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clădiri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existente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, din care: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BD4F3C5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Suprafață construită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398C2F5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Suprafață desfășurată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67BF29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Suprafață utilă (m²)</w:t>
            </w:r>
          </w:p>
        </w:tc>
      </w:tr>
      <w:tr w:rsidR="00CA044C" w:rsidRPr="00CA044C" w14:paraId="72B4654B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F4483E5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—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desființate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284B020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7657D7C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B8BF149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</w:tr>
      <w:tr w:rsidR="00CA044C" w:rsidRPr="00CA044C" w14:paraId="5F3A2958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D9EDE1E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—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menținute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2BBDFB8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C825FE0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0A4D988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</w:tr>
      <w:tr w:rsidR="00CA044C" w:rsidRPr="00CA044C" w14:paraId="71AED0FC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551073C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propuse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08F62B7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37CAB8C2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71EBFBE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</w:tr>
      <w:tr w:rsidR="006C782F" w:rsidRPr="00CA044C" w14:paraId="0D66624F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A944237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TOTAL (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menținute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+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propuse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4BD1CC3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6052414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E45F8CA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</w:tr>
    </w:tbl>
    <w:p w14:paraId="2BD62D2B" w14:textId="77777777" w:rsidR="006C782F" w:rsidRPr="00CA044C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CA044C" w:rsidRPr="00CA044C" w14:paraId="6940D015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528F9480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4. FIȘA CLĂDIRII (se completează câte una pentru fiecare imobil)</w:t>
            </w:r>
          </w:p>
        </w:tc>
      </w:tr>
      <w:tr w:rsidR="00CA044C" w:rsidRPr="00CA044C" w14:paraId="023AE6B8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67BB0CF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Identificarea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clădirii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registru</w:t>
            </w:r>
            <w:proofErr w:type="spellEnd"/>
          </w:p>
        </w:tc>
      </w:tr>
      <w:tr w:rsidR="00CA044C" w:rsidRPr="00CA044C" w14:paraId="03F1639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8B1DB8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NIS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numărul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din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Registrul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Național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al Clădirilor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A3F130C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Nr. cadastral al clădirii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forma 123456-C1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0CA97C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Identificator e-Terra (IE)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72CFCF7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Nr. carte funciară</w:t>
            </w:r>
          </w:p>
        </w:tc>
      </w:tr>
      <w:tr w:rsidR="00CA044C" w:rsidRPr="00CA044C" w14:paraId="57DB4B3B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E85E20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Tipul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obiectului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clădire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  ☐ corp de clădire   ☐ unități locative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13E234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Clădirea este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  <w:t>☐ existentă     ☐ propusă prin proiect</w:t>
            </w:r>
          </w:p>
        </w:tc>
      </w:tr>
      <w:tr w:rsidR="00CA044C" w:rsidRPr="00CA044C" w14:paraId="6E8AEB25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2E1EF6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Denumirea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clădirii</w:t>
            </w:r>
            <w:proofErr w:type="spellEnd"/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0A900A8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Descriere</w:t>
            </w:r>
          </w:p>
        </w:tc>
      </w:tr>
      <w:tr w:rsidR="00CA044C" w:rsidRPr="00CA044C" w14:paraId="5EAB94F5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26BDA89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CARACTERISTICI ALE CLĂDIRII</w:t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br/>
              <w:t>(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În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cazul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intervențiilor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asupra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clădirilor existente, pentru fiecare câmp, se vor preciza caracteristicile clădirii existente/respectiv ale celei propuse)</w:t>
            </w:r>
          </w:p>
        </w:tc>
      </w:tr>
      <w:tr w:rsidR="00CA044C" w:rsidRPr="00CA044C" w14:paraId="78194AC8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77E570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Destinația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funcțiunea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principală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(existent/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propus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4DD106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Funcțiuni secundare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FCAA15F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Regim juridic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B9D9992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Zonă fiscală</w:t>
            </w:r>
          </w:p>
        </w:tc>
      </w:tr>
      <w:tr w:rsidR="00CA044C" w:rsidRPr="00CA044C" w14:paraId="77470505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D56C53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Anul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construirii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Anul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ultimei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renovări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la clădirile existente / dacă e cazul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4D8411F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Durata de viață estimată (ani)</w:t>
            </w:r>
          </w:p>
        </w:tc>
      </w:tr>
      <w:tr w:rsidR="00CA044C" w:rsidRPr="00CA044C" w14:paraId="10569C31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A988AF2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Regim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înălțime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ex. S+P+2E+M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917691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Înălțimea la cornișă (m)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228597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Înălțimea maximă (m)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0FD4BE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Cota terenului amenajat / natural (m)</w:t>
            </w:r>
          </w:p>
        </w:tc>
      </w:tr>
      <w:tr w:rsidR="00CA044C" w:rsidRPr="00CA044C" w14:paraId="51522E32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5B2B627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Suprafața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construită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402DDE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Suprafața desfășurată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D07E672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Suprafața utilă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320831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Volum construit (m³)</w:t>
            </w:r>
          </w:p>
        </w:tc>
      </w:tr>
      <w:tr w:rsidR="00CA044C" w:rsidRPr="00CA044C" w14:paraId="65E1568B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8C3256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Sistem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structural / Material structural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(existent/propus)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17DE5AF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Clasa de risc seismic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Rs I ... Rs IV</w:t>
            </w:r>
          </w:p>
        </w:tc>
      </w:tr>
      <w:tr w:rsidR="00CA044C" w:rsidRPr="00CA044C" w14:paraId="77E3223C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0C208E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Acoperiș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învelitoare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șarpantă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sau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terasă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EDB9FA3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Învelitoare (material / culoare)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A8832B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Finisaj / tâmplărie exterioară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material, culoare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60F66AF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Sistem de încălzire</w:t>
            </w:r>
          </w:p>
        </w:tc>
      </w:tr>
      <w:tr w:rsidR="006C782F" w:rsidRPr="00CA044C" w14:paraId="466004C6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FA54FC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Nivel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stabilitate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la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incendiu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(existent/</w:t>
            </w:r>
            <w:proofErr w:type="spellStart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propus</w:t>
            </w:r>
            <w:proofErr w:type="spellEnd"/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)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3F197F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Număr maxim utilizatori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(existent/propus)</w:t>
            </w:r>
          </w:p>
        </w:tc>
      </w:tr>
    </w:tbl>
    <w:p w14:paraId="6CA3E72F" w14:textId="77777777" w:rsidR="006C782F" w:rsidRPr="00CA044C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CA044C" w:rsidRPr="00CA044C" w14:paraId="10BE84D1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66E8EC4F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5. CAPACITĂȚILE FUNCȚIONALE ALE CONSTRUCȚIILOR PROIECTATE</w:t>
            </w:r>
          </w:p>
        </w:tc>
      </w:tr>
      <w:tr w:rsidR="00CA044C" w:rsidRPr="00CA044C" w14:paraId="4F8DABCD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7FA11E6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locuințe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principale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(</w:t>
            </w:r>
            <w:proofErr w:type="spellStart"/>
            <w:proofErr w:type="gramStart"/>
            <w:r w:rsidRPr="00CA044C">
              <w:rPr>
                <w:rFonts w:ascii="Times New Roman" w:hAnsi="Times New Roman"/>
                <w:sz w:val="16"/>
                <w:szCs w:val="24"/>
              </w:rPr>
              <w:t>permanente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)   </w:t>
            </w:r>
            <w:proofErr w:type="gram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sezoniere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(de vacanță)   ☐ pentru închiriere   ☐ sociale   ☐ de serviciu   ☐ de necesitate   ☐ de intervenție   ☐ de protocol</w:t>
            </w:r>
          </w:p>
        </w:tc>
      </w:tr>
      <w:tr w:rsidR="00CA044C" w:rsidRPr="00CA044C" w14:paraId="1349E4CA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904AC12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Număr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apartamente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:   cu 1 cameră: ____   2 camere: ____   3 camere: ____   4 camere: ____   5+ camere: ____</w:t>
            </w:r>
          </w:p>
        </w:tc>
      </w:tr>
      <w:tr w:rsidR="00CA044C" w:rsidRPr="00CA044C" w14:paraId="2BDD43F8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4DAE058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Construcții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pentru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instituții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publice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și</w:t>
            </w:r>
            <w:proofErr w:type="spellEnd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6"/>
                <w:szCs w:val="24"/>
              </w:rPr>
              <w:t>servicii</w:t>
            </w:r>
            <w:proofErr w:type="spellEnd"/>
          </w:p>
        </w:tc>
      </w:tr>
      <w:tr w:rsidR="00CA044C" w:rsidRPr="00CA044C" w14:paraId="3B02F1E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2855D2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sănătate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— nr. de paturi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3154909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învățământ — nr. săli / locuri / grupe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43CCE4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cultură — nr. de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BC1205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hoteliere — nr. camere / locuri</w:t>
            </w:r>
          </w:p>
        </w:tc>
      </w:tr>
      <w:tr w:rsidR="00CA044C" w:rsidRPr="00CA044C" w14:paraId="04217103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B067F88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culte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— nr. de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3577E17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administrative / financiare — nr. pers.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E8D1199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comerț / servicii / sport — nr. pers.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4E8DADF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agricole / producție / depozitare</w:t>
            </w:r>
          </w:p>
        </w:tc>
      </w:tr>
      <w:tr w:rsidR="00CA044C" w:rsidRPr="00CA044C" w14:paraId="1E0B8C92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6E2405D" w14:textId="77777777" w:rsidR="006C782F" w:rsidRDefault="006018B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Alte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caracteristici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ale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capacităților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funcționale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,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necuprinse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mai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sus</w:t>
            </w:r>
          </w:p>
          <w:p w14:paraId="11F924F5" w14:textId="77777777" w:rsidR="00357FD1" w:rsidRPr="00CA044C" w:rsidRDefault="00357FD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C1C6E0B" w14:textId="77777777" w:rsidR="006C782F" w:rsidRPr="00CA044C" w:rsidRDefault="006018BA">
      <w:pPr>
        <w:rPr>
          <w:sz w:val="24"/>
          <w:szCs w:val="24"/>
        </w:rPr>
      </w:pPr>
      <w:r w:rsidRPr="00CA044C">
        <w:rPr>
          <w:sz w:val="24"/>
          <w:szCs w:val="2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CA044C" w:rsidRPr="00CA044C" w14:paraId="56A2B21F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29B66DE5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6. UTILITĂȚI · GARAJE ȘI PARCAJE · AMENAJĂRI EXTERIOARE</w:t>
            </w:r>
          </w:p>
        </w:tc>
      </w:tr>
      <w:tr w:rsidR="00CA044C" w:rsidRPr="00CA044C" w14:paraId="7C958349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3A98377D" w14:textId="77777777" w:rsidR="006C782F" w:rsidRPr="00CA044C" w:rsidRDefault="006018BA">
            <w:pPr>
              <w:spacing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apă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CA044C">
              <w:rPr>
                <w:rFonts w:ascii="Times New Roman" w:hAnsi="Times New Roman"/>
                <w:sz w:val="16"/>
                <w:szCs w:val="24"/>
              </w:rPr>
              <w:t>canalizare</w:t>
            </w:r>
            <w:proofErr w:type="spellEnd"/>
            <w:r w:rsidRPr="00CA044C">
              <w:rPr>
                <w:rFonts w:ascii="Times New Roman" w:hAnsi="Times New Roman"/>
                <w:sz w:val="16"/>
                <w:szCs w:val="24"/>
              </w:rPr>
              <w:t xml:space="preserve">   ☐ energie electrică   ☐ energie termică   ☐ gaze naturale   ☐ telefonizare   ☐ salubritate   ☐ transport urban   ☐ alte utilități</w:t>
            </w:r>
          </w:p>
        </w:tc>
      </w:tr>
      <w:tr w:rsidR="00CA044C" w:rsidRPr="00CA044C" w14:paraId="6B7299A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EDA6F4C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garaje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— nr.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CEC801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parcaje — nr.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7FBB9A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parcaje pentru biciclete — nr.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F0DB20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alei carosabile / parcaje sol (m²)</w:t>
            </w:r>
          </w:p>
        </w:tc>
      </w:tr>
      <w:tr w:rsidR="006C782F" w:rsidRPr="00CA044C" w14:paraId="71DE4506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67D1B25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alei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pietonale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88729F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alte platforme nivel sol (m²)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deșeuri etc.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460D1AC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arbori tăiați / menținuți / plantați (nr.)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158AC7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spații verzi (m²)</w:t>
            </w:r>
          </w:p>
        </w:tc>
      </w:tr>
    </w:tbl>
    <w:p w14:paraId="770ADCB4" w14:textId="77777777" w:rsidR="006C782F" w:rsidRPr="00CA044C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CA044C" w:rsidRPr="00CA044C" w14:paraId="0849C1B1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76C1EA63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7. MĂSURI DE PROTECȚIE A MEDIULUI/SECURITATE LA INCENDIU/PROTECȚIE CIVILĂ</w:t>
            </w:r>
          </w:p>
        </w:tc>
      </w:tr>
      <w:tr w:rsidR="00CA044C" w:rsidRPr="00CA044C" w14:paraId="70C9798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098622B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Modul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evacuare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a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deșeurilor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0FACE4F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Alte măsuri de securitate la incendiu și protecție civilă</w:t>
            </w:r>
          </w:p>
        </w:tc>
      </w:tr>
      <w:tr w:rsidR="006C782F" w:rsidRPr="00CA044C" w14:paraId="19182917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C47044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Măsuri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protecție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a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mediului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B7D184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Alte măsuri specifice:</w:t>
            </w:r>
          </w:p>
        </w:tc>
      </w:tr>
    </w:tbl>
    <w:p w14:paraId="4EED2907" w14:textId="77777777" w:rsidR="006C782F" w:rsidRPr="00CA044C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CA044C" w:rsidRPr="00CA044C" w14:paraId="25B5010D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5" w:type="dxa"/>
              <w:right w:w="35" w:type="dxa"/>
            </w:tcMar>
          </w:tcPr>
          <w:p w14:paraId="7B4BCAEE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8. ÎNTOCMIT</w:t>
            </w:r>
          </w:p>
        </w:tc>
      </w:tr>
      <w:tr w:rsidR="006C782F" w:rsidRPr="00CA044C" w14:paraId="1819A54C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2BF61B7A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Numele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și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prenumele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firma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și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reprezentantul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1B88E34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6D84BB7D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Semnătura și parafa</w:t>
            </w:r>
          </w:p>
        </w:tc>
      </w:tr>
    </w:tbl>
    <w:p w14:paraId="2AE703E4" w14:textId="77777777" w:rsidR="006C782F" w:rsidRPr="00CA044C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CA044C" w:rsidRPr="00CA044C" w14:paraId="6D34FA4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7B8D0CE7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9. COMUNICAREA ÎN REGISTRUL NAȚIONAL AL CLĂDIRILOR</w:t>
            </w:r>
          </w:p>
        </w:tc>
      </w:tr>
      <w:tr w:rsidR="00CA044C" w:rsidRPr="00CA044C" w14:paraId="536B63D6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47208C0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Clădirea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a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fost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  <w:t xml:space="preserve">☐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identificată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în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registru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  ☐ declarată acum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5C685F1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NIS atribuit / confirmat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C0D405F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Cod investiție</w:t>
            </w:r>
            <w:r w:rsidRPr="00CA044C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044C">
              <w:rPr>
                <w:rFonts w:ascii="Times New Roman" w:hAnsi="Times New Roman"/>
                <w:i/>
                <w:sz w:val="16"/>
                <w:szCs w:val="24"/>
              </w:rPr>
              <w:t>dacă lucrarea e legată de o investiție</w:t>
            </w:r>
          </w:p>
        </w:tc>
      </w:tr>
      <w:tr w:rsidR="00CA044C" w:rsidRPr="00CA044C" w14:paraId="7F57C2C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9E1F52A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Data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comunicării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C871FBA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Numărul tranzacției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6D909BE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Comunicat de</w:t>
            </w:r>
          </w:p>
        </w:tc>
      </w:tr>
    </w:tbl>
    <w:p w14:paraId="64D8E0DA" w14:textId="77777777" w:rsidR="006C782F" w:rsidRPr="00CA044C" w:rsidRDefault="006018BA">
      <w:pPr>
        <w:spacing w:before="80" w:after="40" w:line="240" w:lineRule="auto"/>
        <w:rPr>
          <w:sz w:val="24"/>
          <w:szCs w:val="24"/>
        </w:rPr>
      </w:pP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Punctele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10-13 se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completează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în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cazul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amenajărilor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/</w:t>
      </w:r>
      <w:proofErr w:type="spellStart"/>
      <w:r w:rsidRPr="00CA044C">
        <w:rPr>
          <w:rFonts w:ascii="Times New Roman" w:hAnsi="Times New Roman"/>
          <w:sz w:val="18"/>
          <w:szCs w:val="24"/>
          <w:u w:val="single"/>
        </w:rPr>
        <w:t>lucrărilor</w:t>
      </w:r>
      <w:proofErr w:type="spellEnd"/>
      <w:r w:rsidRPr="00CA044C">
        <w:rPr>
          <w:rFonts w:ascii="Times New Roman" w:hAnsi="Times New Roman"/>
          <w:sz w:val="18"/>
          <w:szCs w:val="24"/>
          <w:u w:val="single"/>
        </w:rPr>
        <w:t xml:space="preserve"> inginerești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1824"/>
        <w:gridCol w:w="1824"/>
        <w:gridCol w:w="3648"/>
      </w:tblGrid>
      <w:tr w:rsidR="00CA044C" w:rsidRPr="00CA044C" w14:paraId="2A813EF9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2" w:type="dxa"/>
              <w:right w:w="35" w:type="dxa"/>
            </w:tcMar>
          </w:tcPr>
          <w:p w14:paraId="6F36F5D1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10. DATELE CARACTERISTICE ALE AMPLASAMENTULUI</w:t>
            </w:r>
          </w:p>
        </w:tc>
      </w:tr>
      <w:tr w:rsidR="00CA044C" w:rsidRPr="00CA044C" w14:paraId="7A65A9EF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2" w:type="dxa"/>
              <w:right w:w="35" w:type="dxa"/>
            </w:tcMar>
          </w:tcPr>
          <w:p w14:paraId="3B59AD99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</w:tr>
      <w:tr w:rsidR="00CA044C" w:rsidRPr="00CA044C" w14:paraId="7891C5DB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2" w:type="dxa"/>
              <w:right w:w="35" w:type="dxa"/>
            </w:tcMar>
          </w:tcPr>
          <w:p w14:paraId="2935307C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11. CARACTERISTICI TEHNICE ȘI CAPACITĂȚI </w:t>
            </w:r>
            <w:proofErr w:type="gram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FUNCȚIONALE  SPECIFICE</w:t>
            </w:r>
            <w:proofErr w:type="gramEnd"/>
          </w:p>
        </w:tc>
      </w:tr>
      <w:tr w:rsidR="00CA044C" w:rsidRPr="00CA044C" w14:paraId="0C68FCA0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2" w:type="dxa"/>
              <w:right w:w="35" w:type="dxa"/>
            </w:tcMar>
          </w:tcPr>
          <w:p w14:paraId="0B606756" w14:textId="77777777" w:rsidR="006C782F" w:rsidRPr="00CA044C" w:rsidRDefault="006C782F">
            <w:pPr>
              <w:rPr>
                <w:sz w:val="24"/>
                <w:szCs w:val="24"/>
              </w:rPr>
            </w:pPr>
          </w:p>
        </w:tc>
      </w:tr>
      <w:tr w:rsidR="00CA044C" w:rsidRPr="00CA044C" w14:paraId="301F9DC7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32B04A50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12. MĂSURI DE PROTECȚIE A MEDIULUI / SECURITATE LA INCENDIU</w:t>
            </w:r>
          </w:p>
        </w:tc>
      </w:tr>
      <w:tr w:rsidR="00CA044C" w:rsidRPr="00CA044C" w14:paraId="1FBBE6B6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7F4B668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Modul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evacuare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a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deșeurilor</w:t>
            </w:r>
            <w:proofErr w:type="spellEnd"/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20688D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Măsuri de securitate la incendiu</w:t>
            </w:r>
          </w:p>
        </w:tc>
      </w:tr>
      <w:tr w:rsidR="00CA044C" w:rsidRPr="00CA044C" w14:paraId="3DD30EE4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68EA8B7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Măsuri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protecție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a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mediului</w:t>
            </w:r>
            <w:proofErr w:type="spellEnd"/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9EB2ABB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Alte măsuri specifice</w:t>
            </w:r>
          </w:p>
        </w:tc>
      </w:tr>
      <w:tr w:rsidR="00CA044C" w:rsidRPr="00CA044C" w14:paraId="43F302E3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5" w:type="dxa"/>
              <w:right w:w="35" w:type="dxa"/>
            </w:tcMar>
          </w:tcPr>
          <w:p w14:paraId="64EF1B31" w14:textId="77777777" w:rsidR="006C782F" w:rsidRPr="00CA044C" w:rsidRDefault="006018BA">
            <w:pPr>
              <w:spacing w:before="10" w:after="1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13. ÎNTOCMIT</w:t>
            </w:r>
          </w:p>
        </w:tc>
      </w:tr>
      <w:tr w:rsidR="006C782F" w:rsidRPr="00CA044C" w14:paraId="6C530DA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3BEECA56" w14:textId="77777777" w:rsidR="006C782F" w:rsidRDefault="006018B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Numele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și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prenumele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firma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și</w:t>
            </w:r>
            <w:proofErr w:type="spellEnd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reprezentantul</w:t>
            </w:r>
            <w:proofErr w:type="spellEnd"/>
          </w:p>
          <w:p w14:paraId="5CC2A15E" w14:textId="77777777" w:rsidR="00975C2F" w:rsidRPr="00CA044C" w:rsidRDefault="00975C2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31B58A5C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1C89C4E4" w14:textId="77777777" w:rsidR="006C782F" w:rsidRPr="00CA044C" w:rsidRDefault="006018BA">
            <w:pPr>
              <w:spacing w:after="0" w:line="240" w:lineRule="auto"/>
              <w:rPr>
                <w:sz w:val="24"/>
                <w:szCs w:val="24"/>
              </w:rPr>
            </w:pPr>
            <w:r w:rsidRPr="00CA044C">
              <w:rPr>
                <w:rFonts w:ascii="Times New Roman" w:hAnsi="Times New Roman"/>
                <w:b/>
                <w:sz w:val="18"/>
                <w:szCs w:val="24"/>
              </w:rPr>
              <w:t>Semnătura și parafa</w:t>
            </w:r>
          </w:p>
        </w:tc>
      </w:tr>
    </w:tbl>
    <w:p w14:paraId="493FD407" w14:textId="77777777" w:rsidR="00CF7E1D" w:rsidRPr="00CA044C" w:rsidRDefault="00CF7E1D">
      <w:pPr>
        <w:rPr>
          <w:sz w:val="24"/>
          <w:szCs w:val="24"/>
        </w:rPr>
      </w:pPr>
    </w:p>
    <w:sectPr w:rsidR="00CF7E1D" w:rsidRPr="00CA044C" w:rsidSect="000C29A5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3A6EB" w14:textId="77777777" w:rsidR="00BF62E8" w:rsidRDefault="00BF62E8">
      <w:pPr>
        <w:spacing w:after="0" w:line="240" w:lineRule="auto"/>
      </w:pPr>
      <w:r>
        <w:separator/>
      </w:r>
    </w:p>
  </w:endnote>
  <w:endnote w:type="continuationSeparator" w:id="0">
    <w:p w14:paraId="6732D82B" w14:textId="77777777" w:rsidR="00BF62E8" w:rsidRDefault="00BF6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EAC7B" w14:textId="39D7CFD2" w:rsidR="006C782F" w:rsidRDefault="006C782F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B69F6" w14:textId="77777777" w:rsidR="00BF62E8" w:rsidRDefault="00BF62E8">
      <w:pPr>
        <w:spacing w:after="0" w:line="240" w:lineRule="auto"/>
      </w:pPr>
      <w:r>
        <w:separator/>
      </w:r>
    </w:p>
  </w:footnote>
  <w:footnote w:type="continuationSeparator" w:id="0">
    <w:p w14:paraId="4691CAEB" w14:textId="77777777" w:rsidR="00BF62E8" w:rsidRDefault="00BF62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4A5D5D"/>
    <w:multiLevelType w:val="hybridMultilevel"/>
    <w:tmpl w:val="EFF08862"/>
    <w:lvl w:ilvl="0" w:tplc="84E850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2FA74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856BD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C0201D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BA1B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0045B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64FA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F0EF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8E635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92B73EC"/>
    <w:multiLevelType w:val="hybridMultilevel"/>
    <w:tmpl w:val="CD7C8DA6"/>
    <w:lvl w:ilvl="0" w:tplc="B79C79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BA6E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E1227B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9D21F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AD681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DFA59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FEAD2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083DF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BBEE3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E4E034C"/>
    <w:multiLevelType w:val="hybridMultilevel"/>
    <w:tmpl w:val="4A2CE420"/>
    <w:lvl w:ilvl="0" w:tplc="5AF4B0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22DD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BACA3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D6F7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A53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6D60D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FF04B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A26C1F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825C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13A015C5"/>
    <w:multiLevelType w:val="hybridMultilevel"/>
    <w:tmpl w:val="C352BC86"/>
    <w:lvl w:ilvl="0" w:tplc="E27E83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FEEA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A0453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4126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2B2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DEA12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1D48B1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9A0FD4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14061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13DE72AF"/>
    <w:multiLevelType w:val="hybridMultilevel"/>
    <w:tmpl w:val="CE60AEB2"/>
    <w:lvl w:ilvl="0" w:tplc="579A09F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6218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AEAAF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E565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E76D52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52DC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2C6899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5C091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0647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7037DCB"/>
    <w:multiLevelType w:val="hybridMultilevel"/>
    <w:tmpl w:val="7780E172"/>
    <w:lvl w:ilvl="0" w:tplc="7BEA35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9E49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7E2B3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4E98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18DA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C9430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86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412FF2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845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2197581C"/>
    <w:multiLevelType w:val="hybridMultilevel"/>
    <w:tmpl w:val="F1B2C91A"/>
    <w:lvl w:ilvl="0" w:tplc="74DC920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9EA02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361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044A4A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2860C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7B651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1A4CE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DDCFF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008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2FD000BF"/>
    <w:multiLevelType w:val="hybridMultilevel"/>
    <w:tmpl w:val="AC1E987C"/>
    <w:lvl w:ilvl="0" w:tplc="6E5299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296A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9A9C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6E1D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9AE445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BA92F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C9083E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FD8787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A487E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32692436"/>
    <w:multiLevelType w:val="hybridMultilevel"/>
    <w:tmpl w:val="A3B28626"/>
    <w:lvl w:ilvl="0" w:tplc="C5EEF2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9230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F46AB1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DB23D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645E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BE0D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D491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AB8872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C07DD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337E394B"/>
    <w:multiLevelType w:val="hybridMultilevel"/>
    <w:tmpl w:val="4CEA3432"/>
    <w:lvl w:ilvl="0" w:tplc="AD96C5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D2C0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C0A7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8F0258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26F8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0D17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F428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018C2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6DAC8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391D44CD"/>
    <w:multiLevelType w:val="hybridMultilevel"/>
    <w:tmpl w:val="4C6C4D82"/>
    <w:lvl w:ilvl="0" w:tplc="08B2EA4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B4546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8AA38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E45F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87AD57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520F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8B4F2A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5D2AF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0986F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4EC94781"/>
    <w:multiLevelType w:val="hybridMultilevel"/>
    <w:tmpl w:val="D696E84E"/>
    <w:lvl w:ilvl="0" w:tplc="B85C0F7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45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E6D5E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0185B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C4055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6423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E60E2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8FA6C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1ACBE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4F117983"/>
    <w:multiLevelType w:val="hybridMultilevel"/>
    <w:tmpl w:val="EA28B002"/>
    <w:lvl w:ilvl="0" w:tplc="E0220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51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C642E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98C600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FB0FF2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E528E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F8C2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30AB8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BB2F9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5E7F6E73"/>
    <w:multiLevelType w:val="hybridMultilevel"/>
    <w:tmpl w:val="0ABE8E76"/>
    <w:lvl w:ilvl="0" w:tplc="CD8AC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BCE02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AE8E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E888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8FE57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B3A47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E9CC2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263D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3A5C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658A3592"/>
    <w:multiLevelType w:val="hybridMultilevel"/>
    <w:tmpl w:val="B7DAAC5C"/>
    <w:lvl w:ilvl="0" w:tplc="CC6E4E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EC71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35277A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CC2D1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E362DD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8C43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18F6C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86B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04CE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693A13A9"/>
    <w:multiLevelType w:val="hybridMultilevel"/>
    <w:tmpl w:val="C34CF236"/>
    <w:lvl w:ilvl="0" w:tplc="B9627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9ACF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98681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9C41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A2CF0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F4E5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EDE98D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63E4C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D41C9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6B363D31"/>
    <w:multiLevelType w:val="hybridMultilevel"/>
    <w:tmpl w:val="66B6D824"/>
    <w:lvl w:ilvl="0" w:tplc="89C8664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CAA2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98BA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A566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1A0923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D64C19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AA288B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5467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E0809A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6D0348CA"/>
    <w:multiLevelType w:val="hybridMultilevel"/>
    <w:tmpl w:val="6B0E669A"/>
    <w:lvl w:ilvl="0" w:tplc="7ADCCF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A6DD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64C36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24A56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7603D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7EB4381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C45478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90B59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ACAE0C2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7B4D7A0D"/>
    <w:multiLevelType w:val="hybridMultilevel"/>
    <w:tmpl w:val="0DB2EB9A"/>
    <w:lvl w:ilvl="0" w:tplc="F0D84EC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5CC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82066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36B0D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31E5C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E4A2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3309C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17CA9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47680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1685083789">
    <w:abstractNumId w:val="8"/>
  </w:num>
  <w:num w:numId="2" w16cid:durableId="1217283027">
    <w:abstractNumId w:val="6"/>
  </w:num>
  <w:num w:numId="3" w16cid:durableId="484391773">
    <w:abstractNumId w:val="5"/>
  </w:num>
  <w:num w:numId="4" w16cid:durableId="329137123">
    <w:abstractNumId w:val="4"/>
  </w:num>
  <w:num w:numId="5" w16cid:durableId="2051299653">
    <w:abstractNumId w:val="7"/>
  </w:num>
  <w:num w:numId="6" w16cid:durableId="972297197">
    <w:abstractNumId w:val="3"/>
  </w:num>
  <w:num w:numId="7" w16cid:durableId="1428384972">
    <w:abstractNumId w:val="2"/>
  </w:num>
  <w:num w:numId="8" w16cid:durableId="966398259">
    <w:abstractNumId w:val="1"/>
  </w:num>
  <w:num w:numId="9" w16cid:durableId="942540212">
    <w:abstractNumId w:val="0"/>
  </w:num>
  <w:num w:numId="10" w16cid:durableId="539587500">
    <w:abstractNumId w:val="21"/>
  </w:num>
  <w:num w:numId="11" w16cid:durableId="1563758771">
    <w:abstractNumId w:val="19"/>
  </w:num>
  <w:num w:numId="12" w16cid:durableId="831337265">
    <w:abstractNumId w:val="11"/>
  </w:num>
  <w:num w:numId="13" w16cid:durableId="1781025475">
    <w:abstractNumId w:val="10"/>
  </w:num>
  <w:num w:numId="14" w16cid:durableId="2145350073">
    <w:abstractNumId w:val="27"/>
  </w:num>
  <w:num w:numId="15" w16cid:durableId="1819689182">
    <w:abstractNumId w:val="16"/>
  </w:num>
  <w:num w:numId="16" w16cid:durableId="378747557">
    <w:abstractNumId w:val="14"/>
  </w:num>
  <w:num w:numId="17" w16cid:durableId="489489665">
    <w:abstractNumId w:val="9"/>
  </w:num>
  <w:num w:numId="18" w16cid:durableId="1506895502">
    <w:abstractNumId w:val="25"/>
  </w:num>
  <w:num w:numId="19" w16cid:durableId="2123762921">
    <w:abstractNumId w:val="18"/>
  </w:num>
  <w:num w:numId="20" w16cid:durableId="1735928267">
    <w:abstractNumId w:val="17"/>
  </w:num>
  <w:num w:numId="21" w16cid:durableId="667906544">
    <w:abstractNumId w:val="15"/>
  </w:num>
  <w:num w:numId="22" w16cid:durableId="1208949987">
    <w:abstractNumId w:val="20"/>
  </w:num>
  <w:num w:numId="23" w16cid:durableId="127288221">
    <w:abstractNumId w:val="23"/>
  </w:num>
  <w:num w:numId="24" w16cid:durableId="2115438506">
    <w:abstractNumId w:val="13"/>
  </w:num>
  <w:num w:numId="25" w16cid:durableId="239028602">
    <w:abstractNumId w:val="22"/>
  </w:num>
  <w:num w:numId="26" w16cid:durableId="566578439">
    <w:abstractNumId w:val="24"/>
  </w:num>
  <w:num w:numId="27" w16cid:durableId="666979831">
    <w:abstractNumId w:val="12"/>
  </w:num>
  <w:num w:numId="28" w16cid:durableId="127166700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29A5"/>
    <w:rsid w:val="0015074B"/>
    <w:rsid w:val="001C185F"/>
    <w:rsid w:val="00200FFD"/>
    <w:rsid w:val="00257A82"/>
    <w:rsid w:val="0029639D"/>
    <w:rsid w:val="002F424F"/>
    <w:rsid w:val="00301CFD"/>
    <w:rsid w:val="00326F90"/>
    <w:rsid w:val="00357FD1"/>
    <w:rsid w:val="00360C4F"/>
    <w:rsid w:val="00387CA9"/>
    <w:rsid w:val="003B307E"/>
    <w:rsid w:val="004710B9"/>
    <w:rsid w:val="004A6029"/>
    <w:rsid w:val="00547BEB"/>
    <w:rsid w:val="006018BA"/>
    <w:rsid w:val="006127C3"/>
    <w:rsid w:val="006C7691"/>
    <w:rsid w:val="006C782F"/>
    <w:rsid w:val="00767563"/>
    <w:rsid w:val="007E2E89"/>
    <w:rsid w:val="00845657"/>
    <w:rsid w:val="008E6085"/>
    <w:rsid w:val="00923990"/>
    <w:rsid w:val="00962090"/>
    <w:rsid w:val="00975C2F"/>
    <w:rsid w:val="00AA1D8D"/>
    <w:rsid w:val="00AF22B6"/>
    <w:rsid w:val="00AF3338"/>
    <w:rsid w:val="00B12DE5"/>
    <w:rsid w:val="00B47730"/>
    <w:rsid w:val="00B541E0"/>
    <w:rsid w:val="00B97B62"/>
    <w:rsid w:val="00BD39D4"/>
    <w:rsid w:val="00BF62E8"/>
    <w:rsid w:val="00C132E0"/>
    <w:rsid w:val="00C9583A"/>
    <w:rsid w:val="00CA044C"/>
    <w:rsid w:val="00CB0664"/>
    <w:rsid w:val="00CF7E1D"/>
    <w:rsid w:val="00D10E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03163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301CFD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6018BA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7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2252</Words>
  <Characters>13064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16</cp:revision>
  <dcterms:created xsi:type="dcterms:W3CDTF">2013-12-23T23:15:00Z</dcterms:created>
  <dcterms:modified xsi:type="dcterms:W3CDTF">2026-09-16T10:30:00Z</dcterms:modified>
  <cp:category/>
</cp:coreProperties>
</file>