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7464EF" w:rsidRPr="007464EF" w14:paraId="25A90567" w14:textId="77777777" w:rsidTr="00664EAD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96A0682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7464EF">
              <w:rPr>
                <w:rFonts w:ascii="Times New Roman" w:hAnsi="Times New Roman"/>
                <w:b/>
                <w:noProof/>
                <w:sz w:val="20"/>
                <w:szCs w:val="20"/>
              </w:rPr>
              <w:drawing>
                <wp:inline distT="0" distB="0" distL="0" distR="0" wp14:anchorId="521C277E" wp14:editId="1D24002A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388797B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Județul Vâlcea</w:t>
            </w:r>
          </w:p>
        </w:tc>
      </w:tr>
      <w:tr w:rsidR="007464EF" w:rsidRPr="007464EF" w14:paraId="21B77759" w14:textId="77777777" w:rsidTr="00664EAD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1037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B17F8FB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Primăria Orașului Băile Govora</w:t>
            </w:r>
          </w:p>
        </w:tc>
      </w:tr>
      <w:tr w:rsidR="007464EF" w:rsidRPr="007464EF" w14:paraId="24BD2BC0" w14:textId="77777777" w:rsidTr="00664EAD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53B9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081A9124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Cod de identificare fiscală (CIF)</w:t>
            </w:r>
          </w:p>
          <w:p w14:paraId="7E3EB6A4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6F1A3FE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 xml:space="preserve">Adresa oficială: </w:t>
            </w:r>
            <w:r w:rsidRPr="007464EF">
              <w:rPr>
                <w:rFonts w:ascii="Times New Roman" w:hAnsi="Times New Roman"/>
                <w:b/>
                <w:sz w:val="20"/>
                <w:szCs w:val="20"/>
              </w:rPr>
              <w:br/>
              <w:t>Strada Tudor Vladimirescu, nr. 95, cod poștal 245200,</w:t>
            </w:r>
          </w:p>
          <w:p w14:paraId="3F2D2F33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Oraș Băile Govora, Județ Vâlcea, România</w:t>
            </w: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ab/>
            </w:r>
          </w:p>
          <w:p w14:paraId="43788EE5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Tel: +4 0250 770 460</w:t>
            </w:r>
          </w:p>
          <w:p w14:paraId="030EB918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www.primaria-baile-govora.ro</w:t>
            </w:r>
          </w:p>
          <w:p w14:paraId="66DF6F49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E-mail: primaria@primaria-baile-govora.ro baile.govora@vl.e-adm.ro</w:t>
            </w:r>
          </w:p>
        </w:tc>
      </w:tr>
      <w:tr w:rsidR="007464EF" w:rsidRPr="007464EF" w14:paraId="1C2EFFE8" w14:textId="77777777" w:rsidTr="00664EAD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2245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8E3696A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Număr înregistrare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74FD1C4" w14:textId="77777777" w:rsidR="007464EF" w:rsidRPr="007464EF" w:rsidRDefault="007464EF" w:rsidP="00746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EF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</w:tr>
    </w:tbl>
    <w:p w14:paraId="4CC267B2" w14:textId="77777777" w:rsidR="002F480B" w:rsidRDefault="002F480B" w:rsidP="004D4E15">
      <w:pPr>
        <w:spacing w:before="80" w:after="6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</w:p>
    <w:p w14:paraId="14F68403" w14:textId="61928342" w:rsidR="004D4E15" w:rsidRDefault="004D4E15" w:rsidP="004D4E15">
      <w:pPr>
        <w:spacing w:before="80" w:after="6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  <w:r w:rsidRPr="007D1692">
        <w:rPr>
          <w:rFonts w:ascii="Times New Roman" w:hAnsi="Times New Roman"/>
          <w:b/>
          <w:color w:val="000000" w:themeColor="text1"/>
          <w:sz w:val="28"/>
          <w:szCs w:val="24"/>
        </w:rPr>
        <w:t>CERERE</w:t>
      </w:r>
    </w:p>
    <w:p w14:paraId="47D8D6B2" w14:textId="77777777" w:rsidR="007D1692" w:rsidRPr="007D1692" w:rsidRDefault="007D1692" w:rsidP="004D4E15">
      <w:pPr>
        <w:spacing w:before="80" w:after="60" w:line="240" w:lineRule="auto"/>
        <w:jc w:val="center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72"/>
      </w:tblGrid>
      <w:tr w:rsidR="007D1692" w:rsidRPr="007D1692" w14:paraId="53C87BC3" w14:textId="77777777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0331C10" w14:textId="77777777" w:rsidR="004D4E15" w:rsidRPr="007D1692" w:rsidRDefault="004D4E15" w:rsidP="005A67B9">
            <w:pPr>
              <w:spacing w:before="20" w:after="2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1. CĂTRE</w:t>
            </w:r>
          </w:p>
        </w:tc>
      </w:tr>
      <w:tr w:rsidR="007D1692" w:rsidRPr="007D1692" w14:paraId="60EE2974" w14:textId="77777777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D40BB89" w14:textId="77777777" w:rsidR="004D4E15" w:rsidRPr="007D1692" w:rsidRDefault="004D4E15" w:rsidP="005A67B9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Instituția</w:t>
            </w:r>
          </w:p>
          <w:p w14:paraId="47674C7D" w14:textId="09AF9BFE" w:rsidR="004D4E15" w:rsidRPr="007D1692" w:rsidRDefault="007464EF" w:rsidP="005A67B9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Primăria Orașului Băile Govora</w:t>
            </w:r>
          </w:p>
        </w:tc>
      </w:tr>
      <w:tr w:rsidR="004D4E15" w:rsidRPr="007D1692" w14:paraId="7D5A737E" w14:textId="77777777" w:rsidTr="00244BC4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BB94360" w14:textId="204020B7" w:rsidR="004D4E15" w:rsidRPr="007D1692" w:rsidRDefault="004D4E15" w:rsidP="005A67B9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Către </w:t>
            </w:r>
            <w:r w:rsidR="007464EF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Primarul Orașului Băile Govora</w:t>
            </w:r>
          </w:p>
        </w:tc>
      </w:tr>
    </w:tbl>
    <w:p w14:paraId="0BCD26BF" w14:textId="77777777" w:rsidR="00883F41" w:rsidRPr="007D1692" w:rsidRDefault="00883F41">
      <w:pPr>
        <w:spacing w:before="3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7D1692" w:rsidRPr="007D1692" w14:paraId="2D66BC8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8541998" w14:textId="77777777" w:rsidR="00883F41" w:rsidRPr="007D1692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2. SOLICITANTUL</w:t>
            </w:r>
          </w:p>
        </w:tc>
      </w:tr>
      <w:tr w:rsidR="007D1692" w:rsidRPr="007D1692" w14:paraId="556A735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95A63FF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BBB243F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CNP</w:t>
            </w:r>
          </w:p>
        </w:tc>
      </w:tr>
      <w:tr w:rsidR="007D1692" w:rsidRPr="007D1692" w14:paraId="32B7BE9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6FD753D3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Act de identitate</w:t>
            </w:r>
          </w:p>
        </w:tc>
      </w:tr>
      <w:tr w:rsidR="007D1692" w:rsidRPr="007D1692" w14:paraId="7B2A296E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E1760ED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1EE352B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A7AA0FD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D7EF92E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La data</w:t>
            </w:r>
          </w:p>
        </w:tc>
      </w:tr>
      <w:tr w:rsidR="007D1692" w:rsidRPr="007D1692" w14:paraId="4217486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B846B5B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Domiciliul</w:t>
            </w:r>
          </w:p>
        </w:tc>
      </w:tr>
      <w:tr w:rsidR="007D1692" w:rsidRPr="007D1692" w14:paraId="3FC5238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241F9DB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1AF6E4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D7E4260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Satul / sectorul</w:t>
            </w:r>
          </w:p>
        </w:tc>
      </w:tr>
      <w:tr w:rsidR="007D1692" w:rsidRPr="007D1692" w14:paraId="40F8A92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F0FD43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030B98D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4B1145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2E23CA3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C3D185F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EDCE893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BD3372E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Țara</w:t>
            </w:r>
          </w:p>
        </w:tc>
      </w:tr>
      <w:tr w:rsidR="007D1692" w:rsidRPr="007D1692" w14:paraId="5511BF8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E7DA438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Date de contact</w:t>
            </w:r>
          </w:p>
        </w:tc>
      </w:tr>
      <w:tr w:rsidR="007D1692" w:rsidRPr="007D1692" w14:paraId="273E0C08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4ED66F3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2934800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E-mail</w:t>
            </w:r>
          </w:p>
        </w:tc>
      </w:tr>
      <w:tr w:rsidR="007D1692" w:rsidRPr="007D1692" w14:paraId="14B0FAD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2605531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Reprezentare</w:t>
            </w:r>
          </w:p>
        </w:tc>
      </w:tr>
      <w:tr w:rsidR="00883F41" w:rsidRPr="007D1692" w14:paraId="0893185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6492D860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În calitate de reprezentant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083BA68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CUI / CIF</w:t>
            </w:r>
          </w:p>
        </w:tc>
      </w:tr>
    </w:tbl>
    <w:p w14:paraId="0E18FB67" w14:textId="77777777" w:rsidR="00883F41" w:rsidRPr="007D1692" w:rsidRDefault="00883F41">
      <w:pPr>
        <w:spacing w:before="3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D1692" w:rsidRPr="007D1692" w14:paraId="683D3CE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F714A53" w14:textId="77777777" w:rsidR="00883F41" w:rsidRPr="007D1692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3. AUTORIZAȚIA DE CONSTRUIRE</w:t>
            </w:r>
          </w:p>
        </w:tc>
      </w:tr>
      <w:tr w:rsidR="007D1692" w:rsidRPr="007D1692" w14:paraId="0302DCBD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05723CC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A04F876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BBCBF47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Emisă de</w:t>
            </w:r>
          </w:p>
        </w:tc>
      </w:tr>
    </w:tbl>
    <w:p w14:paraId="1FDAFF40" w14:textId="1C0FA551" w:rsidR="00883F41" w:rsidRDefault="00000000">
      <w:pPr>
        <w:spacing w:before="80" w:after="6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4"/>
        </w:rPr>
      </w:pPr>
      <w:r w:rsidRPr="007D1692">
        <w:rPr>
          <w:rFonts w:ascii="Times New Roman" w:hAnsi="Times New Roman"/>
          <w:color w:val="000000" w:themeColor="text1"/>
          <w:sz w:val="18"/>
          <w:szCs w:val="24"/>
        </w:rPr>
        <w:t>în temeiul art. 309 – art. 310 din Legea nr. 169/2026 privind Codul amenajării teritoriului, urbanismului și construcțiilor,</w:t>
      </w:r>
      <w:r w:rsidRPr="007D1692">
        <w:rPr>
          <w:rFonts w:ascii="Times New Roman" w:hAnsi="Times New Roman"/>
          <w:color w:val="000000" w:themeColor="text1"/>
          <w:sz w:val="18"/>
          <w:szCs w:val="24"/>
        </w:rPr>
        <w:br/>
        <w:t>solicit:</w:t>
      </w:r>
      <w:r w:rsidRPr="007D1692">
        <w:rPr>
          <w:rFonts w:ascii="Times New Roman" w:hAnsi="Times New Roman"/>
          <w:color w:val="000000" w:themeColor="text1"/>
          <w:sz w:val="18"/>
          <w:szCs w:val="24"/>
        </w:rPr>
        <w:br/>
      </w:r>
      <w:r w:rsidRPr="007D1692">
        <w:rPr>
          <w:rFonts w:ascii="Times New Roman" w:hAnsi="Times New Roman"/>
          <w:b/>
          <w:color w:val="000000" w:themeColor="text1"/>
          <w:sz w:val="20"/>
          <w:szCs w:val="24"/>
        </w:rPr>
        <w:t>☐ prelungirea DURATEI DE EXECUȚIE, pentru cel mult 12 luni  /</w:t>
      </w:r>
      <w:r w:rsidRPr="007D1692">
        <w:rPr>
          <w:rFonts w:ascii="Times New Roman" w:hAnsi="Times New Roman"/>
          <w:b/>
          <w:color w:val="000000" w:themeColor="text1"/>
          <w:sz w:val="20"/>
          <w:szCs w:val="24"/>
        </w:rPr>
        <w:br/>
      </w:r>
      <w:r w:rsidR="002F480B">
        <w:rPr>
          <w:rFonts w:ascii="Times New Roman" w:hAnsi="Times New Roman"/>
          <w:b/>
          <w:color w:val="000000" w:themeColor="text1"/>
          <w:sz w:val="20"/>
          <w:szCs w:val="24"/>
        </w:rPr>
        <w:t xml:space="preserve">  </w:t>
      </w:r>
      <w:r w:rsidRPr="007D1692">
        <w:rPr>
          <w:rFonts w:ascii="Times New Roman" w:hAnsi="Times New Roman"/>
          <w:b/>
          <w:color w:val="000000" w:themeColor="text1"/>
          <w:sz w:val="20"/>
          <w:szCs w:val="24"/>
        </w:rPr>
        <w:t>☐ prelungirea VALABILITĂȚII autorizației, pentru cel mult 12 luni</w:t>
      </w:r>
    </w:p>
    <w:p w14:paraId="14B9D5A3" w14:textId="6F33508C" w:rsidR="00745E84" w:rsidRPr="007D1692" w:rsidRDefault="009F3ECE">
      <w:pPr>
        <w:spacing w:before="80" w:after="60" w:line="240" w:lineRule="auto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7D1692" w:rsidRPr="007D1692" w14:paraId="7E159A1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F7F03C2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De la data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36BFFB39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Până la data</w:t>
            </w:r>
          </w:p>
        </w:tc>
      </w:tr>
      <w:tr w:rsidR="007D1692" w:rsidRPr="007D1692" w14:paraId="73349ED8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DC44848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Stadiul lucrărilor (%)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E15BE5D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Data începerii efective</w:t>
            </w:r>
          </w:p>
        </w:tc>
      </w:tr>
      <w:tr w:rsidR="00883F41" w:rsidRPr="007D1692" w14:paraId="62E56AC0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4BEB2FD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Lucrările rămase de executat și motivarea</w:t>
            </w: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br/>
            </w: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br/>
            </w: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br/>
            </w:r>
          </w:p>
        </w:tc>
      </w:tr>
    </w:tbl>
    <w:p w14:paraId="163D3599" w14:textId="77777777" w:rsidR="00883F41" w:rsidRPr="007D1692" w:rsidRDefault="00883F41">
      <w:pPr>
        <w:spacing w:before="3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7D1692" w:rsidRPr="007D1692" w14:paraId="73B9D83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40" w:type="dxa"/>
              <w:bottom w:w="12" w:type="dxa"/>
              <w:right w:w="40" w:type="dxa"/>
            </w:tcMar>
          </w:tcPr>
          <w:p w14:paraId="453DECFF" w14:textId="77777777" w:rsidR="00883F41" w:rsidRPr="007D1692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5. SE ANEXEAZĂ</w:t>
            </w:r>
          </w:p>
        </w:tc>
      </w:tr>
      <w:tr w:rsidR="00883F41" w:rsidRPr="007D1692" w14:paraId="70E11B9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40" w:type="dxa"/>
              <w:bottom w:w="12" w:type="dxa"/>
              <w:right w:w="40" w:type="dxa"/>
            </w:tcMar>
          </w:tcPr>
          <w:p w14:paraId="3BA981B0" w14:textId="77777777" w:rsidR="00883F41" w:rsidRPr="007D1692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☐ autorizația de construire (în original)     ☐ documentul privind achitarea taxei (copie)</w:t>
            </w:r>
          </w:p>
        </w:tc>
      </w:tr>
    </w:tbl>
    <w:p w14:paraId="06EB99B1" w14:textId="77777777" w:rsidR="00883F41" w:rsidRPr="007D1692" w:rsidRDefault="00883F41">
      <w:pPr>
        <w:spacing w:before="3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D1692" w:rsidRPr="007D1692" w14:paraId="517CF234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1773D346" w14:textId="77777777" w:rsidR="00883F41" w:rsidRPr="007D1692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6. DATA ȘI SEMNĂTURA</w:t>
            </w:r>
          </w:p>
        </w:tc>
      </w:tr>
      <w:tr w:rsidR="00883F41" w:rsidRPr="007D1692" w14:paraId="29A635A0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4164A38F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7D46AE6A" w14:textId="77777777" w:rsidR="00883F41" w:rsidRDefault="0000000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Titularul autorizației</w:t>
            </w:r>
          </w:p>
          <w:p w14:paraId="4CE389A7" w14:textId="77777777" w:rsidR="002F480B" w:rsidRPr="007D1692" w:rsidRDefault="002F480B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5024AA4D" w14:textId="77777777" w:rsidR="00883F41" w:rsidRPr="007D1692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D1692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Semnătura</w:t>
            </w:r>
          </w:p>
        </w:tc>
      </w:tr>
    </w:tbl>
    <w:p w14:paraId="6863F2F2" w14:textId="77777777" w:rsidR="00A86778" w:rsidRPr="007D1692" w:rsidRDefault="00A86778">
      <w:pPr>
        <w:rPr>
          <w:color w:val="000000" w:themeColor="text1"/>
          <w:sz w:val="24"/>
          <w:szCs w:val="24"/>
        </w:rPr>
      </w:pPr>
    </w:p>
    <w:sectPr w:rsidR="00A86778" w:rsidRPr="007D1692" w:rsidSect="004965F9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75FC" w14:textId="77777777" w:rsidR="00631383" w:rsidRDefault="00631383">
      <w:pPr>
        <w:spacing w:after="0" w:line="240" w:lineRule="auto"/>
      </w:pPr>
      <w:r>
        <w:separator/>
      </w:r>
    </w:p>
  </w:endnote>
  <w:endnote w:type="continuationSeparator" w:id="0">
    <w:p w14:paraId="54DC93D8" w14:textId="77777777" w:rsidR="00631383" w:rsidRDefault="00631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DE98" w14:textId="77777777" w:rsidR="00883F41" w:rsidRDefault="00000000">
    <w:pPr>
      <w:pStyle w:val="Subsol"/>
      <w:jc w:val="center"/>
    </w:pPr>
    <w:r>
      <w:rPr>
        <w:rFonts w:ascii="Times New Roman" w:hAnsi="Times New Roman"/>
        <w:color w:val="646464"/>
        <w:sz w:val="16"/>
      </w:rPr>
      <w:t>F_A_02 · versiunea 1.0                                                  pagina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70132" w14:textId="77777777" w:rsidR="00631383" w:rsidRDefault="00631383">
      <w:pPr>
        <w:spacing w:after="0" w:line="240" w:lineRule="auto"/>
      </w:pPr>
      <w:r>
        <w:separator/>
      </w:r>
    </w:p>
  </w:footnote>
  <w:footnote w:type="continuationSeparator" w:id="0">
    <w:p w14:paraId="66681EA7" w14:textId="77777777" w:rsidR="00631383" w:rsidRDefault="00631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E805C" w14:textId="77777777" w:rsidR="00883F41" w:rsidRDefault="00883F41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2963990">
    <w:abstractNumId w:val="8"/>
  </w:num>
  <w:num w:numId="2" w16cid:durableId="1490050472">
    <w:abstractNumId w:val="6"/>
  </w:num>
  <w:num w:numId="3" w16cid:durableId="784035271">
    <w:abstractNumId w:val="5"/>
  </w:num>
  <w:num w:numId="4" w16cid:durableId="696807845">
    <w:abstractNumId w:val="4"/>
  </w:num>
  <w:num w:numId="5" w16cid:durableId="682246908">
    <w:abstractNumId w:val="7"/>
  </w:num>
  <w:num w:numId="6" w16cid:durableId="1144544672">
    <w:abstractNumId w:val="3"/>
  </w:num>
  <w:num w:numId="7" w16cid:durableId="101656294">
    <w:abstractNumId w:val="2"/>
  </w:num>
  <w:num w:numId="8" w16cid:durableId="1847284461">
    <w:abstractNumId w:val="1"/>
  </w:num>
  <w:num w:numId="9" w16cid:durableId="26241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0F5"/>
    <w:rsid w:val="0015074B"/>
    <w:rsid w:val="00157744"/>
    <w:rsid w:val="00200FFD"/>
    <w:rsid w:val="00244BC4"/>
    <w:rsid w:val="00247821"/>
    <w:rsid w:val="0029639D"/>
    <w:rsid w:val="002F480B"/>
    <w:rsid w:val="00326F90"/>
    <w:rsid w:val="004965F9"/>
    <w:rsid w:val="004A6029"/>
    <w:rsid w:val="004D4E15"/>
    <w:rsid w:val="00510D73"/>
    <w:rsid w:val="005461F5"/>
    <w:rsid w:val="00604C2C"/>
    <w:rsid w:val="00631383"/>
    <w:rsid w:val="0072163D"/>
    <w:rsid w:val="00745E84"/>
    <w:rsid w:val="007464EF"/>
    <w:rsid w:val="007D1692"/>
    <w:rsid w:val="007F3C2B"/>
    <w:rsid w:val="00883F41"/>
    <w:rsid w:val="008A14B9"/>
    <w:rsid w:val="008D5CAB"/>
    <w:rsid w:val="009F3ECE"/>
    <w:rsid w:val="00A51817"/>
    <w:rsid w:val="00A86778"/>
    <w:rsid w:val="00AA1D8D"/>
    <w:rsid w:val="00B046C7"/>
    <w:rsid w:val="00B1596C"/>
    <w:rsid w:val="00B47730"/>
    <w:rsid w:val="00BB54B5"/>
    <w:rsid w:val="00C132E0"/>
    <w:rsid w:val="00CB0664"/>
    <w:rsid w:val="00CE17D3"/>
    <w:rsid w:val="00D10E69"/>
    <w:rsid w:val="00D92D6F"/>
    <w:rsid w:val="00EA512B"/>
    <w:rsid w:val="00FC693F"/>
    <w:rsid w:val="00FD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E96C04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604C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24</cp:revision>
  <dcterms:created xsi:type="dcterms:W3CDTF">2013-12-23T23:15:00Z</dcterms:created>
  <dcterms:modified xsi:type="dcterms:W3CDTF">2026-09-16T11:30:00Z</dcterms:modified>
  <cp:category/>
</cp:coreProperties>
</file>