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0956E7" w:rsidRPr="000956E7" w14:paraId="4110173A" w14:textId="77777777" w:rsidTr="000956E7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CF1A4A0" w14:textId="2D46FCB5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E7">
              <w:rPr>
                <w:rFonts w:ascii="Times New Roman" w:hAnsi="Times New Roman"/>
                <w:b/>
              </w:rPr>
              <w:t xml:space="preserve">  </w:t>
            </w:r>
            <w:r w:rsidRPr="000956E7">
              <w:rPr>
                <w:rFonts w:ascii="Times New Roman" w:hAnsi="Times New Roman"/>
                <w:b/>
              </w:rPr>
              <w:drawing>
                <wp:inline distT="0" distB="0" distL="0" distR="0" wp14:anchorId="236ECE6B" wp14:editId="5A709D14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D459274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956E7">
              <w:rPr>
                <w:rFonts w:ascii="Times New Roman" w:hAnsi="Times New Roman"/>
                <w:b/>
              </w:rPr>
              <w:t>Județul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0956E7" w:rsidRPr="000956E7" w14:paraId="3A0832FA" w14:textId="77777777" w:rsidTr="000956E7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D08F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0E8B22D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956E7">
              <w:rPr>
                <w:rFonts w:ascii="Times New Roman" w:hAnsi="Times New Roman"/>
                <w:b/>
              </w:rPr>
              <w:t>Primăria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Orașului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Băile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0956E7" w:rsidRPr="000956E7" w14:paraId="19CABBDA" w14:textId="77777777" w:rsidTr="000956E7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775C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5F27FCC1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E7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0956E7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fiscală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(CIF)</w:t>
            </w:r>
          </w:p>
          <w:p w14:paraId="1C186D61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E7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028DFFA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956E7">
              <w:rPr>
                <w:rFonts w:ascii="Times New Roman" w:hAnsi="Times New Roman"/>
                <w:b/>
              </w:rPr>
              <w:t>Adresa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oficială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: </w:t>
            </w:r>
            <w:r w:rsidRPr="000956E7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0956E7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0956E7">
              <w:rPr>
                <w:rFonts w:ascii="Times New Roman" w:hAnsi="Times New Roman"/>
                <w:b/>
              </w:rPr>
              <w:t>poștal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245200,</w:t>
            </w:r>
          </w:p>
          <w:p w14:paraId="6B256D6F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956E7">
              <w:rPr>
                <w:rFonts w:ascii="Times New Roman" w:hAnsi="Times New Roman"/>
                <w:b/>
              </w:rPr>
              <w:t>Oraș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Băile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Govora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0956E7">
              <w:rPr>
                <w:rFonts w:ascii="Times New Roman" w:hAnsi="Times New Roman"/>
                <w:b/>
              </w:rPr>
              <w:t>Județ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0956E7">
              <w:rPr>
                <w:rFonts w:ascii="Times New Roman" w:hAnsi="Times New Roman"/>
                <w:b/>
              </w:rPr>
              <w:t>România</w:t>
            </w:r>
            <w:proofErr w:type="spellEnd"/>
            <w:r w:rsidRPr="000956E7">
              <w:rPr>
                <w:rFonts w:ascii="Times New Roman" w:hAnsi="Times New Roman"/>
                <w:b/>
              </w:rPr>
              <w:tab/>
            </w:r>
          </w:p>
          <w:p w14:paraId="15E41FA8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E7">
              <w:rPr>
                <w:rFonts w:ascii="Times New Roman" w:hAnsi="Times New Roman"/>
                <w:b/>
              </w:rPr>
              <w:t>Tel: +4 0250 770 460</w:t>
            </w:r>
          </w:p>
          <w:p w14:paraId="6B9F2BE6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E7">
              <w:rPr>
                <w:rFonts w:ascii="Times New Roman" w:hAnsi="Times New Roman"/>
                <w:b/>
              </w:rPr>
              <w:t>www.primaria-baile-govora.ro</w:t>
            </w:r>
          </w:p>
          <w:p w14:paraId="5463F56A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956E7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0956E7" w:rsidRPr="000956E7" w14:paraId="6C16DFFA" w14:textId="77777777" w:rsidTr="000956E7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5398" w14:textId="77777777" w:rsidR="000956E7" w:rsidRPr="000956E7" w:rsidRDefault="000956E7" w:rsidP="000956E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8B4A6F1" w14:textId="77777777" w:rsidR="000956E7" w:rsidRPr="000956E7" w:rsidRDefault="000956E7" w:rsidP="000956E7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0956E7">
              <w:rPr>
                <w:rFonts w:ascii="Times New Roman" w:hAnsi="Times New Roman"/>
                <w:b/>
              </w:rPr>
              <w:t>Număr</w:t>
            </w:r>
            <w:proofErr w:type="spellEnd"/>
            <w:r w:rsidRPr="000956E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956E7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5753249" w14:textId="77777777" w:rsidR="000956E7" w:rsidRPr="000956E7" w:rsidRDefault="000956E7" w:rsidP="000956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956E7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73DD8D06" w14:textId="77777777" w:rsidR="00FB536F" w:rsidRPr="007060B4" w:rsidRDefault="00FB536F">
      <w:pPr>
        <w:spacing w:before="80" w:after="60" w:line="240" w:lineRule="auto"/>
        <w:jc w:val="center"/>
        <w:rPr>
          <w:rFonts w:ascii="Times New Roman" w:hAnsi="Times New Roman"/>
          <w:b/>
          <w:sz w:val="24"/>
        </w:rPr>
      </w:pPr>
    </w:p>
    <w:p w14:paraId="63CCBF93" w14:textId="59823950" w:rsidR="002A6812" w:rsidRPr="007060B4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7060B4">
        <w:rPr>
          <w:rFonts w:ascii="Times New Roman" w:hAnsi="Times New Roman"/>
          <w:b/>
          <w:sz w:val="28"/>
          <w:szCs w:val="24"/>
        </w:rPr>
        <w:t>AUTORIZAȚIE DE MODIFICARE</w:t>
      </w:r>
      <w:r w:rsidRPr="007060B4">
        <w:rPr>
          <w:rFonts w:ascii="Times New Roman" w:hAnsi="Times New Roman"/>
          <w:b/>
          <w:sz w:val="28"/>
          <w:szCs w:val="24"/>
        </w:rPr>
        <w:br/>
      </w:r>
      <w:r w:rsidRPr="007060B4">
        <w:rPr>
          <w:rFonts w:ascii="Times New Roman" w:hAnsi="Times New Roman"/>
          <w:sz w:val="20"/>
          <w:szCs w:val="24"/>
        </w:rPr>
        <w:t>Nr. ...................... din 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060B4" w:rsidRPr="007060B4" w14:paraId="2A430C51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40DE467D" w14:textId="77777777" w:rsidR="002A6812" w:rsidRPr="007060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1. REFERINȚE</w:t>
            </w:r>
          </w:p>
        </w:tc>
      </w:tr>
      <w:tr w:rsidR="007060B4" w:rsidRPr="007060B4" w14:paraId="415E819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93C5045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Ca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urmare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a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cererii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9E066E5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0D83463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 titularului</w:t>
            </w:r>
          </w:p>
        </w:tc>
      </w:tr>
      <w:tr w:rsidR="002A6812" w:rsidRPr="007060B4" w14:paraId="59D8ED5A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19E96EF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Autorizația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construire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inițială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— nr. /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C112C30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emisă de</w:t>
            </w:r>
          </w:p>
        </w:tc>
      </w:tr>
    </w:tbl>
    <w:p w14:paraId="72166D35" w14:textId="77777777" w:rsidR="002A6812" w:rsidRPr="007060B4" w:rsidRDefault="002A6812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7060B4" w:rsidRPr="007060B4" w14:paraId="037A71E9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61689073" w14:textId="77777777" w:rsidR="002A6812" w:rsidRPr="007060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7060B4" w:rsidRPr="007060B4" w14:paraId="4D1208F0" w14:textId="77777777">
        <w:trPr>
          <w:jc w:val="center"/>
        </w:trPr>
        <w:tc>
          <w:tcPr>
            <w:tcW w:w="729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B709ADD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Nume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9F1D1FE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7060B4" w:rsidRPr="007060B4" w14:paraId="0932ECF0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7EDCF35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sz w:val="16"/>
                <w:szCs w:val="24"/>
              </w:rPr>
              <w:t>Domiciliul</w:t>
            </w:r>
            <w:proofErr w:type="spellEnd"/>
          </w:p>
        </w:tc>
      </w:tr>
      <w:tr w:rsidR="007060B4" w:rsidRPr="007060B4" w14:paraId="4850D7C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1B86E03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B610CC2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53333A3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7060B4" w:rsidRPr="007060B4" w14:paraId="1C6B2A4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0737005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79D5186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94D561F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6EDD84D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D8FD153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15E1E57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2BECA7E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7060B4" w:rsidRPr="007060B4" w14:paraId="052F69F0" w14:textId="77777777">
        <w:trPr>
          <w:jc w:val="center"/>
        </w:trPr>
        <w:tc>
          <w:tcPr>
            <w:tcW w:w="54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641ABDA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Telefon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06A9DAB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</w:tbl>
    <w:p w14:paraId="06FFD43D" w14:textId="77777777" w:rsidR="002A6812" w:rsidRPr="007060B4" w:rsidRDefault="00000000">
      <w:pPr>
        <w:spacing w:before="80" w:after="60" w:line="240" w:lineRule="auto"/>
        <w:jc w:val="center"/>
        <w:rPr>
          <w:sz w:val="24"/>
          <w:szCs w:val="24"/>
        </w:rPr>
      </w:pPr>
      <w:proofErr w:type="spellStart"/>
      <w:r w:rsidRPr="007060B4">
        <w:rPr>
          <w:rFonts w:ascii="Times New Roman" w:hAnsi="Times New Roman"/>
          <w:sz w:val="18"/>
          <w:szCs w:val="24"/>
        </w:rPr>
        <w:t>în</w:t>
      </w:r>
      <w:proofErr w:type="spellEnd"/>
      <w:r w:rsidRPr="007060B4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7060B4">
        <w:rPr>
          <w:rFonts w:ascii="Times New Roman" w:hAnsi="Times New Roman"/>
          <w:sz w:val="18"/>
          <w:szCs w:val="24"/>
        </w:rPr>
        <w:t>conformitate</w:t>
      </w:r>
      <w:proofErr w:type="spellEnd"/>
      <w:r w:rsidRPr="007060B4">
        <w:rPr>
          <w:rFonts w:ascii="Times New Roman" w:hAnsi="Times New Roman"/>
          <w:sz w:val="18"/>
          <w:szCs w:val="24"/>
        </w:rPr>
        <w:t xml:space="preserve"> cu </w:t>
      </w:r>
      <w:proofErr w:type="spellStart"/>
      <w:r w:rsidRPr="007060B4">
        <w:rPr>
          <w:rFonts w:ascii="Times New Roman" w:hAnsi="Times New Roman"/>
          <w:sz w:val="18"/>
          <w:szCs w:val="24"/>
        </w:rPr>
        <w:t>prevederile</w:t>
      </w:r>
      <w:proofErr w:type="spellEnd"/>
      <w:r w:rsidRPr="007060B4">
        <w:rPr>
          <w:rFonts w:ascii="Times New Roman" w:hAnsi="Times New Roman"/>
          <w:sz w:val="18"/>
          <w:szCs w:val="24"/>
        </w:rPr>
        <w:t xml:space="preserve"> art. 293 din Legea nr. 169/2026 privind Codul amenajării teritoriului, urbanismului și construcțiilor</w:t>
      </w:r>
      <w:r w:rsidRPr="007060B4">
        <w:rPr>
          <w:rFonts w:ascii="Times New Roman" w:hAnsi="Times New Roman"/>
          <w:sz w:val="18"/>
          <w:szCs w:val="24"/>
        </w:rPr>
        <w:br/>
      </w:r>
      <w:r w:rsidRPr="007060B4">
        <w:rPr>
          <w:rFonts w:ascii="Times New Roman" w:hAnsi="Times New Roman"/>
          <w:b/>
          <w:sz w:val="24"/>
          <w:szCs w:val="24"/>
        </w:rPr>
        <w:t>SE AUTORIZEAZĂ:</w:t>
      </w:r>
      <w:r w:rsidRPr="007060B4">
        <w:rPr>
          <w:rFonts w:ascii="Times New Roman" w:hAnsi="Times New Roman"/>
          <w:b/>
          <w:sz w:val="24"/>
          <w:szCs w:val="24"/>
        </w:rPr>
        <w:br/>
      </w:r>
      <w:r w:rsidRPr="007060B4">
        <w:rPr>
          <w:rFonts w:ascii="Times New Roman" w:hAnsi="Times New Roman"/>
          <w:sz w:val="18"/>
          <w:szCs w:val="24"/>
        </w:rPr>
        <w:t>executarea lucrărilor corespunzătoare modificărilor de temă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7060B4" w:rsidRPr="007060B4" w14:paraId="399C56A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1F7DD68B" w14:textId="77777777" w:rsidR="002A6812" w:rsidRPr="007060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3. DESCRIEREA MODIFICĂRILE DE TEMĂ CARE SE AUTORIZEAZĂ</w:t>
            </w:r>
          </w:p>
        </w:tc>
      </w:tr>
      <w:tr w:rsidR="002A6812" w:rsidRPr="007060B4" w14:paraId="124D900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3DB6364A" w14:textId="77777777" w:rsidR="002A6812" w:rsidRPr="007060B4" w:rsidRDefault="002A6812">
            <w:pPr>
              <w:rPr>
                <w:sz w:val="24"/>
                <w:szCs w:val="24"/>
              </w:rPr>
            </w:pPr>
          </w:p>
        </w:tc>
      </w:tr>
    </w:tbl>
    <w:p w14:paraId="4499FEAE" w14:textId="77777777" w:rsidR="002A6812" w:rsidRPr="007060B4" w:rsidRDefault="002A6812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912"/>
        <w:gridCol w:w="912"/>
        <w:gridCol w:w="2736"/>
        <w:gridCol w:w="912"/>
        <w:gridCol w:w="912"/>
        <w:gridCol w:w="912"/>
        <w:gridCol w:w="1824"/>
      </w:tblGrid>
      <w:tr w:rsidR="007060B4" w:rsidRPr="007060B4" w14:paraId="4FBDE0A9" w14:textId="77777777">
        <w:trPr>
          <w:jc w:val="center"/>
        </w:trPr>
        <w:tc>
          <w:tcPr>
            <w:tcW w:w="10944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62CC3944" w14:textId="77777777" w:rsidR="002A6812" w:rsidRPr="007060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4. PE IMOBILUL — TEREN ȘI/SAU CONSTRUCȚII — SITUAT ÎN</w:t>
            </w:r>
          </w:p>
        </w:tc>
      </w:tr>
      <w:tr w:rsidR="007060B4" w:rsidRPr="007060B4" w14:paraId="04B9E157" w14:textId="77777777">
        <w:trPr>
          <w:jc w:val="center"/>
        </w:trPr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2609002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D8163B0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273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7DA0AF0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Satul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2E27546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Sectorul</w:t>
            </w:r>
          </w:p>
        </w:tc>
      </w:tr>
      <w:tr w:rsidR="007060B4" w:rsidRPr="007060B4" w14:paraId="7477788F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A067116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42D58D3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AB5457C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7376DAF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2A6812" w:rsidRPr="007060B4" w14:paraId="006D5FAD" w14:textId="77777777">
        <w:trPr>
          <w:jc w:val="center"/>
        </w:trPr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65909AD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Cartea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funciară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0D4F1E9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Fișa bunului imobil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4515D19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sau nr. cadastral</w:t>
            </w:r>
          </w:p>
        </w:tc>
      </w:tr>
    </w:tbl>
    <w:p w14:paraId="7EFC3048" w14:textId="77777777" w:rsidR="002A6812" w:rsidRPr="007060B4" w:rsidRDefault="002A6812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2736"/>
        <w:gridCol w:w="2736"/>
      </w:tblGrid>
      <w:tr w:rsidR="007060B4" w:rsidRPr="007060B4" w14:paraId="2F632ABE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5" w:type="dxa"/>
              <w:left w:w="30" w:type="dxa"/>
              <w:bottom w:w="5" w:type="dxa"/>
              <w:right w:w="30" w:type="dxa"/>
            </w:tcMar>
          </w:tcPr>
          <w:p w14:paraId="2BD54274" w14:textId="77777777" w:rsidR="002A6812" w:rsidRPr="007060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5. ÎN BAZA PROIECTULUI PENTRU AUTORIZARE CONSTRUIRII ACTUALIZAT</w:t>
            </w:r>
          </w:p>
        </w:tc>
      </w:tr>
      <w:tr w:rsidR="007060B4" w:rsidRPr="007060B4" w14:paraId="1DAD2C45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0A6B8342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59973259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18736317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Denumirea / titlul documentației actualizate</w:t>
            </w:r>
          </w:p>
        </w:tc>
      </w:tr>
      <w:tr w:rsidR="007060B4" w:rsidRPr="007060B4" w14:paraId="100CBD89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17880E6A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elaborat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de: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599DA696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cu sediul în</w:t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județ, municipiu/oraș/comună, sector/sat, cod poștal, stradă, nr., bl., sc., et., ap.</w:t>
            </w:r>
          </w:p>
        </w:tc>
      </w:tr>
      <w:tr w:rsidR="007060B4" w:rsidRPr="007060B4" w14:paraId="67DBE8E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53CFD99B" w14:textId="77777777" w:rsidR="002A6812" w:rsidRPr="007060B4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respectiv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de —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elaboratorul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proiectului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, cu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drept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de semnătură, potrivit Legii nr. 184/2001 privind organizarea și exercitarea profesiei de arhitect, republicată</w:t>
            </w:r>
          </w:p>
        </w:tc>
      </w:tr>
      <w:tr w:rsidR="007060B4" w:rsidRPr="007060B4" w14:paraId="198F2A5C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7A8388DC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Arhitect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/ conductor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arhitect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/ arhitect de interior</w:t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numele și prenumele, în clar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23266C0A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Înscris în Tabloul Național al</w:t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  <w:t>Arhitecților cu nr.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140B88E3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În evidența Filialei teritoriale a O.A.R.</w:t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denumirea filialei</w:t>
            </w:r>
          </w:p>
        </w:tc>
      </w:tr>
      <w:tr w:rsidR="007060B4" w:rsidRPr="007060B4" w14:paraId="7BD40CE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" w:type="dxa"/>
              <w:left w:w="30" w:type="dxa"/>
              <w:bottom w:w="5" w:type="dxa"/>
              <w:right w:w="30" w:type="dxa"/>
            </w:tcMar>
          </w:tcPr>
          <w:p w14:paraId="2458C040" w14:textId="77777777" w:rsidR="002A6812" w:rsidRPr="007060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7060B4">
              <w:rPr>
                <w:rFonts w:ascii="Times New Roman" w:hAnsi="Times New Roman"/>
                <w:sz w:val="18"/>
                <w:szCs w:val="24"/>
              </w:rPr>
              <w:t>arhitect</w:t>
            </w:r>
            <w:proofErr w:type="spellEnd"/>
            <w:r w:rsidRPr="007060B4">
              <w:rPr>
                <w:rFonts w:ascii="Times New Roman" w:hAnsi="Times New Roman"/>
                <w:sz w:val="18"/>
                <w:szCs w:val="24"/>
              </w:rPr>
              <w:t xml:space="preserve">     ☐ conductor </w:t>
            </w:r>
            <w:proofErr w:type="spellStart"/>
            <w:r w:rsidRPr="007060B4">
              <w:rPr>
                <w:rFonts w:ascii="Times New Roman" w:hAnsi="Times New Roman"/>
                <w:sz w:val="18"/>
                <w:szCs w:val="24"/>
              </w:rPr>
              <w:t>arhitect</w:t>
            </w:r>
            <w:proofErr w:type="spellEnd"/>
            <w:r w:rsidRPr="007060B4">
              <w:rPr>
                <w:rFonts w:ascii="Times New Roman" w:hAnsi="Times New Roman"/>
                <w:sz w:val="18"/>
                <w:szCs w:val="24"/>
              </w:rPr>
              <w:t xml:space="preserve">     ☐ arhitect de interior</w:t>
            </w:r>
          </w:p>
        </w:tc>
      </w:tr>
    </w:tbl>
    <w:p w14:paraId="566573B1" w14:textId="77777777" w:rsidR="000E5B4A" w:rsidRDefault="000E5B4A" w:rsidP="00FB536F">
      <w:pPr>
        <w:rPr>
          <w:sz w:val="24"/>
          <w:szCs w:val="24"/>
        </w:rPr>
      </w:pPr>
    </w:p>
    <w:p w14:paraId="3BFC49D1" w14:textId="7687E4E7" w:rsidR="002A6812" w:rsidRPr="007060B4" w:rsidRDefault="00000000" w:rsidP="00FB536F">
      <w:pPr>
        <w:rPr>
          <w:sz w:val="24"/>
          <w:szCs w:val="24"/>
        </w:rPr>
      </w:pPr>
      <w:r w:rsidRPr="007060B4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060B4" w:rsidRPr="007060B4" w14:paraId="5B80B624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58A8B6FC" w14:textId="77777777" w:rsidR="002A6812" w:rsidRPr="007060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6. EFECTUL AUTORIZAȚIEI DE MODIFICARE</w:t>
            </w:r>
          </w:p>
        </w:tc>
      </w:tr>
      <w:tr w:rsidR="007060B4" w:rsidRPr="007060B4" w14:paraId="4EDBD04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3D85FB0" w14:textId="77777777" w:rsidR="002A6812" w:rsidRPr="007060B4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Prezenta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autorizație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modificare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determină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încetarea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valabilității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autorizației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de construire indicate mai sus pentru elementele modificate, lucrările de construire pentru acestea urmând a se executa conform proiectului pentru autorizare actualizat, atașat, în termenul de valabilitate al autorizației de construire inițiale.</w:t>
            </w:r>
          </w:p>
        </w:tc>
      </w:tr>
      <w:tr w:rsidR="002A6812" w:rsidRPr="007060B4" w14:paraId="4DB48A4E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61D14E6A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Autorizația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construire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35BA1B90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3FC04219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Termenul de valabilitate al autorizației inițiale — până la data</w:t>
            </w:r>
          </w:p>
        </w:tc>
      </w:tr>
    </w:tbl>
    <w:p w14:paraId="222AA848" w14:textId="77777777" w:rsidR="002A6812" w:rsidRPr="007060B4" w:rsidRDefault="002A6812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060B4" w:rsidRPr="007060B4" w14:paraId="1AB872E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25" w:type="dxa"/>
              <w:bottom w:w="10" w:type="dxa"/>
              <w:right w:w="25" w:type="dxa"/>
            </w:tcMar>
          </w:tcPr>
          <w:p w14:paraId="598692BE" w14:textId="77777777" w:rsidR="002A6812" w:rsidRPr="007060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7. SEMNĂTURILE</w:t>
            </w:r>
          </w:p>
        </w:tc>
      </w:tr>
      <w:tr w:rsidR="007060B4" w:rsidRPr="007060B4" w14:paraId="7D0C609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311C75F0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Conducătorul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autorității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emitente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funcția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numele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semnătura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2BE53B40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Secretar general</w:t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numele și semnătura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141ECF88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Arhitect-șef</w:t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numele și semnătura</w:t>
            </w:r>
          </w:p>
        </w:tc>
      </w:tr>
      <w:tr w:rsidR="002A6812" w:rsidRPr="007060B4" w14:paraId="50DC8BF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5EE31018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Achitat</w:t>
            </w:r>
            <w:proofErr w:type="spellEnd"/>
            <w:r w:rsidRPr="007060B4">
              <w:rPr>
                <w:rFonts w:ascii="Times New Roman" w:hAnsi="Times New Roman"/>
                <w:b/>
                <w:sz w:val="18"/>
                <w:szCs w:val="24"/>
              </w:rPr>
              <w:t xml:space="preserve"> taxa de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47ED573D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Chitanța nr. /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773895ED" w14:textId="77777777" w:rsidR="002A6812" w:rsidRPr="007060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7060B4">
              <w:rPr>
                <w:rFonts w:ascii="Times New Roman" w:hAnsi="Times New Roman"/>
                <w:b/>
                <w:sz w:val="18"/>
                <w:szCs w:val="24"/>
              </w:rPr>
              <w:t>Transmis solicitantului la data</w:t>
            </w:r>
            <w:r w:rsidRPr="007060B4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060B4">
              <w:rPr>
                <w:rFonts w:ascii="Times New Roman" w:hAnsi="Times New Roman"/>
                <w:i/>
                <w:sz w:val="16"/>
                <w:szCs w:val="24"/>
              </w:rPr>
              <w:t>direct / prin poștă / digital</w:t>
            </w:r>
          </w:p>
        </w:tc>
      </w:tr>
    </w:tbl>
    <w:p w14:paraId="37F2B86F" w14:textId="77777777" w:rsidR="009C20DC" w:rsidRPr="007060B4" w:rsidRDefault="009C20DC">
      <w:pPr>
        <w:rPr>
          <w:sz w:val="24"/>
          <w:szCs w:val="24"/>
        </w:rPr>
      </w:pPr>
    </w:p>
    <w:sectPr w:rsidR="009C20DC" w:rsidRPr="007060B4" w:rsidSect="00AB3A2B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09A7B" w14:textId="77777777" w:rsidR="00457501" w:rsidRDefault="00457501">
      <w:pPr>
        <w:spacing w:after="0" w:line="240" w:lineRule="auto"/>
      </w:pPr>
      <w:r>
        <w:separator/>
      </w:r>
    </w:p>
  </w:endnote>
  <w:endnote w:type="continuationSeparator" w:id="0">
    <w:p w14:paraId="754643FD" w14:textId="77777777" w:rsidR="00457501" w:rsidRDefault="0045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C6356" w14:textId="77777777" w:rsidR="002A6812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F_AM_02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8AECD" w14:textId="77777777" w:rsidR="00457501" w:rsidRDefault="00457501">
      <w:pPr>
        <w:spacing w:after="0" w:line="240" w:lineRule="auto"/>
      </w:pPr>
      <w:r>
        <w:separator/>
      </w:r>
    </w:p>
  </w:footnote>
  <w:footnote w:type="continuationSeparator" w:id="0">
    <w:p w14:paraId="1BBB3870" w14:textId="77777777" w:rsidR="00457501" w:rsidRDefault="00457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3137" w14:textId="77777777" w:rsidR="002A6812" w:rsidRDefault="002A681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571476">
    <w:abstractNumId w:val="8"/>
  </w:num>
  <w:num w:numId="2" w16cid:durableId="655106636">
    <w:abstractNumId w:val="6"/>
  </w:num>
  <w:num w:numId="3" w16cid:durableId="1798723274">
    <w:abstractNumId w:val="5"/>
  </w:num>
  <w:num w:numId="4" w16cid:durableId="591471505">
    <w:abstractNumId w:val="4"/>
  </w:num>
  <w:num w:numId="5" w16cid:durableId="1339113262">
    <w:abstractNumId w:val="7"/>
  </w:num>
  <w:num w:numId="6" w16cid:durableId="833298957">
    <w:abstractNumId w:val="3"/>
  </w:num>
  <w:num w:numId="7" w16cid:durableId="1928923441">
    <w:abstractNumId w:val="2"/>
  </w:num>
  <w:num w:numId="8" w16cid:durableId="893538814">
    <w:abstractNumId w:val="1"/>
  </w:num>
  <w:num w:numId="9" w16cid:durableId="79177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6E7"/>
    <w:rsid w:val="000E5B4A"/>
    <w:rsid w:val="0015074B"/>
    <w:rsid w:val="001832F7"/>
    <w:rsid w:val="001D51BF"/>
    <w:rsid w:val="00200FFD"/>
    <w:rsid w:val="0029639D"/>
    <w:rsid w:val="002A6812"/>
    <w:rsid w:val="00326F90"/>
    <w:rsid w:val="00457501"/>
    <w:rsid w:val="005812B7"/>
    <w:rsid w:val="005970F3"/>
    <w:rsid w:val="005D56F2"/>
    <w:rsid w:val="00617FBC"/>
    <w:rsid w:val="007060B4"/>
    <w:rsid w:val="00847AD3"/>
    <w:rsid w:val="008713DD"/>
    <w:rsid w:val="00871C2D"/>
    <w:rsid w:val="009C20DC"/>
    <w:rsid w:val="00AA1D8D"/>
    <w:rsid w:val="00AB3A2B"/>
    <w:rsid w:val="00B47730"/>
    <w:rsid w:val="00BA348E"/>
    <w:rsid w:val="00CA649C"/>
    <w:rsid w:val="00CB0664"/>
    <w:rsid w:val="00D15CD5"/>
    <w:rsid w:val="00E026EF"/>
    <w:rsid w:val="00EB647A"/>
    <w:rsid w:val="00FB53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E5DA4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8713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1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2026-09-16T10:40:00Z</dcterms:modified>
  <cp:category/>
</cp:coreProperties>
</file>