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4145"/>
        <w:gridCol w:w="4495"/>
      </w:tblGrid>
      <w:tr w:rsidR="00F05C48" w:rsidRPr="00F05C48" w14:paraId="37A41457" w14:textId="77777777" w:rsidTr="00F05C48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1D729AD4" w14:textId="41BCD914" w:rsidR="00F05C48" w:rsidRPr="00F05C48" w:rsidRDefault="00F05C48" w:rsidP="00F05C4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05C48">
              <w:rPr>
                <w:rFonts w:ascii="Times New Roman" w:hAnsi="Times New Roman"/>
                <w:b/>
              </w:rPr>
              <w:t xml:space="preserve">  </w:t>
            </w:r>
            <w:r w:rsidRPr="00F05C48">
              <w:rPr>
                <w:rFonts w:ascii="Times New Roman" w:hAnsi="Times New Roman"/>
                <w:b/>
              </w:rPr>
              <w:drawing>
                <wp:inline distT="0" distB="0" distL="0" distR="0" wp14:anchorId="1743C1E8" wp14:editId="2A9C1ACC">
                  <wp:extent cx="847725" cy="1266825"/>
                  <wp:effectExtent l="0" t="0" r="9525" b="9525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50AA7DAC" w14:textId="77777777" w:rsidR="00F05C48" w:rsidRPr="00F05C48" w:rsidRDefault="00F05C48" w:rsidP="00F05C48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F05C48">
              <w:rPr>
                <w:rFonts w:ascii="Times New Roman" w:hAnsi="Times New Roman"/>
                <w:b/>
              </w:rPr>
              <w:t>Județul</w:t>
            </w:r>
            <w:proofErr w:type="spellEnd"/>
            <w:r w:rsidRPr="00F05C48">
              <w:rPr>
                <w:rFonts w:ascii="Times New Roman" w:hAnsi="Times New Roman"/>
                <w:b/>
              </w:rPr>
              <w:t xml:space="preserve"> Vâlcea</w:t>
            </w:r>
          </w:p>
        </w:tc>
      </w:tr>
      <w:tr w:rsidR="00F05C48" w:rsidRPr="00F05C48" w14:paraId="0BE55008" w14:textId="77777777" w:rsidTr="00F05C48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D13D1" w14:textId="77777777" w:rsidR="00F05C48" w:rsidRPr="00F05C48" w:rsidRDefault="00F05C48" w:rsidP="00F05C4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06DDF3F9" w14:textId="77777777" w:rsidR="00F05C48" w:rsidRPr="00F05C48" w:rsidRDefault="00F05C48" w:rsidP="00F05C48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F05C48">
              <w:rPr>
                <w:rFonts w:ascii="Times New Roman" w:hAnsi="Times New Roman"/>
                <w:b/>
              </w:rPr>
              <w:t>Primăria</w:t>
            </w:r>
            <w:proofErr w:type="spellEnd"/>
            <w:r w:rsidRPr="00F05C4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05C48">
              <w:rPr>
                <w:rFonts w:ascii="Times New Roman" w:hAnsi="Times New Roman"/>
                <w:b/>
              </w:rPr>
              <w:t>Orașului</w:t>
            </w:r>
            <w:proofErr w:type="spellEnd"/>
            <w:r w:rsidRPr="00F05C4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05C48">
              <w:rPr>
                <w:rFonts w:ascii="Times New Roman" w:hAnsi="Times New Roman"/>
                <w:b/>
              </w:rPr>
              <w:t>Băile</w:t>
            </w:r>
            <w:proofErr w:type="spellEnd"/>
            <w:r w:rsidRPr="00F05C4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05C48">
              <w:rPr>
                <w:rFonts w:ascii="Times New Roman" w:hAnsi="Times New Roman"/>
                <w:b/>
              </w:rPr>
              <w:t>Govora</w:t>
            </w:r>
            <w:proofErr w:type="spellEnd"/>
          </w:p>
        </w:tc>
      </w:tr>
      <w:tr w:rsidR="00F05C48" w:rsidRPr="00F05C48" w14:paraId="458DE3DB" w14:textId="77777777" w:rsidTr="00F05C48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BFBB3" w14:textId="77777777" w:rsidR="00F05C48" w:rsidRPr="00F05C48" w:rsidRDefault="00F05C48" w:rsidP="00F05C4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  <w:hideMark/>
          </w:tcPr>
          <w:p w14:paraId="5333F617" w14:textId="77777777" w:rsidR="00F05C48" w:rsidRPr="00F05C48" w:rsidRDefault="00F05C48" w:rsidP="00F05C4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05C48">
              <w:rPr>
                <w:rFonts w:ascii="Times New Roman" w:hAnsi="Times New Roman"/>
                <w:b/>
              </w:rPr>
              <w:t xml:space="preserve">Cod de </w:t>
            </w:r>
            <w:proofErr w:type="spellStart"/>
            <w:r w:rsidRPr="00F05C48">
              <w:rPr>
                <w:rFonts w:ascii="Times New Roman" w:hAnsi="Times New Roman"/>
                <w:b/>
              </w:rPr>
              <w:t>identificare</w:t>
            </w:r>
            <w:proofErr w:type="spellEnd"/>
            <w:r w:rsidRPr="00F05C4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05C48">
              <w:rPr>
                <w:rFonts w:ascii="Times New Roman" w:hAnsi="Times New Roman"/>
                <w:b/>
              </w:rPr>
              <w:t>fiscală</w:t>
            </w:r>
            <w:proofErr w:type="spellEnd"/>
            <w:r w:rsidRPr="00F05C48">
              <w:rPr>
                <w:rFonts w:ascii="Times New Roman" w:hAnsi="Times New Roman"/>
                <w:b/>
              </w:rPr>
              <w:t xml:space="preserve"> (CIF)</w:t>
            </w:r>
          </w:p>
          <w:p w14:paraId="0B74B822" w14:textId="77777777" w:rsidR="00F05C48" w:rsidRPr="00F05C48" w:rsidRDefault="00F05C48" w:rsidP="00F05C4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05C48">
              <w:rPr>
                <w:rFonts w:ascii="Times New Roman" w:hAnsi="Times New Roman"/>
                <w:b/>
              </w:rPr>
              <w:t>2541827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17C8B9C9" w14:textId="77777777" w:rsidR="00F05C48" w:rsidRPr="00F05C48" w:rsidRDefault="00F05C48" w:rsidP="00F05C48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F05C48">
              <w:rPr>
                <w:rFonts w:ascii="Times New Roman" w:hAnsi="Times New Roman"/>
                <w:b/>
              </w:rPr>
              <w:t>Adresa</w:t>
            </w:r>
            <w:proofErr w:type="spellEnd"/>
            <w:r w:rsidRPr="00F05C4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05C48">
              <w:rPr>
                <w:rFonts w:ascii="Times New Roman" w:hAnsi="Times New Roman"/>
                <w:b/>
              </w:rPr>
              <w:t>oficială</w:t>
            </w:r>
            <w:proofErr w:type="spellEnd"/>
            <w:r w:rsidRPr="00F05C48">
              <w:rPr>
                <w:rFonts w:ascii="Times New Roman" w:hAnsi="Times New Roman"/>
                <w:b/>
              </w:rPr>
              <w:t xml:space="preserve">: </w:t>
            </w:r>
            <w:r w:rsidRPr="00F05C48">
              <w:rPr>
                <w:rFonts w:ascii="Times New Roman" w:hAnsi="Times New Roman"/>
                <w:b/>
              </w:rPr>
              <w:br/>
              <w:t xml:space="preserve">Strada Tudor </w:t>
            </w:r>
            <w:proofErr w:type="spellStart"/>
            <w:r w:rsidRPr="00F05C48">
              <w:rPr>
                <w:rFonts w:ascii="Times New Roman" w:hAnsi="Times New Roman"/>
                <w:b/>
              </w:rPr>
              <w:t>Vladimirescu</w:t>
            </w:r>
            <w:proofErr w:type="spellEnd"/>
            <w:r w:rsidRPr="00F05C48">
              <w:rPr>
                <w:rFonts w:ascii="Times New Roman" w:hAnsi="Times New Roman"/>
                <w:b/>
              </w:rPr>
              <w:t xml:space="preserve">, nr. 95, cod </w:t>
            </w:r>
            <w:proofErr w:type="spellStart"/>
            <w:r w:rsidRPr="00F05C48">
              <w:rPr>
                <w:rFonts w:ascii="Times New Roman" w:hAnsi="Times New Roman"/>
                <w:b/>
              </w:rPr>
              <w:t>poștal</w:t>
            </w:r>
            <w:proofErr w:type="spellEnd"/>
            <w:r w:rsidRPr="00F05C48">
              <w:rPr>
                <w:rFonts w:ascii="Times New Roman" w:hAnsi="Times New Roman"/>
                <w:b/>
              </w:rPr>
              <w:t xml:space="preserve"> 245200,</w:t>
            </w:r>
          </w:p>
          <w:p w14:paraId="0A8C07CC" w14:textId="77777777" w:rsidR="00F05C48" w:rsidRPr="00F05C48" w:rsidRDefault="00F05C48" w:rsidP="00F05C48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F05C48">
              <w:rPr>
                <w:rFonts w:ascii="Times New Roman" w:hAnsi="Times New Roman"/>
                <w:b/>
              </w:rPr>
              <w:t>Oraș</w:t>
            </w:r>
            <w:proofErr w:type="spellEnd"/>
            <w:r w:rsidRPr="00F05C4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05C48">
              <w:rPr>
                <w:rFonts w:ascii="Times New Roman" w:hAnsi="Times New Roman"/>
                <w:b/>
              </w:rPr>
              <w:t>Băile</w:t>
            </w:r>
            <w:proofErr w:type="spellEnd"/>
            <w:r w:rsidRPr="00F05C4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05C48">
              <w:rPr>
                <w:rFonts w:ascii="Times New Roman" w:hAnsi="Times New Roman"/>
                <w:b/>
              </w:rPr>
              <w:t>Govora</w:t>
            </w:r>
            <w:proofErr w:type="spellEnd"/>
            <w:r w:rsidRPr="00F05C48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Pr="00F05C48">
              <w:rPr>
                <w:rFonts w:ascii="Times New Roman" w:hAnsi="Times New Roman"/>
                <w:b/>
              </w:rPr>
              <w:t>Județ</w:t>
            </w:r>
            <w:proofErr w:type="spellEnd"/>
            <w:r w:rsidRPr="00F05C48">
              <w:rPr>
                <w:rFonts w:ascii="Times New Roman" w:hAnsi="Times New Roman"/>
                <w:b/>
              </w:rPr>
              <w:t xml:space="preserve"> Vâlcea, </w:t>
            </w:r>
            <w:proofErr w:type="spellStart"/>
            <w:r w:rsidRPr="00F05C48">
              <w:rPr>
                <w:rFonts w:ascii="Times New Roman" w:hAnsi="Times New Roman"/>
                <w:b/>
              </w:rPr>
              <w:t>România</w:t>
            </w:r>
            <w:proofErr w:type="spellEnd"/>
            <w:r w:rsidRPr="00F05C48">
              <w:rPr>
                <w:rFonts w:ascii="Times New Roman" w:hAnsi="Times New Roman"/>
                <w:b/>
              </w:rPr>
              <w:tab/>
            </w:r>
          </w:p>
          <w:p w14:paraId="3913E44B" w14:textId="77777777" w:rsidR="00F05C48" w:rsidRPr="00F05C48" w:rsidRDefault="00F05C48" w:rsidP="00F05C4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05C48">
              <w:rPr>
                <w:rFonts w:ascii="Times New Roman" w:hAnsi="Times New Roman"/>
                <w:b/>
              </w:rPr>
              <w:t>Tel: +4 0250 770 460</w:t>
            </w:r>
          </w:p>
          <w:p w14:paraId="4B29DA27" w14:textId="77777777" w:rsidR="00F05C48" w:rsidRPr="00F05C48" w:rsidRDefault="00F05C48" w:rsidP="00F05C4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05C48">
              <w:rPr>
                <w:rFonts w:ascii="Times New Roman" w:hAnsi="Times New Roman"/>
                <w:b/>
              </w:rPr>
              <w:t>www.primaria-baile-govora.ro</w:t>
            </w:r>
          </w:p>
          <w:p w14:paraId="1FA2D9E5" w14:textId="77777777" w:rsidR="00F05C48" w:rsidRPr="00F05C48" w:rsidRDefault="00F05C48" w:rsidP="00F05C4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05C48">
              <w:rPr>
                <w:rFonts w:ascii="Times New Roman" w:hAnsi="Times New Roman"/>
                <w:b/>
              </w:rPr>
              <w:t>E-mail: primaria@primaria-baile-govora.ro baile.govora@vl.e-adm.ro</w:t>
            </w:r>
          </w:p>
        </w:tc>
      </w:tr>
      <w:tr w:rsidR="00F05C48" w:rsidRPr="00F05C48" w14:paraId="140C1A6F" w14:textId="77777777" w:rsidTr="00F05C48">
        <w:trPr>
          <w:trHeight w:val="352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B3534" w14:textId="77777777" w:rsidR="00F05C48" w:rsidRPr="00F05C48" w:rsidRDefault="00F05C48" w:rsidP="00F05C4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7EE4F443" w14:textId="77777777" w:rsidR="00F05C48" w:rsidRPr="00F05C48" w:rsidRDefault="00F05C48" w:rsidP="00F05C48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F05C48">
              <w:rPr>
                <w:rFonts w:ascii="Times New Roman" w:hAnsi="Times New Roman"/>
                <w:b/>
              </w:rPr>
              <w:t>Număr</w:t>
            </w:r>
            <w:proofErr w:type="spellEnd"/>
            <w:r w:rsidRPr="00F05C4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05C48">
              <w:rPr>
                <w:rFonts w:ascii="Times New Roman" w:hAnsi="Times New Roman"/>
                <w:b/>
              </w:rPr>
              <w:t>înregistrare</w:t>
            </w:r>
            <w:proofErr w:type="spellEnd"/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307BAF98" w14:textId="77777777" w:rsidR="00F05C48" w:rsidRPr="00F05C48" w:rsidRDefault="00F05C48" w:rsidP="00F05C4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05C48">
              <w:rPr>
                <w:rFonts w:ascii="Times New Roman" w:hAnsi="Times New Roman"/>
                <w:b/>
              </w:rPr>
              <w:t>Data</w:t>
            </w:r>
          </w:p>
        </w:tc>
      </w:tr>
    </w:tbl>
    <w:p w14:paraId="69380346" w14:textId="77777777" w:rsidR="00F25282" w:rsidRPr="00F25282" w:rsidRDefault="00F25282" w:rsidP="00A371EA">
      <w:pPr>
        <w:spacing w:before="80" w:after="60" w:line="240" w:lineRule="auto"/>
        <w:rPr>
          <w:rFonts w:ascii="Times New Roman" w:hAnsi="Times New Roman"/>
          <w:b/>
          <w:sz w:val="28"/>
          <w:szCs w:val="24"/>
        </w:rPr>
      </w:pPr>
    </w:p>
    <w:p w14:paraId="511A8334" w14:textId="3C62F70D" w:rsidR="007065E7" w:rsidRPr="00F25282" w:rsidRDefault="00000000">
      <w:pPr>
        <w:spacing w:before="80" w:after="60" w:line="240" w:lineRule="auto"/>
        <w:jc w:val="center"/>
        <w:rPr>
          <w:sz w:val="24"/>
          <w:szCs w:val="24"/>
        </w:rPr>
      </w:pPr>
      <w:r w:rsidRPr="00F25282">
        <w:rPr>
          <w:rFonts w:ascii="Times New Roman" w:hAnsi="Times New Roman"/>
          <w:b/>
          <w:sz w:val="28"/>
          <w:szCs w:val="24"/>
        </w:rPr>
        <w:t>AUTORIZAȚIE DE REGULARIZARE</w:t>
      </w:r>
      <w:r w:rsidRPr="00F25282">
        <w:rPr>
          <w:rFonts w:ascii="Times New Roman" w:hAnsi="Times New Roman"/>
          <w:b/>
          <w:sz w:val="28"/>
          <w:szCs w:val="24"/>
        </w:rPr>
        <w:br/>
      </w:r>
      <w:r w:rsidRPr="00F25282">
        <w:rPr>
          <w:rFonts w:ascii="Times New Roman" w:hAnsi="Times New Roman"/>
          <w:sz w:val="20"/>
          <w:szCs w:val="24"/>
        </w:rPr>
        <w:t>Nr. ...................... din ....................................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F25282" w:rsidRPr="00F25282" w14:paraId="01CCEC7C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6" w:type="dxa"/>
              <w:right w:w="35" w:type="dxa"/>
            </w:tcMar>
          </w:tcPr>
          <w:p w14:paraId="01284ADF" w14:textId="77777777" w:rsidR="007065E7" w:rsidRPr="00F25282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1. REFERINȚE</w:t>
            </w:r>
          </w:p>
        </w:tc>
      </w:tr>
      <w:tr w:rsidR="007065E7" w:rsidRPr="00F25282" w14:paraId="4C09661C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2D990F9D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 xml:space="preserve">Ca </w:t>
            </w:r>
            <w:proofErr w:type="spellStart"/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urmare</w:t>
            </w:r>
            <w:proofErr w:type="spellEnd"/>
            <w:r w:rsidRPr="00F25282">
              <w:rPr>
                <w:rFonts w:ascii="Times New Roman" w:hAnsi="Times New Roman"/>
                <w:b/>
                <w:sz w:val="18"/>
                <w:szCs w:val="24"/>
              </w:rPr>
              <w:t xml:space="preserve"> a </w:t>
            </w:r>
            <w:proofErr w:type="spellStart"/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cererii</w:t>
            </w:r>
            <w:proofErr w:type="spellEnd"/>
            <w:r w:rsidRPr="00F25282">
              <w:rPr>
                <w:rFonts w:ascii="Times New Roman" w:hAnsi="Times New Roman"/>
                <w:b/>
                <w:sz w:val="18"/>
                <w:szCs w:val="24"/>
              </w:rPr>
              <w:t xml:space="preserve"> nr.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3F8D2B5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din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BB8650C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înregistrată la nr. / din</w:t>
            </w:r>
          </w:p>
        </w:tc>
      </w:tr>
    </w:tbl>
    <w:p w14:paraId="1F9F1777" w14:textId="77777777" w:rsidR="007065E7" w:rsidRPr="00F25282" w:rsidRDefault="007065E7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912"/>
        <w:gridCol w:w="912"/>
        <w:gridCol w:w="912"/>
        <w:gridCol w:w="912"/>
        <w:gridCol w:w="1824"/>
        <w:gridCol w:w="1824"/>
      </w:tblGrid>
      <w:tr w:rsidR="00F25282" w:rsidRPr="00F25282" w14:paraId="71D71FF2" w14:textId="77777777">
        <w:trPr>
          <w:jc w:val="center"/>
        </w:trPr>
        <w:tc>
          <w:tcPr>
            <w:tcW w:w="10944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0" w:type="dxa"/>
              <w:bottom w:w="6" w:type="dxa"/>
              <w:right w:w="30" w:type="dxa"/>
            </w:tcMar>
          </w:tcPr>
          <w:p w14:paraId="3553FB29" w14:textId="77777777" w:rsidR="007065E7" w:rsidRPr="00F25282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2. SOLICITANTUL</w:t>
            </w:r>
          </w:p>
        </w:tc>
      </w:tr>
      <w:tr w:rsidR="00F25282" w:rsidRPr="00F25282" w14:paraId="4E3C1AB4" w14:textId="77777777">
        <w:trPr>
          <w:jc w:val="center"/>
        </w:trPr>
        <w:tc>
          <w:tcPr>
            <w:tcW w:w="7296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64F16EC3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Nume</w:t>
            </w:r>
            <w:proofErr w:type="spellEnd"/>
            <w:r w:rsidRPr="00F25282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și</w:t>
            </w:r>
            <w:proofErr w:type="spellEnd"/>
            <w:r w:rsidRPr="00F25282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prenume</w:t>
            </w:r>
            <w:proofErr w:type="spellEnd"/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1D3325C1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CNP</w:t>
            </w:r>
          </w:p>
        </w:tc>
      </w:tr>
      <w:tr w:rsidR="00F25282" w:rsidRPr="00F25282" w14:paraId="1607E5AD" w14:textId="77777777">
        <w:trPr>
          <w:jc w:val="center"/>
        </w:trPr>
        <w:tc>
          <w:tcPr>
            <w:tcW w:w="10944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72D95111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F25282">
              <w:rPr>
                <w:rFonts w:ascii="Times New Roman" w:hAnsi="Times New Roman"/>
                <w:sz w:val="16"/>
                <w:szCs w:val="24"/>
              </w:rPr>
              <w:t>Domiciliul</w:t>
            </w:r>
            <w:proofErr w:type="spellEnd"/>
          </w:p>
        </w:tc>
      </w:tr>
      <w:tr w:rsidR="00F25282" w:rsidRPr="00F25282" w14:paraId="778FABD7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4802D1EC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Județul</w:t>
            </w:r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2F3C2DCA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32B57D2B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Satul / sectorul</w:t>
            </w:r>
          </w:p>
        </w:tc>
      </w:tr>
      <w:tr w:rsidR="00F25282" w:rsidRPr="00F25282" w14:paraId="700E5809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5DC05369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364CCA2C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3AF4CA75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5C07C77D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317CF036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Ap.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21180D61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Cod poștal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32C5F9D6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Țara</w:t>
            </w:r>
          </w:p>
        </w:tc>
      </w:tr>
      <w:tr w:rsidR="00F25282" w:rsidRPr="00F25282" w14:paraId="60BCCF78" w14:textId="77777777">
        <w:trPr>
          <w:jc w:val="center"/>
        </w:trPr>
        <w:tc>
          <w:tcPr>
            <w:tcW w:w="547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7154548B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Telefon</w:t>
            </w:r>
            <w:proofErr w:type="spellEnd"/>
            <w:r w:rsidRPr="00F25282">
              <w:rPr>
                <w:rFonts w:ascii="Times New Roman" w:hAnsi="Times New Roman"/>
                <w:b/>
                <w:sz w:val="18"/>
                <w:szCs w:val="24"/>
              </w:rPr>
              <w:t xml:space="preserve"> / fax</w:t>
            </w:r>
          </w:p>
        </w:tc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4B3C3B53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E-mail</w:t>
            </w:r>
          </w:p>
        </w:tc>
      </w:tr>
    </w:tbl>
    <w:p w14:paraId="46701326" w14:textId="77777777" w:rsidR="007065E7" w:rsidRPr="00F25282" w:rsidRDefault="00000000">
      <w:pPr>
        <w:spacing w:before="80" w:after="60" w:line="240" w:lineRule="auto"/>
        <w:jc w:val="center"/>
        <w:rPr>
          <w:sz w:val="24"/>
          <w:szCs w:val="24"/>
        </w:rPr>
      </w:pPr>
      <w:proofErr w:type="spellStart"/>
      <w:r w:rsidRPr="00F25282">
        <w:rPr>
          <w:rFonts w:ascii="Times New Roman" w:hAnsi="Times New Roman"/>
          <w:sz w:val="18"/>
          <w:szCs w:val="24"/>
        </w:rPr>
        <w:t>în</w:t>
      </w:r>
      <w:proofErr w:type="spellEnd"/>
      <w:r w:rsidRPr="00F25282">
        <w:rPr>
          <w:rFonts w:ascii="Times New Roman" w:hAnsi="Times New Roman"/>
          <w:sz w:val="18"/>
          <w:szCs w:val="24"/>
        </w:rPr>
        <w:t xml:space="preserve"> </w:t>
      </w:r>
      <w:proofErr w:type="spellStart"/>
      <w:r w:rsidRPr="00F25282">
        <w:rPr>
          <w:rFonts w:ascii="Times New Roman" w:hAnsi="Times New Roman"/>
          <w:sz w:val="18"/>
          <w:szCs w:val="24"/>
        </w:rPr>
        <w:t>conformitate</w:t>
      </w:r>
      <w:proofErr w:type="spellEnd"/>
      <w:r w:rsidRPr="00F25282">
        <w:rPr>
          <w:rFonts w:ascii="Times New Roman" w:hAnsi="Times New Roman"/>
          <w:sz w:val="18"/>
          <w:szCs w:val="24"/>
        </w:rPr>
        <w:t xml:space="preserve"> cu </w:t>
      </w:r>
      <w:proofErr w:type="spellStart"/>
      <w:r w:rsidRPr="00F25282">
        <w:rPr>
          <w:rFonts w:ascii="Times New Roman" w:hAnsi="Times New Roman"/>
          <w:sz w:val="18"/>
          <w:szCs w:val="24"/>
        </w:rPr>
        <w:t>prevederile</w:t>
      </w:r>
      <w:proofErr w:type="spellEnd"/>
      <w:r w:rsidRPr="00F25282">
        <w:rPr>
          <w:rFonts w:ascii="Times New Roman" w:hAnsi="Times New Roman"/>
          <w:sz w:val="18"/>
          <w:szCs w:val="24"/>
        </w:rPr>
        <w:t xml:space="preserve"> </w:t>
      </w:r>
      <w:proofErr w:type="spellStart"/>
      <w:r w:rsidRPr="00F25282">
        <w:rPr>
          <w:rFonts w:ascii="Times New Roman" w:hAnsi="Times New Roman"/>
          <w:sz w:val="18"/>
          <w:szCs w:val="24"/>
        </w:rPr>
        <w:t>Legii</w:t>
      </w:r>
      <w:proofErr w:type="spellEnd"/>
      <w:r w:rsidRPr="00F25282">
        <w:rPr>
          <w:rFonts w:ascii="Times New Roman" w:hAnsi="Times New Roman"/>
          <w:sz w:val="18"/>
          <w:szCs w:val="24"/>
        </w:rPr>
        <w:t xml:space="preserve"> nr. 169/2026 privind Codul amenajării teritoriului, urbanismului și construcțiilor</w:t>
      </w:r>
      <w:r w:rsidRPr="00F25282">
        <w:rPr>
          <w:rFonts w:ascii="Times New Roman" w:hAnsi="Times New Roman"/>
          <w:sz w:val="18"/>
          <w:szCs w:val="24"/>
        </w:rPr>
        <w:br/>
      </w:r>
      <w:r w:rsidRPr="00F25282">
        <w:rPr>
          <w:rFonts w:ascii="Times New Roman" w:hAnsi="Times New Roman"/>
          <w:b/>
          <w:sz w:val="24"/>
          <w:szCs w:val="24"/>
        </w:rPr>
        <w:t>SE AUTORIZEAZĂ:</w:t>
      </w:r>
      <w:r w:rsidRPr="00F25282">
        <w:rPr>
          <w:rFonts w:ascii="Times New Roman" w:hAnsi="Times New Roman"/>
          <w:b/>
          <w:sz w:val="24"/>
          <w:szCs w:val="24"/>
        </w:rPr>
        <w:br/>
      </w:r>
      <w:r w:rsidRPr="00F25282">
        <w:rPr>
          <w:rFonts w:ascii="Times New Roman" w:hAnsi="Times New Roman"/>
          <w:sz w:val="18"/>
          <w:szCs w:val="24"/>
        </w:rPr>
        <w:t>executarea lucrărilor de regularizare pentru: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912"/>
        <w:gridCol w:w="912"/>
        <w:gridCol w:w="2736"/>
        <w:gridCol w:w="912"/>
        <w:gridCol w:w="912"/>
        <w:gridCol w:w="912"/>
        <w:gridCol w:w="1824"/>
      </w:tblGrid>
      <w:tr w:rsidR="00F25282" w:rsidRPr="00F25282" w14:paraId="692B4564" w14:textId="77777777">
        <w:trPr>
          <w:jc w:val="center"/>
        </w:trPr>
        <w:tc>
          <w:tcPr>
            <w:tcW w:w="10944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0" w:type="dxa"/>
              <w:bottom w:w="6" w:type="dxa"/>
              <w:right w:w="30" w:type="dxa"/>
            </w:tcMar>
          </w:tcPr>
          <w:p w14:paraId="549B6980" w14:textId="77777777" w:rsidR="007065E7" w:rsidRPr="00F25282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3. PE IMOBILUL — TEREN ȘI/SAU CONSTRUCȚII — SITUAT ÎN</w:t>
            </w:r>
          </w:p>
        </w:tc>
      </w:tr>
      <w:tr w:rsidR="00F25282" w:rsidRPr="00F25282" w14:paraId="1FFCB784" w14:textId="77777777">
        <w:trPr>
          <w:jc w:val="center"/>
        </w:trPr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3C11EAC4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Județul</w:t>
            </w:r>
            <w:proofErr w:type="spellEnd"/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16682817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Municipiul / orașul / comuna</w:t>
            </w:r>
          </w:p>
        </w:tc>
        <w:tc>
          <w:tcPr>
            <w:tcW w:w="273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34D6A763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Satul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29E0612D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Sectorul</w:t>
            </w:r>
          </w:p>
        </w:tc>
      </w:tr>
      <w:tr w:rsidR="00F25282" w:rsidRPr="00F25282" w14:paraId="3F6D137E" w14:textId="77777777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3D191753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 xml:space="preserve">Cod </w:t>
            </w:r>
            <w:proofErr w:type="spellStart"/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poștal</w:t>
            </w:r>
            <w:proofErr w:type="spellEnd"/>
          </w:p>
        </w:tc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06A092DD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592ED53E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Nr.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74B784C3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Bl. / sc. / et. / ap.</w:t>
            </w:r>
          </w:p>
        </w:tc>
      </w:tr>
      <w:tr w:rsidR="007065E7" w:rsidRPr="00F25282" w14:paraId="36CF4142" w14:textId="77777777">
        <w:trPr>
          <w:jc w:val="center"/>
        </w:trPr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56919CEB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Cartea</w:t>
            </w:r>
            <w:proofErr w:type="spellEnd"/>
            <w:r w:rsidRPr="00F25282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funciară</w:t>
            </w:r>
            <w:proofErr w:type="spellEnd"/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2B3DBC8A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Fișa bunului imobil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7A76B373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sau nr. cadastral</w:t>
            </w:r>
          </w:p>
        </w:tc>
      </w:tr>
    </w:tbl>
    <w:p w14:paraId="48074BD4" w14:textId="77777777" w:rsidR="007065E7" w:rsidRPr="00F25282" w:rsidRDefault="007065E7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F25282" w:rsidRPr="00F25282" w14:paraId="01936DD8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6" w:type="dxa"/>
              <w:right w:w="35" w:type="dxa"/>
            </w:tcMar>
          </w:tcPr>
          <w:p w14:paraId="5AF4EF76" w14:textId="77777777" w:rsidR="007065E7" w:rsidRPr="00F25282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4. VALOAREA LUCRĂRILOR</w:t>
            </w:r>
          </w:p>
        </w:tc>
      </w:tr>
      <w:tr w:rsidR="007065E7" w:rsidRPr="00F25282" w14:paraId="10D74888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0FE9A122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Lucrări</w:t>
            </w:r>
            <w:proofErr w:type="spellEnd"/>
            <w:r w:rsidRPr="00F25282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în</w:t>
            </w:r>
            <w:proofErr w:type="spellEnd"/>
            <w:r w:rsidRPr="00F25282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valoare</w:t>
            </w:r>
            <w:proofErr w:type="spellEnd"/>
            <w:r w:rsidRPr="00F25282">
              <w:rPr>
                <w:rFonts w:ascii="Times New Roman" w:hAnsi="Times New Roman"/>
                <w:b/>
                <w:sz w:val="18"/>
                <w:szCs w:val="24"/>
              </w:rPr>
              <w:t xml:space="preserve"> de (lei)</w:t>
            </w:r>
            <w:r w:rsidRPr="00F25282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F25282">
              <w:rPr>
                <w:rFonts w:ascii="Times New Roman" w:hAnsi="Times New Roman"/>
                <w:i/>
                <w:sz w:val="16"/>
                <w:szCs w:val="24"/>
              </w:rPr>
              <w:t>totalitatea cheltuielilor estimate prin devizul general, fără TVA, inclusiv organizarea de șantier</w:t>
            </w:r>
          </w:p>
        </w:tc>
      </w:tr>
    </w:tbl>
    <w:p w14:paraId="2E064AB5" w14:textId="77777777" w:rsidR="007065E7" w:rsidRPr="00F25282" w:rsidRDefault="007065E7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2736"/>
        <w:gridCol w:w="2736"/>
      </w:tblGrid>
      <w:tr w:rsidR="00F25282" w:rsidRPr="00F25282" w14:paraId="640A8525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5" w:type="dxa"/>
              <w:left w:w="30" w:type="dxa"/>
              <w:bottom w:w="5" w:type="dxa"/>
              <w:right w:w="30" w:type="dxa"/>
            </w:tcMar>
          </w:tcPr>
          <w:p w14:paraId="426CD3EA" w14:textId="77777777" w:rsidR="007065E7" w:rsidRPr="00F25282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5. ÎN BAZA PROIECTULUI PENTRU AUTORIZAREA CONSTRUIRII / DESFIINȚĂRII</w:t>
            </w:r>
          </w:p>
        </w:tc>
      </w:tr>
      <w:tr w:rsidR="00F25282" w:rsidRPr="00F25282" w14:paraId="681F05B6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" w:type="dxa"/>
              <w:left w:w="30" w:type="dxa"/>
              <w:bottom w:w="5" w:type="dxa"/>
              <w:right w:w="30" w:type="dxa"/>
            </w:tcMar>
          </w:tcPr>
          <w:p w14:paraId="02A2C964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P.A.C. / P.A.D. nr.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" w:type="dxa"/>
              <w:left w:w="30" w:type="dxa"/>
              <w:bottom w:w="5" w:type="dxa"/>
              <w:right w:w="30" w:type="dxa"/>
            </w:tcMar>
          </w:tcPr>
          <w:p w14:paraId="3A14B8DA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din data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" w:type="dxa"/>
              <w:left w:w="30" w:type="dxa"/>
              <w:bottom w:w="5" w:type="dxa"/>
              <w:right w:w="30" w:type="dxa"/>
            </w:tcMar>
          </w:tcPr>
          <w:p w14:paraId="48044D87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Denumirea / titlul documentației</w:t>
            </w:r>
          </w:p>
        </w:tc>
      </w:tr>
      <w:tr w:rsidR="00F25282" w:rsidRPr="00F25282" w14:paraId="4368EAEA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" w:type="dxa"/>
              <w:left w:w="30" w:type="dxa"/>
              <w:bottom w:w="5" w:type="dxa"/>
              <w:right w:w="30" w:type="dxa"/>
            </w:tcMar>
          </w:tcPr>
          <w:p w14:paraId="092B16E0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elaborată</w:t>
            </w:r>
            <w:proofErr w:type="spellEnd"/>
            <w:r w:rsidRPr="00F25282">
              <w:rPr>
                <w:rFonts w:ascii="Times New Roman" w:hAnsi="Times New Roman"/>
                <w:b/>
                <w:sz w:val="18"/>
                <w:szCs w:val="24"/>
              </w:rPr>
              <w:t xml:space="preserve"> de</w:t>
            </w:r>
          </w:p>
        </w:tc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" w:type="dxa"/>
              <w:left w:w="30" w:type="dxa"/>
              <w:bottom w:w="5" w:type="dxa"/>
              <w:right w:w="30" w:type="dxa"/>
            </w:tcMar>
          </w:tcPr>
          <w:p w14:paraId="5519373C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cu sediul în</w:t>
            </w:r>
            <w:r w:rsidRPr="00F25282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F25282">
              <w:rPr>
                <w:rFonts w:ascii="Times New Roman" w:hAnsi="Times New Roman"/>
                <w:i/>
                <w:sz w:val="16"/>
                <w:szCs w:val="24"/>
              </w:rPr>
              <w:t>județ, municipiu/oraș/comună, sector/sat, cod poștal, stradă, nr., bl., sc., et., ap.</w:t>
            </w:r>
          </w:p>
        </w:tc>
      </w:tr>
      <w:tr w:rsidR="00F25282" w:rsidRPr="00F25282" w14:paraId="0E5F4A6F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" w:type="dxa"/>
              <w:left w:w="30" w:type="dxa"/>
              <w:bottom w:w="5" w:type="dxa"/>
              <w:right w:w="30" w:type="dxa"/>
            </w:tcMar>
          </w:tcPr>
          <w:p w14:paraId="2B08DEFD" w14:textId="77777777" w:rsidR="007065E7" w:rsidRPr="00F25282" w:rsidRDefault="00000000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F25282">
              <w:rPr>
                <w:rFonts w:ascii="Times New Roman" w:hAnsi="Times New Roman"/>
                <w:i/>
                <w:sz w:val="16"/>
                <w:szCs w:val="24"/>
              </w:rPr>
              <w:t>respectiv</w:t>
            </w:r>
            <w:proofErr w:type="spellEnd"/>
            <w:r w:rsidRPr="00F25282">
              <w:rPr>
                <w:rFonts w:ascii="Times New Roman" w:hAnsi="Times New Roman"/>
                <w:i/>
                <w:sz w:val="16"/>
                <w:szCs w:val="24"/>
              </w:rPr>
              <w:t xml:space="preserve"> de — </w:t>
            </w:r>
            <w:proofErr w:type="spellStart"/>
            <w:r w:rsidRPr="00F25282">
              <w:rPr>
                <w:rFonts w:ascii="Times New Roman" w:hAnsi="Times New Roman"/>
                <w:i/>
                <w:sz w:val="16"/>
                <w:szCs w:val="24"/>
              </w:rPr>
              <w:t>elaboratorul</w:t>
            </w:r>
            <w:proofErr w:type="spellEnd"/>
            <w:r w:rsidRPr="00F25282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F25282">
              <w:rPr>
                <w:rFonts w:ascii="Times New Roman" w:hAnsi="Times New Roman"/>
                <w:i/>
                <w:sz w:val="16"/>
                <w:szCs w:val="24"/>
              </w:rPr>
              <w:t>proiectului</w:t>
            </w:r>
            <w:proofErr w:type="spellEnd"/>
            <w:r w:rsidRPr="00F25282">
              <w:rPr>
                <w:rFonts w:ascii="Times New Roman" w:hAnsi="Times New Roman"/>
                <w:i/>
                <w:sz w:val="16"/>
                <w:szCs w:val="24"/>
              </w:rPr>
              <w:t xml:space="preserve">, cu </w:t>
            </w:r>
            <w:proofErr w:type="spellStart"/>
            <w:r w:rsidRPr="00F25282">
              <w:rPr>
                <w:rFonts w:ascii="Times New Roman" w:hAnsi="Times New Roman"/>
                <w:i/>
                <w:sz w:val="16"/>
                <w:szCs w:val="24"/>
              </w:rPr>
              <w:t>drept</w:t>
            </w:r>
            <w:proofErr w:type="spellEnd"/>
            <w:r w:rsidRPr="00F25282">
              <w:rPr>
                <w:rFonts w:ascii="Times New Roman" w:hAnsi="Times New Roman"/>
                <w:i/>
                <w:sz w:val="16"/>
                <w:szCs w:val="24"/>
              </w:rPr>
              <w:t xml:space="preserve"> de semnătură, potrivit Legii nr. 184/2001 privind organizarea și exercitarea profesiei de arhitect, republicată</w:t>
            </w:r>
          </w:p>
        </w:tc>
      </w:tr>
      <w:tr w:rsidR="00F25282" w:rsidRPr="00F25282" w14:paraId="05291C15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" w:type="dxa"/>
              <w:left w:w="30" w:type="dxa"/>
              <w:bottom w:w="5" w:type="dxa"/>
              <w:right w:w="30" w:type="dxa"/>
            </w:tcMar>
          </w:tcPr>
          <w:p w14:paraId="78B7327A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Arhitect</w:t>
            </w:r>
            <w:proofErr w:type="spellEnd"/>
            <w:r w:rsidRPr="00F25282">
              <w:rPr>
                <w:rFonts w:ascii="Times New Roman" w:hAnsi="Times New Roman"/>
                <w:b/>
                <w:sz w:val="18"/>
                <w:szCs w:val="24"/>
              </w:rPr>
              <w:t xml:space="preserve"> / conductor </w:t>
            </w:r>
            <w:proofErr w:type="spellStart"/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arhitect</w:t>
            </w:r>
            <w:proofErr w:type="spellEnd"/>
            <w:r w:rsidRPr="00F25282">
              <w:rPr>
                <w:rFonts w:ascii="Times New Roman" w:hAnsi="Times New Roman"/>
                <w:b/>
                <w:sz w:val="18"/>
                <w:szCs w:val="24"/>
              </w:rPr>
              <w:t xml:space="preserve"> / arhitect de interior</w:t>
            </w:r>
            <w:r w:rsidRPr="00F25282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F25282">
              <w:rPr>
                <w:rFonts w:ascii="Times New Roman" w:hAnsi="Times New Roman"/>
                <w:i/>
                <w:sz w:val="16"/>
                <w:szCs w:val="24"/>
              </w:rPr>
              <w:t>numele și prenumele, în clar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" w:type="dxa"/>
              <w:left w:w="30" w:type="dxa"/>
              <w:bottom w:w="5" w:type="dxa"/>
              <w:right w:w="30" w:type="dxa"/>
            </w:tcMar>
          </w:tcPr>
          <w:p w14:paraId="27186E54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Înscris în Tabloul Național al</w:t>
            </w:r>
            <w:r w:rsidRPr="00F25282">
              <w:rPr>
                <w:rFonts w:ascii="Times New Roman" w:hAnsi="Times New Roman"/>
                <w:b/>
                <w:sz w:val="18"/>
                <w:szCs w:val="24"/>
              </w:rPr>
              <w:br/>
              <w:t>Arhitecților cu nr.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" w:type="dxa"/>
              <w:left w:w="30" w:type="dxa"/>
              <w:bottom w:w="5" w:type="dxa"/>
              <w:right w:w="30" w:type="dxa"/>
            </w:tcMar>
          </w:tcPr>
          <w:p w14:paraId="6F4D57AB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În evidența Filialei teritoriale a O.A.R.</w:t>
            </w:r>
            <w:r w:rsidRPr="00F25282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F25282">
              <w:rPr>
                <w:rFonts w:ascii="Times New Roman" w:hAnsi="Times New Roman"/>
                <w:i/>
                <w:sz w:val="16"/>
                <w:szCs w:val="24"/>
              </w:rPr>
              <w:t>denumirea filialei</w:t>
            </w:r>
          </w:p>
        </w:tc>
      </w:tr>
      <w:tr w:rsidR="00F25282" w:rsidRPr="00F25282" w14:paraId="1540AB61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" w:type="dxa"/>
              <w:left w:w="30" w:type="dxa"/>
              <w:bottom w:w="5" w:type="dxa"/>
              <w:right w:w="30" w:type="dxa"/>
            </w:tcMar>
          </w:tcPr>
          <w:p w14:paraId="152706E8" w14:textId="77777777" w:rsidR="007065E7" w:rsidRPr="00F25282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sz w:val="18"/>
                <w:szCs w:val="24"/>
              </w:rPr>
              <w:t xml:space="preserve">☐ </w:t>
            </w:r>
            <w:proofErr w:type="spellStart"/>
            <w:r w:rsidRPr="00F25282">
              <w:rPr>
                <w:rFonts w:ascii="Times New Roman" w:hAnsi="Times New Roman"/>
                <w:sz w:val="18"/>
                <w:szCs w:val="24"/>
              </w:rPr>
              <w:t>arhitect</w:t>
            </w:r>
            <w:proofErr w:type="spellEnd"/>
            <w:r w:rsidRPr="00F25282">
              <w:rPr>
                <w:rFonts w:ascii="Times New Roman" w:hAnsi="Times New Roman"/>
                <w:sz w:val="18"/>
                <w:szCs w:val="24"/>
              </w:rPr>
              <w:t xml:space="preserve">     ☐ conductor </w:t>
            </w:r>
            <w:proofErr w:type="spellStart"/>
            <w:r w:rsidRPr="00F25282">
              <w:rPr>
                <w:rFonts w:ascii="Times New Roman" w:hAnsi="Times New Roman"/>
                <w:sz w:val="18"/>
                <w:szCs w:val="24"/>
              </w:rPr>
              <w:t>arhitect</w:t>
            </w:r>
            <w:proofErr w:type="spellEnd"/>
            <w:r w:rsidRPr="00F25282">
              <w:rPr>
                <w:rFonts w:ascii="Times New Roman" w:hAnsi="Times New Roman"/>
                <w:sz w:val="18"/>
                <w:szCs w:val="24"/>
              </w:rPr>
              <w:t xml:space="preserve">     ☐ arhitect de interior</w:t>
            </w:r>
          </w:p>
        </w:tc>
      </w:tr>
      <w:tr w:rsidR="00F25282" w:rsidRPr="00F25282" w14:paraId="0455F1FF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" w:type="dxa"/>
              <w:left w:w="30" w:type="dxa"/>
              <w:bottom w:w="5" w:type="dxa"/>
              <w:right w:w="30" w:type="dxa"/>
            </w:tcMar>
          </w:tcPr>
          <w:p w14:paraId="6CFB6B72" w14:textId="77777777" w:rsidR="007065E7" w:rsidRPr="00F25282" w:rsidRDefault="00000000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F25282">
              <w:rPr>
                <w:rFonts w:ascii="Times New Roman" w:hAnsi="Times New Roman"/>
                <w:i/>
                <w:sz w:val="16"/>
                <w:szCs w:val="24"/>
              </w:rPr>
              <w:t>Durata</w:t>
            </w:r>
            <w:proofErr w:type="spellEnd"/>
            <w:r w:rsidRPr="00F25282">
              <w:rPr>
                <w:rFonts w:ascii="Times New Roman" w:hAnsi="Times New Roman"/>
                <w:i/>
                <w:sz w:val="16"/>
                <w:szCs w:val="24"/>
              </w:rPr>
              <w:t xml:space="preserve"> de </w:t>
            </w:r>
            <w:proofErr w:type="spellStart"/>
            <w:r w:rsidRPr="00F25282">
              <w:rPr>
                <w:rFonts w:ascii="Times New Roman" w:hAnsi="Times New Roman"/>
                <w:i/>
                <w:sz w:val="16"/>
                <w:szCs w:val="24"/>
              </w:rPr>
              <w:t>execuție</w:t>
            </w:r>
            <w:proofErr w:type="spellEnd"/>
            <w:r w:rsidRPr="00F25282">
              <w:rPr>
                <w:rFonts w:ascii="Times New Roman" w:hAnsi="Times New Roman"/>
                <w:i/>
                <w:sz w:val="16"/>
                <w:szCs w:val="24"/>
              </w:rPr>
              <w:t xml:space="preserve"> a </w:t>
            </w:r>
            <w:proofErr w:type="spellStart"/>
            <w:r w:rsidRPr="00F25282">
              <w:rPr>
                <w:rFonts w:ascii="Times New Roman" w:hAnsi="Times New Roman"/>
                <w:i/>
                <w:sz w:val="16"/>
                <w:szCs w:val="24"/>
              </w:rPr>
              <w:t>lucrărilor</w:t>
            </w:r>
            <w:proofErr w:type="spellEnd"/>
            <w:r w:rsidRPr="00F25282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F25282">
              <w:rPr>
                <w:rFonts w:ascii="Times New Roman" w:hAnsi="Times New Roman"/>
                <w:i/>
                <w:sz w:val="16"/>
                <w:szCs w:val="24"/>
              </w:rPr>
              <w:t>este</w:t>
            </w:r>
            <w:proofErr w:type="spellEnd"/>
            <w:r w:rsidRPr="00F25282">
              <w:rPr>
                <w:rFonts w:ascii="Times New Roman" w:hAnsi="Times New Roman"/>
                <w:i/>
                <w:sz w:val="16"/>
                <w:szCs w:val="24"/>
              </w:rPr>
              <w:t xml:space="preserve"> de ......... luni / zile, calculată de la data începerii efective a lucrărilor, dacă aceasta a fost anunțată, în prealabil, autorității administrației publice care </w:t>
            </w:r>
            <w:proofErr w:type="gramStart"/>
            <w:r w:rsidRPr="00F25282">
              <w:rPr>
                <w:rFonts w:ascii="Times New Roman" w:hAnsi="Times New Roman"/>
                <w:i/>
                <w:sz w:val="16"/>
                <w:szCs w:val="24"/>
              </w:rPr>
              <w:t>a</w:t>
            </w:r>
            <w:proofErr w:type="gramEnd"/>
            <w:r w:rsidRPr="00F25282">
              <w:rPr>
                <w:rFonts w:ascii="Times New Roman" w:hAnsi="Times New Roman"/>
                <w:i/>
                <w:sz w:val="16"/>
                <w:szCs w:val="24"/>
              </w:rPr>
              <w:t xml:space="preserve"> emis autorizația de construire, situație în care termenul de valabilitate se extinde pe toată durata de execuție a lucrărilor prevăzută prin autorizație. În situația nerespectării obligației de înștiințare, durata de execuție stabilită în autorizație se calculează de la data emiterii autorizației de construire / desființare.</w:t>
            </w:r>
          </w:p>
        </w:tc>
      </w:tr>
    </w:tbl>
    <w:p w14:paraId="70318798" w14:textId="77777777" w:rsidR="007065E7" w:rsidRPr="00F25282" w:rsidRDefault="00000000">
      <w:pPr>
        <w:spacing w:before="40" w:after="0" w:line="240" w:lineRule="auto"/>
        <w:rPr>
          <w:sz w:val="24"/>
          <w:szCs w:val="24"/>
        </w:rPr>
      </w:pPr>
      <w:proofErr w:type="spellStart"/>
      <w:r w:rsidRPr="00F25282">
        <w:rPr>
          <w:rFonts w:ascii="Times New Roman" w:hAnsi="Times New Roman"/>
          <w:i/>
          <w:sz w:val="16"/>
          <w:szCs w:val="24"/>
        </w:rPr>
        <w:t>Nerespectarea</w:t>
      </w:r>
      <w:proofErr w:type="spellEnd"/>
      <w:r w:rsidRPr="00F25282">
        <w:rPr>
          <w:rFonts w:ascii="Times New Roman" w:hAnsi="Times New Roman"/>
          <w:i/>
          <w:sz w:val="16"/>
          <w:szCs w:val="24"/>
        </w:rPr>
        <w:t xml:space="preserve"> </w:t>
      </w:r>
      <w:proofErr w:type="spellStart"/>
      <w:r w:rsidRPr="00F25282">
        <w:rPr>
          <w:rFonts w:ascii="Times New Roman" w:hAnsi="Times New Roman"/>
          <w:i/>
          <w:sz w:val="16"/>
          <w:szCs w:val="24"/>
        </w:rPr>
        <w:t>întocmai</w:t>
      </w:r>
      <w:proofErr w:type="spellEnd"/>
      <w:r w:rsidRPr="00F25282">
        <w:rPr>
          <w:rFonts w:ascii="Times New Roman" w:hAnsi="Times New Roman"/>
          <w:i/>
          <w:sz w:val="16"/>
          <w:szCs w:val="24"/>
        </w:rPr>
        <w:t xml:space="preserve"> a P.A.C./P.A.D. </w:t>
      </w:r>
      <w:proofErr w:type="spellStart"/>
      <w:r w:rsidRPr="00F25282">
        <w:rPr>
          <w:rFonts w:ascii="Times New Roman" w:hAnsi="Times New Roman"/>
          <w:i/>
          <w:sz w:val="16"/>
          <w:szCs w:val="24"/>
        </w:rPr>
        <w:t>vizate</w:t>
      </w:r>
      <w:proofErr w:type="spellEnd"/>
      <w:r w:rsidRPr="00F25282">
        <w:rPr>
          <w:rFonts w:ascii="Times New Roman" w:hAnsi="Times New Roman"/>
          <w:i/>
          <w:sz w:val="16"/>
          <w:szCs w:val="24"/>
        </w:rPr>
        <w:t xml:space="preserve"> </w:t>
      </w:r>
      <w:proofErr w:type="spellStart"/>
      <w:r w:rsidRPr="00F25282">
        <w:rPr>
          <w:rFonts w:ascii="Times New Roman" w:hAnsi="Times New Roman"/>
          <w:i/>
          <w:sz w:val="16"/>
          <w:szCs w:val="24"/>
        </w:rPr>
        <w:t>spre</w:t>
      </w:r>
      <w:proofErr w:type="spellEnd"/>
      <w:r w:rsidRPr="00F25282">
        <w:rPr>
          <w:rFonts w:ascii="Times New Roman" w:hAnsi="Times New Roman"/>
          <w:i/>
          <w:sz w:val="16"/>
          <w:szCs w:val="24"/>
        </w:rPr>
        <w:t xml:space="preserve"> </w:t>
      </w:r>
      <w:proofErr w:type="spellStart"/>
      <w:r w:rsidRPr="00F25282">
        <w:rPr>
          <w:rFonts w:ascii="Times New Roman" w:hAnsi="Times New Roman"/>
          <w:i/>
          <w:sz w:val="16"/>
          <w:szCs w:val="24"/>
        </w:rPr>
        <w:t>neschimbare</w:t>
      </w:r>
      <w:proofErr w:type="spellEnd"/>
      <w:r w:rsidRPr="00F25282">
        <w:rPr>
          <w:rFonts w:ascii="Times New Roman" w:hAnsi="Times New Roman"/>
          <w:i/>
          <w:sz w:val="16"/>
          <w:szCs w:val="24"/>
        </w:rPr>
        <w:t xml:space="preserve">, </w:t>
      </w:r>
      <w:proofErr w:type="spellStart"/>
      <w:r w:rsidRPr="00F25282">
        <w:rPr>
          <w:rFonts w:ascii="Times New Roman" w:hAnsi="Times New Roman"/>
          <w:i/>
          <w:sz w:val="16"/>
          <w:szCs w:val="24"/>
        </w:rPr>
        <w:t>inclusiv</w:t>
      </w:r>
      <w:proofErr w:type="spellEnd"/>
      <w:r w:rsidRPr="00F25282">
        <w:rPr>
          <w:rFonts w:ascii="Times New Roman" w:hAnsi="Times New Roman"/>
          <w:i/>
          <w:sz w:val="16"/>
          <w:szCs w:val="24"/>
        </w:rPr>
        <w:t xml:space="preserve"> </w:t>
      </w:r>
      <w:proofErr w:type="gramStart"/>
      <w:r w:rsidRPr="00F25282">
        <w:rPr>
          <w:rFonts w:ascii="Times New Roman" w:hAnsi="Times New Roman"/>
          <w:i/>
          <w:sz w:val="16"/>
          <w:szCs w:val="24"/>
        </w:rPr>
        <w:t>a</w:t>
      </w:r>
      <w:proofErr w:type="gramEnd"/>
      <w:r w:rsidRPr="00F25282">
        <w:rPr>
          <w:rFonts w:ascii="Times New Roman" w:hAnsi="Times New Roman"/>
          <w:i/>
          <w:sz w:val="16"/>
          <w:szCs w:val="24"/>
        </w:rPr>
        <w:t xml:space="preserve"> avizelor și acordurilor obținute, constituie infracțiune sau contravenție, după caz, în temeiul prevederilor art. 356 alin. (1), respectiv art. 357 alin. (1) din Legea nr. 169/2026 privind Codul amenajării teritoriului, urbanismului și construcțiilor.</w:t>
      </w:r>
    </w:p>
    <w:p w14:paraId="372BC8C2" w14:textId="77777777" w:rsidR="007065E7" w:rsidRPr="00F25282" w:rsidRDefault="00000000">
      <w:pPr>
        <w:rPr>
          <w:sz w:val="24"/>
          <w:szCs w:val="24"/>
        </w:rPr>
      </w:pPr>
      <w:r w:rsidRPr="00F25282">
        <w:rPr>
          <w:sz w:val="24"/>
          <w:szCs w:val="24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F25282" w:rsidRPr="00F25282" w14:paraId="0AB4E385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25" w:type="dxa"/>
              <w:bottom w:w="10" w:type="dxa"/>
              <w:right w:w="25" w:type="dxa"/>
            </w:tcMar>
          </w:tcPr>
          <w:p w14:paraId="25C17BBE" w14:textId="77777777" w:rsidR="007065E7" w:rsidRPr="00F25282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lastRenderedPageBreak/>
              <w:t>6. SEMNĂTURILE</w:t>
            </w:r>
          </w:p>
        </w:tc>
      </w:tr>
      <w:tr w:rsidR="00F25282" w:rsidRPr="00F25282" w14:paraId="178606AF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25" w:type="dxa"/>
              <w:bottom w:w="10" w:type="dxa"/>
              <w:right w:w="25" w:type="dxa"/>
            </w:tcMar>
          </w:tcPr>
          <w:p w14:paraId="58892155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Conducătorul</w:t>
            </w:r>
            <w:proofErr w:type="spellEnd"/>
            <w:r w:rsidRPr="00F25282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autorității</w:t>
            </w:r>
            <w:proofErr w:type="spellEnd"/>
            <w:r w:rsidRPr="00F25282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emitente</w:t>
            </w:r>
            <w:proofErr w:type="spellEnd"/>
            <w:r w:rsidRPr="00F25282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F25282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F25282">
              <w:rPr>
                <w:rFonts w:ascii="Times New Roman" w:hAnsi="Times New Roman"/>
                <w:b/>
                <w:sz w:val="18"/>
                <w:szCs w:val="24"/>
              </w:rPr>
              <w:br/>
            </w:r>
            <w:proofErr w:type="spellStart"/>
            <w:r w:rsidRPr="00F25282">
              <w:rPr>
                <w:rFonts w:ascii="Times New Roman" w:hAnsi="Times New Roman"/>
                <w:i/>
                <w:sz w:val="16"/>
                <w:szCs w:val="24"/>
              </w:rPr>
              <w:t>funcția</w:t>
            </w:r>
            <w:proofErr w:type="spellEnd"/>
            <w:r w:rsidRPr="00F25282">
              <w:rPr>
                <w:rFonts w:ascii="Times New Roman" w:hAnsi="Times New Roman"/>
                <w:i/>
                <w:sz w:val="16"/>
                <w:szCs w:val="24"/>
              </w:rPr>
              <w:t xml:space="preserve">, </w:t>
            </w:r>
            <w:proofErr w:type="spellStart"/>
            <w:r w:rsidRPr="00F25282">
              <w:rPr>
                <w:rFonts w:ascii="Times New Roman" w:hAnsi="Times New Roman"/>
                <w:i/>
                <w:sz w:val="16"/>
                <w:szCs w:val="24"/>
              </w:rPr>
              <w:t>numele</w:t>
            </w:r>
            <w:proofErr w:type="spellEnd"/>
            <w:r w:rsidRPr="00F25282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F25282">
              <w:rPr>
                <w:rFonts w:ascii="Times New Roman" w:hAnsi="Times New Roman"/>
                <w:i/>
                <w:sz w:val="16"/>
                <w:szCs w:val="24"/>
              </w:rPr>
              <w:t>și</w:t>
            </w:r>
            <w:proofErr w:type="spellEnd"/>
            <w:r w:rsidRPr="00F25282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F25282">
              <w:rPr>
                <w:rFonts w:ascii="Times New Roman" w:hAnsi="Times New Roman"/>
                <w:i/>
                <w:sz w:val="16"/>
                <w:szCs w:val="24"/>
              </w:rPr>
              <w:t>semnătura</w:t>
            </w:r>
            <w:proofErr w:type="spellEnd"/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25" w:type="dxa"/>
              <w:bottom w:w="10" w:type="dxa"/>
              <w:right w:w="25" w:type="dxa"/>
            </w:tcMar>
          </w:tcPr>
          <w:p w14:paraId="1FD0A6AD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Secretar general</w:t>
            </w:r>
            <w:r w:rsidRPr="00F25282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F25282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F25282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F25282">
              <w:rPr>
                <w:rFonts w:ascii="Times New Roman" w:hAnsi="Times New Roman"/>
                <w:i/>
                <w:sz w:val="16"/>
                <w:szCs w:val="24"/>
              </w:rPr>
              <w:t>numele și semnătura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25" w:type="dxa"/>
              <w:bottom w:w="10" w:type="dxa"/>
              <w:right w:w="25" w:type="dxa"/>
            </w:tcMar>
          </w:tcPr>
          <w:p w14:paraId="22970ACC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Arhitect-șef</w:t>
            </w:r>
            <w:r w:rsidRPr="00F25282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F25282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F25282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F25282">
              <w:rPr>
                <w:rFonts w:ascii="Times New Roman" w:hAnsi="Times New Roman"/>
                <w:i/>
                <w:sz w:val="16"/>
                <w:szCs w:val="24"/>
              </w:rPr>
              <w:t>numele și semnătura</w:t>
            </w:r>
          </w:p>
        </w:tc>
      </w:tr>
      <w:tr w:rsidR="007065E7" w:rsidRPr="00F25282" w14:paraId="4150DC4B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25" w:type="dxa"/>
              <w:bottom w:w="10" w:type="dxa"/>
              <w:right w:w="25" w:type="dxa"/>
            </w:tcMar>
          </w:tcPr>
          <w:p w14:paraId="0BBB217F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Achitat</w:t>
            </w:r>
            <w:proofErr w:type="spellEnd"/>
            <w:r w:rsidRPr="00F25282">
              <w:rPr>
                <w:rFonts w:ascii="Times New Roman" w:hAnsi="Times New Roman"/>
                <w:b/>
                <w:sz w:val="18"/>
                <w:szCs w:val="24"/>
              </w:rPr>
              <w:t xml:space="preserve"> taxa de (lei)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25" w:type="dxa"/>
              <w:bottom w:w="10" w:type="dxa"/>
              <w:right w:w="25" w:type="dxa"/>
            </w:tcMar>
          </w:tcPr>
          <w:p w14:paraId="2500C846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Chitanța nr. /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25" w:type="dxa"/>
              <w:bottom w:w="10" w:type="dxa"/>
              <w:right w:w="25" w:type="dxa"/>
            </w:tcMar>
          </w:tcPr>
          <w:p w14:paraId="2A0FF5AE" w14:textId="77777777" w:rsidR="007065E7" w:rsidRPr="00F25282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25282">
              <w:rPr>
                <w:rFonts w:ascii="Times New Roman" w:hAnsi="Times New Roman"/>
                <w:b/>
                <w:sz w:val="18"/>
                <w:szCs w:val="24"/>
              </w:rPr>
              <w:t>Transmis solicitantului la data</w:t>
            </w:r>
            <w:r w:rsidRPr="00F25282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F25282">
              <w:rPr>
                <w:rFonts w:ascii="Times New Roman" w:hAnsi="Times New Roman"/>
                <w:i/>
                <w:sz w:val="16"/>
                <w:szCs w:val="24"/>
              </w:rPr>
              <w:t>direct / prin poștă / digital</w:t>
            </w:r>
          </w:p>
        </w:tc>
      </w:tr>
    </w:tbl>
    <w:p w14:paraId="561FF90B" w14:textId="77777777" w:rsidR="0087107C" w:rsidRPr="00F25282" w:rsidRDefault="0087107C">
      <w:pPr>
        <w:rPr>
          <w:sz w:val="24"/>
          <w:szCs w:val="24"/>
        </w:rPr>
      </w:pPr>
    </w:p>
    <w:sectPr w:rsidR="0087107C" w:rsidRPr="00F25282" w:rsidSect="00113997">
      <w:footerReference w:type="default" r:id="rId9"/>
      <w:pgSz w:w="11906" w:h="16838" w:code="9"/>
      <w:pgMar w:top="504" w:right="648" w:bottom="504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279B7" w14:textId="77777777" w:rsidR="00A207EF" w:rsidRDefault="00A207EF">
      <w:pPr>
        <w:spacing w:after="0" w:line="240" w:lineRule="auto"/>
      </w:pPr>
      <w:r>
        <w:separator/>
      </w:r>
    </w:p>
  </w:endnote>
  <w:endnote w:type="continuationSeparator" w:id="0">
    <w:p w14:paraId="548A6F8F" w14:textId="77777777" w:rsidR="00A207EF" w:rsidRDefault="00A20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0B5F0" w14:textId="77777777" w:rsidR="007065E7" w:rsidRDefault="00000000">
    <w:pPr>
      <w:pStyle w:val="Subsol"/>
      <w:jc w:val="center"/>
    </w:pPr>
    <w:r>
      <w:rPr>
        <w:rFonts w:ascii="Times New Roman" w:hAnsi="Times New Roman"/>
        <w:color w:val="646464"/>
        <w:sz w:val="16"/>
      </w:rPr>
      <w:t xml:space="preserve">F_AR_02 · </w:t>
    </w:r>
    <w:proofErr w:type="spellStart"/>
    <w:r>
      <w:rPr>
        <w:rFonts w:ascii="Times New Roman" w:hAnsi="Times New Roman"/>
        <w:color w:val="646464"/>
        <w:sz w:val="16"/>
      </w:rPr>
      <w:t>versiunea</w:t>
    </w:r>
    <w:proofErr w:type="spellEnd"/>
    <w:r>
      <w:rPr>
        <w:rFonts w:ascii="Times New Roman" w:hAnsi="Times New Roman"/>
        <w:color w:val="646464"/>
        <w:sz w:val="16"/>
      </w:rPr>
      <w:t xml:space="preserve"> 1.0                                                  </w:t>
    </w:r>
    <w:proofErr w:type="spellStart"/>
    <w:r>
      <w:rPr>
        <w:rFonts w:ascii="Times New Roman" w:hAnsi="Times New Roman"/>
        <w:color w:val="646464"/>
        <w:sz w:val="16"/>
      </w:rPr>
      <w:t>pagina</w:t>
    </w:r>
    <w:proofErr w:type="spellEnd"/>
    <w:r>
      <w:rPr>
        <w:rFonts w:ascii="Times New Roman" w:hAnsi="Times New Roman"/>
        <w:color w:val="646464"/>
        <w:sz w:val="16"/>
      </w:rPr>
      <w:t xml:space="preserve"> 1 din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509EE" w14:textId="77777777" w:rsidR="00A207EF" w:rsidRDefault="00A207EF">
      <w:pPr>
        <w:spacing w:after="0" w:line="240" w:lineRule="auto"/>
      </w:pPr>
      <w:r>
        <w:separator/>
      </w:r>
    </w:p>
  </w:footnote>
  <w:footnote w:type="continuationSeparator" w:id="0">
    <w:p w14:paraId="0B772ED1" w14:textId="77777777" w:rsidR="00A207EF" w:rsidRDefault="00A207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65529581">
    <w:abstractNumId w:val="8"/>
  </w:num>
  <w:num w:numId="2" w16cid:durableId="1954438393">
    <w:abstractNumId w:val="6"/>
  </w:num>
  <w:num w:numId="3" w16cid:durableId="844201880">
    <w:abstractNumId w:val="5"/>
  </w:num>
  <w:num w:numId="4" w16cid:durableId="960958828">
    <w:abstractNumId w:val="4"/>
  </w:num>
  <w:num w:numId="5" w16cid:durableId="1487092229">
    <w:abstractNumId w:val="7"/>
  </w:num>
  <w:num w:numId="6" w16cid:durableId="1842233278">
    <w:abstractNumId w:val="3"/>
  </w:num>
  <w:num w:numId="7" w16cid:durableId="1525825472">
    <w:abstractNumId w:val="2"/>
  </w:num>
  <w:num w:numId="8" w16cid:durableId="2106993448">
    <w:abstractNumId w:val="1"/>
  </w:num>
  <w:num w:numId="9" w16cid:durableId="2118983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3997"/>
    <w:rsid w:val="0015074B"/>
    <w:rsid w:val="001D51BF"/>
    <w:rsid w:val="00200FFD"/>
    <w:rsid w:val="002449F5"/>
    <w:rsid w:val="0029639D"/>
    <w:rsid w:val="0031744D"/>
    <w:rsid w:val="00326F90"/>
    <w:rsid w:val="003D2803"/>
    <w:rsid w:val="00404741"/>
    <w:rsid w:val="006F1734"/>
    <w:rsid w:val="006F3EA4"/>
    <w:rsid w:val="007065E7"/>
    <w:rsid w:val="00747D31"/>
    <w:rsid w:val="0087107C"/>
    <w:rsid w:val="00884295"/>
    <w:rsid w:val="00A207EF"/>
    <w:rsid w:val="00A371EA"/>
    <w:rsid w:val="00AA1D8D"/>
    <w:rsid w:val="00B47730"/>
    <w:rsid w:val="00C964A3"/>
    <w:rsid w:val="00CB0664"/>
    <w:rsid w:val="00E01F28"/>
    <w:rsid w:val="00F05C48"/>
    <w:rsid w:val="00F25282"/>
    <w:rsid w:val="00F5516C"/>
    <w:rsid w:val="00FA52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7F6D33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C964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445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12</cp:revision>
  <dcterms:created xsi:type="dcterms:W3CDTF">2013-12-23T23:15:00Z</dcterms:created>
  <dcterms:modified xsi:type="dcterms:W3CDTF">2026-09-16T10:41:00Z</dcterms:modified>
  <cp:category/>
</cp:coreProperties>
</file>