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614110" w:rsidRPr="00614110" w14:paraId="3CF79C7F" w14:textId="77777777" w:rsidTr="00614110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8E52868" w14:textId="1A5FAE85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 xml:space="preserve">  </w:t>
            </w:r>
            <w:r w:rsidRPr="00614110">
              <w:rPr>
                <w:rFonts w:ascii="Times New Roman" w:hAnsi="Times New Roman"/>
                <w:b/>
              </w:rPr>
              <w:drawing>
                <wp:inline distT="0" distB="0" distL="0" distR="0" wp14:anchorId="6695B8F3" wp14:editId="3FBB9569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A4BE75D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14110">
              <w:rPr>
                <w:rFonts w:ascii="Times New Roman" w:hAnsi="Times New Roman"/>
                <w:b/>
              </w:rPr>
              <w:t>Județul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614110" w:rsidRPr="00614110" w14:paraId="4603E170" w14:textId="77777777" w:rsidTr="00614110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9972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37A4DB5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14110">
              <w:rPr>
                <w:rFonts w:ascii="Times New Roman" w:hAnsi="Times New Roman"/>
                <w:b/>
              </w:rPr>
              <w:t>Primăria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Orașului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Băile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614110" w:rsidRPr="00614110" w14:paraId="1067B3F6" w14:textId="77777777" w:rsidTr="00614110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5783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0EE5FD8E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614110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fiscală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(CIF)</w:t>
            </w:r>
          </w:p>
          <w:p w14:paraId="283CF692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5CC0B8A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14110">
              <w:rPr>
                <w:rFonts w:ascii="Times New Roman" w:hAnsi="Times New Roman"/>
                <w:b/>
              </w:rPr>
              <w:t>Adresa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oficială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: </w:t>
            </w:r>
            <w:r w:rsidRPr="00614110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614110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614110">
              <w:rPr>
                <w:rFonts w:ascii="Times New Roman" w:hAnsi="Times New Roman"/>
                <w:b/>
              </w:rPr>
              <w:t>poștal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245200,</w:t>
            </w:r>
          </w:p>
          <w:p w14:paraId="3FE3986E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614110">
              <w:rPr>
                <w:rFonts w:ascii="Times New Roman" w:hAnsi="Times New Roman"/>
                <w:b/>
              </w:rPr>
              <w:t>Oraș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Băile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Govora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614110">
              <w:rPr>
                <w:rFonts w:ascii="Times New Roman" w:hAnsi="Times New Roman"/>
                <w:b/>
              </w:rPr>
              <w:t>Județ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614110">
              <w:rPr>
                <w:rFonts w:ascii="Times New Roman" w:hAnsi="Times New Roman"/>
                <w:b/>
              </w:rPr>
              <w:t>România</w:t>
            </w:r>
            <w:proofErr w:type="spellEnd"/>
            <w:r w:rsidRPr="00614110">
              <w:rPr>
                <w:rFonts w:ascii="Times New Roman" w:hAnsi="Times New Roman"/>
                <w:b/>
              </w:rPr>
              <w:tab/>
            </w:r>
          </w:p>
          <w:p w14:paraId="195B9200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>Tel: +4 0250 770 460</w:t>
            </w:r>
          </w:p>
          <w:p w14:paraId="68FCBBE6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>www.primaria-baile-govora.ro</w:t>
            </w:r>
          </w:p>
          <w:p w14:paraId="42C165B5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614110" w:rsidRPr="00614110" w14:paraId="5628A5A8" w14:textId="77777777" w:rsidTr="00614110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AAB9" w14:textId="77777777" w:rsidR="00614110" w:rsidRPr="00614110" w:rsidRDefault="00614110" w:rsidP="006141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7F56A8D" w14:textId="77777777" w:rsidR="00614110" w:rsidRPr="00614110" w:rsidRDefault="00614110" w:rsidP="00614110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614110">
              <w:rPr>
                <w:rFonts w:ascii="Times New Roman" w:hAnsi="Times New Roman"/>
                <w:b/>
              </w:rPr>
              <w:t>Număr</w:t>
            </w:r>
            <w:proofErr w:type="spellEnd"/>
            <w:r w:rsidRPr="0061411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14110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D057A10" w14:textId="77777777" w:rsidR="00614110" w:rsidRPr="00614110" w:rsidRDefault="00614110" w:rsidP="0061411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14110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07BAEA63" w14:textId="77777777" w:rsidR="00614110" w:rsidRDefault="00614110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544EB3D2" w14:textId="095B1ED8" w:rsidR="007E3051" w:rsidRPr="00222C43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222C43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5D7122DF" w14:textId="6A556018" w:rsidR="002A57DE" w:rsidRPr="00222C43" w:rsidRDefault="007E3051" w:rsidP="007E3051">
      <w:pPr>
        <w:spacing w:before="80" w:after="60" w:line="240" w:lineRule="auto"/>
        <w:jc w:val="center"/>
        <w:rPr>
          <w:bCs/>
          <w:sz w:val="20"/>
          <w:szCs w:val="20"/>
        </w:rPr>
      </w:pPr>
      <w:proofErr w:type="spellStart"/>
      <w:r w:rsidRPr="00222C43">
        <w:rPr>
          <w:rFonts w:ascii="Times New Roman" w:hAnsi="Times New Roman"/>
          <w:bCs/>
          <w:szCs w:val="20"/>
        </w:rPr>
        <w:t>privind</w:t>
      </w:r>
      <w:proofErr w:type="spellEnd"/>
      <w:r w:rsidRPr="00222C43">
        <w:rPr>
          <w:rFonts w:ascii="Times New Roman" w:hAnsi="Times New Roman"/>
          <w:bCs/>
          <w:szCs w:val="20"/>
        </w:rPr>
        <w:t xml:space="preserve"> </w:t>
      </w:r>
      <w:proofErr w:type="spellStart"/>
      <w:r w:rsidRPr="00222C43">
        <w:rPr>
          <w:rFonts w:ascii="Times New Roman" w:hAnsi="Times New Roman"/>
          <w:bCs/>
          <w:szCs w:val="20"/>
        </w:rPr>
        <w:t>începerea</w:t>
      </w:r>
      <w:proofErr w:type="spellEnd"/>
      <w:r w:rsidRPr="00222C43">
        <w:rPr>
          <w:rFonts w:ascii="Times New Roman" w:hAnsi="Times New Roman"/>
          <w:bCs/>
          <w:szCs w:val="20"/>
        </w:rPr>
        <w:t xml:space="preserve"> </w:t>
      </w:r>
      <w:proofErr w:type="spellStart"/>
      <w:r w:rsidRPr="00222C43">
        <w:rPr>
          <w:rFonts w:ascii="Times New Roman" w:hAnsi="Times New Roman"/>
          <w:bCs/>
          <w:szCs w:val="20"/>
        </w:rPr>
        <w:t>execuției</w:t>
      </w:r>
      <w:proofErr w:type="spellEnd"/>
      <w:r w:rsidRPr="00222C43">
        <w:rPr>
          <w:rFonts w:ascii="Times New Roman" w:hAnsi="Times New Roman"/>
          <w:bCs/>
          <w:szCs w:val="20"/>
        </w:rPr>
        <w:t xml:space="preserve"> </w:t>
      </w:r>
      <w:proofErr w:type="spellStart"/>
      <w:r w:rsidRPr="00222C43">
        <w:rPr>
          <w:rFonts w:ascii="Times New Roman" w:hAnsi="Times New Roman"/>
          <w:bCs/>
          <w:szCs w:val="20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22C43" w:rsidRPr="00222C43" w14:paraId="1D12CB13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222C43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222C43" w:rsidRPr="00222C43" w14:paraId="5D5D8091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0553EB" w14:textId="77777777" w:rsidR="002A57DE" w:rsidRPr="00222C43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Instituția</w:t>
            </w:r>
            <w:proofErr w:type="spellEnd"/>
          </w:p>
          <w:p w14:paraId="68714B2A" w14:textId="4F5E0339" w:rsidR="002A57DE" w:rsidRPr="00222C43" w:rsidRDefault="00614110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Băile</w:t>
            </w:r>
            <w:proofErr w:type="spellEnd"/>
            <w:r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24"/>
              </w:rPr>
              <w:t>Govora</w:t>
            </w:r>
            <w:proofErr w:type="spellEnd"/>
          </w:p>
        </w:tc>
      </w:tr>
      <w:tr w:rsidR="002A57DE" w:rsidRPr="00222C43" w14:paraId="733AC7F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75D3DC85" w:rsidR="002A57DE" w:rsidRPr="00222C43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614110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61411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614110"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 w:rsidR="0061411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614110">
              <w:rPr>
                <w:rFonts w:ascii="Times New Roman" w:hAnsi="Times New Roman"/>
                <w:i/>
                <w:sz w:val="16"/>
                <w:szCs w:val="24"/>
              </w:rPr>
              <w:t>Băile</w:t>
            </w:r>
            <w:proofErr w:type="spellEnd"/>
            <w:r w:rsidR="00614110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614110">
              <w:rPr>
                <w:rFonts w:ascii="Times New Roman" w:hAnsi="Times New Roman"/>
                <w:i/>
                <w:sz w:val="16"/>
                <w:szCs w:val="24"/>
              </w:rPr>
              <w:t>Govora</w:t>
            </w:r>
            <w:proofErr w:type="spellEnd"/>
          </w:p>
        </w:tc>
      </w:tr>
    </w:tbl>
    <w:p w14:paraId="10A2AD89" w14:textId="77777777" w:rsidR="00FD1AB0" w:rsidRPr="00222C43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222C43" w:rsidRPr="00222C43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22C4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222C43" w:rsidRPr="00222C43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Nume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CNP</w:t>
            </w:r>
          </w:p>
        </w:tc>
      </w:tr>
      <w:tr w:rsidR="00222C43" w:rsidRPr="00222C43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sz w:val="16"/>
                <w:szCs w:val="24"/>
              </w:rPr>
              <w:t xml:space="preserve">Act de </w:t>
            </w:r>
            <w:proofErr w:type="spellStart"/>
            <w:r w:rsidRPr="00222C43">
              <w:rPr>
                <w:rFonts w:ascii="Times New Roman" w:hAnsi="Times New Roman"/>
                <w:sz w:val="16"/>
                <w:szCs w:val="24"/>
              </w:rPr>
              <w:t>identitate</w:t>
            </w:r>
            <w:proofErr w:type="spellEnd"/>
          </w:p>
        </w:tc>
      </w:tr>
      <w:tr w:rsidR="00222C43" w:rsidRPr="00222C43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La data</w:t>
            </w:r>
          </w:p>
        </w:tc>
      </w:tr>
      <w:tr w:rsidR="00222C43" w:rsidRPr="00222C43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sz w:val="16"/>
                <w:szCs w:val="24"/>
              </w:rPr>
              <w:t>Domiciliul</w:t>
            </w:r>
            <w:proofErr w:type="spellEnd"/>
          </w:p>
        </w:tc>
      </w:tr>
      <w:tr w:rsidR="00222C43" w:rsidRPr="00222C43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Satul / sectorul</w:t>
            </w:r>
          </w:p>
        </w:tc>
      </w:tr>
      <w:tr w:rsidR="00222C43" w:rsidRPr="00222C43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Țara</w:t>
            </w:r>
          </w:p>
        </w:tc>
      </w:tr>
      <w:tr w:rsidR="00222C43" w:rsidRPr="00222C43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sz w:val="16"/>
                <w:szCs w:val="24"/>
              </w:rPr>
              <w:t>Date de contact</w:t>
            </w:r>
          </w:p>
        </w:tc>
      </w:tr>
      <w:tr w:rsidR="00FD1AB0" w:rsidRPr="00222C43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Telefon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22C43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2C43" w:rsidRPr="00222C43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222C4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CONSTRUIRE/DESFIINȚARE</w:t>
            </w:r>
          </w:p>
        </w:tc>
      </w:tr>
      <w:tr w:rsidR="00222C43" w:rsidRPr="00222C43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Emisă de</w:t>
            </w:r>
          </w:p>
        </w:tc>
      </w:tr>
      <w:tr w:rsidR="00222C43" w:rsidRPr="00222C43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6E1749E" w14:textId="77777777" w:rsidR="00FD1AB0" w:rsidRPr="00222C43" w:rsidRDefault="00000000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emisă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pentru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executarea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de construcții privind construirea / desființarea construcțiilor și amenajărilor</w:t>
            </w:r>
          </w:p>
        </w:tc>
      </w:tr>
      <w:tr w:rsidR="00222C43" w:rsidRPr="00222C43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Denumirea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lucrării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capacitatea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și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categoria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din autorizație</w:t>
            </w:r>
            <w:r w:rsidRPr="00222C43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222C43">
              <w:rPr>
                <w:rFonts w:ascii="Times New Roman" w:hAnsi="Times New Roman"/>
                <w:b/>
                <w:sz w:val="18"/>
                <w:szCs w:val="24"/>
              </w:rPr>
              <w:br/>
            </w:r>
          </w:p>
        </w:tc>
      </w:tr>
      <w:tr w:rsidR="00222C43" w:rsidRPr="00222C43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în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valoare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de (lei)</w:t>
            </w:r>
          </w:p>
        </w:tc>
      </w:tr>
      <w:tr w:rsidR="00FD1AB0" w:rsidRPr="00222C43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77777777" w:rsidR="00FD1AB0" w:rsidRPr="00222C43" w:rsidRDefault="00000000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222C43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222C43">
              <w:rPr>
                <w:rFonts w:ascii="Times New Roman" w:hAnsi="Times New Roman"/>
                <w:sz w:val="18"/>
                <w:szCs w:val="24"/>
              </w:rPr>
              <w:t>Că</w:t>
            </w:r>
            <w:proofErr w:type="spellEnd"/>
            <w:r w:rsidRPr="00222C43">
              <w:rPr>
                <w:rFonts w:ascii="Times New Roman" w:hAnsi="Times New Roman"/>
                <w:sz w:val="18"/>
                <w:szCs w:val="24"/>
              </w:rPr>
              <w:t xml:space="preserve"> la data de _______________ ora ________ vor începe lucrările de construcții autorizate</w:t>
            </w:r>
            <w:r w:rsidRPr="00222C43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23C7DF4F" w14:textId="77777777" w:rsidR="00FD1AB0" w:rsidRPr="00222C43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222C43" w:rsidRPr="00222C43" w14:paraId="22F9074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22C4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222C43" w:rsidRPr="00222C43" w14:paraId="6665EA66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22C43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222C43">
              <w:rPr>
                <w:rFonts w:ascii="Times New Roman" w:hAnsi="Times New Roman"/>
                <w:sz w:val="18"/>
                <w:szCs w:val="24"/>
              </w:rPr>
              <w:t>teren</w:t>
            </w:r>
            <w:proofErr w:type="spellEnd"/>
            <w:r w:rsidRPr="00222C43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222C43">
              <w:rPr>
                <w:rFonts w:ascii="Times New Roman" w:hAnsi="Times New Roman"/>
                <w:sz w:val="18"/>
                <w:szCs w:val="24"/>
              </w:rPr>
              <w:t>construcții</w:t>
            </w:r>
            <w:proofErr w:type="spellEnd"/>
          </w:p>
        </w:tc>
      </w:tr>
      <w:tr w:rsidR="00222C43" w:rsidRPr="00222C43" w14:paraId="23F0D1E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Județ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Sat / sector</w:t>
            </w:r>
          </w:p>
        </w:tc>
      </w:tr>
      <w:tr w:rsidR="00222C43" w:rsidRPr="00222C43" w14:paraId="6F03A7A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Cod </w:t>
            </w: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46197A6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Bl. / sc. / et. / ap.</w:t>
            </w:r>
          </w:p>
        </w:tc>
      </w:tr>
      <w:tr w:rsidR="00FD1AB0" w:rsidRPr="00222C43" w14:paraId="25E74F5B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A437E2B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Număr</w:t>
            </w:r>
            <w:proofErr w:type="spellEnd"/>
            <w:r w:rsidRPr="00222C43">
              <w:rPr>
                <w:rFonts w:ascii="Times New Roman" w:hAnsi="Times New Roman"/>
                <w:b/>
                <w:sz w:val="18"/>
                <w:szCs w:val="24"/>
              </w:rPr>
              <w:t xml:space="preserve"> cadastral</w:t>
            </w:r>
            <w:r w:rsidRPr="00222C43">
              <w:rPr>
                <w:rFonts w:ascii="Times New Roman" w:hAnsi="Times New Roman"/>
                <w:b/>
                <w:sz w:val="18"/>
                <w:szCs w:val="24"/>
              </w:rPr>
              <w:br/>
            </w: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dacă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>imobilul</w:t>
            </w:r>
            <w:proofErr w:type="spellEnd"/>
            <w:r w:rsidRPr="00222C43">
              <w:rPr>
                <w:rFonts w:ascii="Times New Roman" w:hAnsi="Times New Roman"/>
                <w:i/>
                <w:sz w:val="16"/>
                <w:szCs w:val="24"/>
              </w:rPr>
              <w:t xml:space="preserve">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4C22FF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Carte funciară nr.</w:t>
            </w:r>
          </w:p>
        </w:tc>
      </w:tr>
    </w:tbl>
    <w:p w14:paraId="35DC0ACF" w14:textId="77777777" w:rsidR="00FD1AB0" w:rsidRPr="00222C43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2C43" w:rsidRPr="00222C43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77777777" w:rsidR="00FD1AB0" w:rsidRPr="00222C43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222C43" w:rsidRPr="00222C43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E6B2F8A" w14:textId="77777777" w:rsidR="00FD1AB0" w:rsidRDefault="0000000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Data</w:t>
            </w:r>
          </w:p>
          <w:p w14:paraId="4AE8C6B9" w14:textId="77777777" w:rsidR="0048125B" w:rsidRPr="00222C43" w:rsidRDefault="0048125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63F9D63F" w14:textId="77777777" w:rsidR="00FD1AB0" w:rsidRPr="00222C4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22C43">
              <w:rPr>
                <w:rFonts w:ascii="Times New Roman" w:hAnsi="Times New Roman"/>
                <w:b/>
                <w:sz w:val="18"/>
                <w:szCs w:val="24"/>
              </w:rPr>
              <w:t>Semnătura</w:t>
            </w:r>
          </w:p>
        </w:tc>
      </w:tr>
    </w:tbl>
    <w:p w14:paraId="5D78B856" w14:textId="77777777" w:rsidR="00FD1AB0" w:rsidRPr="00222C43" w:rsidRDefault="00000000">
      <w:pPr>
        <w:spacing w:before="60" w:after="0" w:line="240" w:lineRule="auto"/>
        <w:rPr>
          <w:sz w:val="24"/>
          <w:szCs w:val="24"/>
        </w:rPr>
      </w:pPr>
      <w:proofErr w:type="spellStart"/>
      <w:r w:rsidRPr="00222C43">
        <w:rPr>
          <w:rFonts w:ascii="Times New Roman" w:hAnsi="Times New Roman"/>
          <w:i/>
          <w:sz w:val="16"/>
          <w:szCs w:val="24"/>
        </w:rPr>
        <w:t>Formularul</w:t>
      </w:r>
      <w:proofErr w:type="spellEnd"/>
      <w:r w:rsidRPr="00222C43">
        <w:rPr>
          <w:rFonts w:ascii="Times New Roman" w:hAnsi="Times New Roman"/>
          <w:i/>
          <w:sz w:val="16"/>
          <w:szCs w:val="24"/>
        </w:rPr>
        <w:t xml:space="preserve"> se </w:t>
      </w:r>
      <w:proofErr w:type="spellStart"/>
      <w:r w:rsidRPr="00222C43">
        <w:rPr>
          <w:rFonts w:ascii="Times New Roman" w:hAnsi="Times New Roman"/>
          <w:i/>
          <w:sz w:val="16"/>
          <w:szCs w:val="24"/>
        </w:rPr>
        <w:t>anexează</w:t>
      </w:r>
      <w:proofErr w:type="spellEnd"/>
      <w:r w:rsidRPr="00222C43">
        <w:rPr>
          <w:rFonts w:ascii="Times New Roman" w:hAnsi="Times New Roman"/>
          <w:i/>
          <w:sz w:val="16"/>
          <w:szCs w:val="24"/>
        </w:rPr>
        <w:t xml:space="preserve"> la </w:t>
      </w:r>
      <w:proofErr w:type="spellStart"/>
      <w:r w:rsidRPr="00222C43">
        <w:rPr>
          <w:rFonts w:ascii="Times New Roman" w:hAnsi="Times New Roman"/>
          <w:i/>
          <w:sz w:val="16"/>
          <w:szCs w:val="24"/>
        </w:rPr>
        <w:t>autorizația</w:t>
      </w:r>
      <w:proofErr w:type="spellEnd"/>
      <w:r w:rsidRPr="00222C43">
        <w:rPr>
          <w:rFonts w:ascii="Times New Roman" w:hAnsi="Times New Roman"/>
          <w:i/>
          <w:sz w:val="16"/>
          <w:szCs w:val="24"/>
        </w:rPr>
        <w:t xml:space="preserve"> de </w:t>
      </w:r>
      <w:proofErr w:type="spellStart"/>
      <w:r w:rsidRPr="00222C43">
        <w:rPr>
          <w:rFonts w:ascii="Times New Roman" w:hAnsi="Times New Roman"/>
          <w:i/>
          <w:sz w:val="16"/>
          <w:szCs w:val="24"/>
        </w:rPr>
        <w:t>construire</w:t>
      </w:r>
      <w:proofErr w:type="spellEnd"/>
      <w:r w:rsidRPr="00222C43">
        <w:rPr>
          <w:rFonts w:ascii="Times New Roman" w:hAnsi="Times New Roman"/>
          <w:i/>
          <w:sz w:val="16"/>
          <w:szCs w:val="24"/>
        </w:rPr>
        <w:t>/</w:t>
      </w:r>
      <w:proofErr w:type="spellStart"/>
      <w:r w:rsidRPr="00222C43">
        <w:rPr>
          <w:rFonts w:ascii="Times New Roman" w:hAnsi="Times New Roman"/>
          <w:i/>
          <w:sz w:val="16"/>
          <w:szCs w:val="24"/>
        </w:rPr>
        <w:t>desființare</w:t>
      </w:r>
      <w:proofErr w:type="spellEnd"/>
      <w:r w:rsidRPr="00222C43">
        <w:rPr>
          <w:rFonts w:ascii="Times New Roman" w:hAnsi="Times New Roman"/>
          <w:i/>
          <w:sz w:val="16"/>
          <w:szCs w:val="24"/>
        </w:rPr>
        <w:t xml:space="preserve"> </w:t>
      </w:r>
      <w:proofErr w:type="spellStart"/>
      <w:r w:rsidRPr="00222C43">
        <w:rPr>
          <w:rFonts w:ascii="Times New Roman" w:hAnsi="Times New Roman"/>
          <w:i/>
          <w:sz w:val="16"/>
          <w:szCs w:val="24"/>
        </w:rPr>
        <w:t>în</w:t>
      </w:r>
      <w:proofErr w:type="spellEnd"/>
      <w:r w:rsidRPr="00222C43">
        <w:rPr>
          <w:rFonts w:ascii="Times New Roman" w:hAnsi="Times New Roman"/>
          <w:i/>
          <w:sz w:val="16"/>
          <w:szCs w:val="24"/>
        </w:rPr>
        <w:t xml:space="preserve"> două exemplare. Titularul autorizației este obligat să păstreze pe șantier un exemplar al acestei înștiințări, cu numărul și data înregistrării la autoritatea emitentă.</w:t>
      </w:r>
    </w:p>
    <w:sectPr w:rsidR="00FD1AB0" w:rsidRPr="00222C43" w:rsidSect="00716742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2394A" w14:textId="77777777" w:rsidR="00E549FB" w:rsidRDefault="00E549FB">
      <w:pPr>
        <w:spacing w:after="0" w:line="240" w:lineRule="auto"/>
      </w:pPr>
      <w:r>
        <w:separator/>
      </w:r>
    </w:p>
  </w:endnote>
  <w:endnote w:type="continuationSeparator" w:id="0">
    <w:p w14:paraId="3109D1C1" w14:textId="77777777" w:rsidR="00E549FB" w:rsidRDefault="00E54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A6AD" w14:textId="77777777" w:rsidR="00FD1AB0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F_A_08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8950B" w14:textId="77777777" w:rsidR="00E549FB" w:rsidRDefault="00E549FB">
      <w:pPr>
        <w:spacing w:after="0" w:line="240" w:lineRule="auto"/>
      </w:pPr>
      <w:r>
        <w:separator/>
      </w:r>
    </w:p>
  </w:footnote>
  <w:footnote w:type="continuationSeparator" w:id="0">
    <w:p w14:paraId="498BF203" w14:textId="77777777" w:rsidR="00E549FB" w:rsidRDefault="00E54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52CE" w14:textId="230B8AC4" w:rsidR="00FD1AB0" w:rsidRDefault="00FD1AB0">
    <w:pPr>
      <w:pStyle w:val="Ante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426199">
    <w:abstractNumId w:val="8"/>
  </w:num>
  <w:num w:numId="2" w16cid:durableId="681588258">
    <w:abstractNumId w:val="6"/>
  </w:num>
  <w:num w:numId="3" w16cid:durableId="474571281">
    <w:abstractNumId w:val="5"/>
  </w:num>
  <w:num w:numId="4" w16cid:durableId="793521822">
    <w:abstractNumId w:val="4"/>
  </w:num>
  <w:num w:numId="5" w16cid:durableId="491406445">
    <w:abstractNumId w:val="7"/>
  </w:num>
  <w:num w:numId="6" w16cid:durableId="1133445217">
    <w:abstractNumId w:val="3"/>
  </w:num>
  <w:num w:numId="7" w16cid:durableId="1065302417">
    <w:abstractNumId w:val="2"/>
  </w:num>
  <w:num w:numId="8" w16cid:durableId="921182981">
    <w:abstractNumId w:val="1"/>
  </w:num>
  <w:num w:numId="9" w16cid:durableId="214265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A95"/>
    <w:rsid w:val="00200FFD"/>
    <w:rsid w:val="00222C43"/>
    <w:rsid w:val="00247876"/>
    <w:rsid w:val="0029639D"/>
    <w:rsid w:val="002A57DE"/>
    <w:rsid w:val="00321B9A"/>
    <w:rsid w:val="00326F90"/>
    <w:rsid w:val="0048125B"/>
    <w:rsid w:val="004A6029"/>
    <w:rsid w:val="00614110"/>
    <w:rsid w:val="0066608E"/>
    <w:rsid w:val="006F7FA4"/>
    <w:rsid w:val="00716742"/>
    <w:rsid w:val="007C4E14"/>
    <w:rsid w:val="007E3051"/>
    <w:rsid w:val="00A7108F"/>
    <w:rsid w:val="00AA1D8D"/>
    <w:rsid w:val="00B47730"/>
    <w:rsid w:val="00BB1003"/>
    <w:rsid w:val="00CB0664"/>
    <w:rsid w:val="00D96895"/>
    <w:rsid w:val="00E20CED"/>
    <w:rsid w:val="00E3026D"/>
    <w:rsid w:val="00E549FB"/>
    <w:rsid w:val="00ED6F46"/>
    <w:rsid w:val="00F063ED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660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2026-09-16T10:33:00Z</dcterms:modified>
  <cp:category/>
</cp:coreProperties>
</file>