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512CB" w14:textId="77777777" w:rsidR="005E3EB4" w:rsidRDefault="005E3EB4" w:rsidP="005E3EB4">
      <w:pPr>
        <w:spacing w:after="60"/>
        <w:rPr>
          <w:sz w:val="16"/>
        </w:rPr>
      </w:pPr>
    </w:p>
    <w:p w14:paraId="309168E5" w14:textId="5C334258" w:rsidR="004F3CD6" w:rsidRDefault="00000000" w:rsidP="005E3EB4">
      <w:pPr>
        <w:spacing w:after="60"/>
      </w:pPr>
      <w:r>
        <w:rPr>
          <w:sz w:val="16"/>
        </w:rPr>
        <w:t>Nr. înregistrare: __________________ / __________________</w:t>
      </w:r>
    </w:p>
    <w:p w14:paraId="5571EB3D" w14:textId="77777777" w:rsidR="004F3CD6" w:rsidRDefault="00000000">
      <w:pPr>
        <w:spacing w:after="40"/>
        <w:jc w:val="center"/>
      </w:pPr>
      <w:r>
        <w:rPr>
          <w:b/>
          <w:color w:val="1F4E79"/>
          <w:sz w:val="28"/>
        </w:rPr>
        <w:t>CERERE</w:t>
      </w:r>
    </w:p>
    <w:p w14:paraId="0E5A5908" w14:textId="77777777" w:rsidR="004F3CD6" w:rsidRDefault="00000000">
      <w:pPr>
        <w:spacing w:after="120"/>
        <w:jc w:val="center"/>
      </w:pPr>
      <w:r>
        <w:rPr>
          <w:b/>
          <w:sz w:val="22"/>
        </w:rPr>
        <w:t>pentru emiterea certificatului de nomenclatură stradală</w:t>
      </w:r>
    </w:p>
    <w:p w14:paraId="3B164187" w14:textId="77777777" w:rsidR="004F3CD6" w:rsidRDefault="00000000">
      <w:pPr>
        <w:spacing w:after="100"/>
        <w:jc w:val="center"/>
      </w:pPr>
      <w:r>
        <w:rPr>
          <w:b/>
        </w:rPr>
        <w:t>CĂTRE</w:t>
      </w:r>
      <w:r>
        <w:rPr>
          <w:b/>
        </w:rPr>
        <w:br/>
        <w:t>PRIMĂRIA ORAȘULUI BĂILE GOVORA</w:t>
      </w:r>
    </w:p>
    <w:p w14:paraId="5FDCA5AB" w14:textId="77777777" w:rsidR="004F3CD6" w:rsidRDefault="00000000">
      <w:pPr>
        <w:spacing w:after="120"/>
        <w:jc w:val="center"/>
      </w:pPr>
      <w:r>
        <w:rPr>
          <w:i/>
          <w:sz w:val="18"/>
        </w:rPr>
        <w:t>În atenția Compartimentul Administrarea Domeniului Public și Privat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690"/>
      </w:tblGrid>
      <w:tr w:rsidR="004F3CD6" w14:paraId="3C2433F7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CC71DB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Solicitant – nume și prenume / denumire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38A523" w14:textId="77777777" w:rsidR="004F3CD6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4F3CD6" w14:paraId="6B621807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A5522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C.N.P. / C.U.I.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0E15A" w14:textId="77777777" w:rsidR="004F3CD6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4F3CD6" w14:paraId="5A2E312F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0B8AF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Domiciliu / sediu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F9DA08" w14:textId="77777777" w:rsidR="004F3CD6" w:rsidRDefault="00000000">
            <w:pPr>
              <w:spacing w:after="0"/>
            </w:pPr>
            <w:r>
              <w:rPr>
                <w:sz w:val="17"/>
              </w:rPr>
              <w:t>județul __________________  localitatea __________________  cod poștal ______________</w:t>
            </w:r>
          </w:p>
        </w:tc>
      </w:tr>
      <w:tr w:rsidR="004F3CD6" w14:paraId="1091F8A2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1AE78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Adresă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2EF5A1" w14:textId="77777777" w:rsidR="004F3CD6" w:rsidRDefault="00000000">
            <w:pPr>
              <w:spacing w:after="0"/>
            </w:pPr>
            <w:r>
              <w:rPr>
                <w:sz w:val="17"/>
              </w:rPr>
              <w:t>str. __________________________________ nr. ____ bl. ____ sc. ____ ap. ____</w:t>
            </w:r>
          </w:p>
        </w:tc>
      </w:tr>
      <w:tr w:rsidR="004F3CD6" w14:paraId="54E17CF1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FC1BD8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Telefon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501C3" w14:textId="77777777" w:rsidR="004F3CD6" w:rsidRDefault="00000000">
            <w:pPr>
              <w:spacing w:after="0"/>
            </w:pPr>
            <w:r>
              <w:rPr>
                <w:sz w:val="17"/>
              </w:rPr>
              <w:t>________________________________   E-mail: __________________________________________</w:t>
            </w:r>
          </w:p>
        </w:tc>
      </w:tr>
      <w:tr w:rsidR="004F3CD6" w14:paraId="1A01CDE4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300FD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Calitatea solicitantului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C9E923" w14:textId="77777777" w:rsidR="004F3CD6" w:rsidRDefault="00000000">
            <w:pPr>
              <w:spacing w:after="0"/>
            </w:pPr>
            <w:r>
              <w:rPr>
                <w:sz w:val="17"/>
              </w:rPr>
              <w:t>proprietar / coproprietar / reprezentant / mandatar / altă calitate: ______________________</w:t>
            </w:r>
          </w:p>
        </w:tc>
      </w:tr>
    </w:tbl>
    <w:p w14:paraId="52446610" w14:textId="77777777" w:rsidR="004F3CD6" w:rsidRDefault="00000000">
      <w:pPr>
        <w:spacing w:before="80"/>
        <w:jc w:val="both"/>
      </w:pPr>
      <w:r>
        <w:rPr>
          <w:b/>
        </w:rPr>
        <w:t>Solicit emiterea CERTIFICATULUI DE NOMENCLATURĂ STRADALĂ în scopul:</w:t>
      </w:r>
    </w:p>
    <w:p w14:paraId="250C6388" w14:textId="77777777" w:rsidR="004F3CD6" w:rsidRDefault="00000000">
      <w:pPr>
        <w:spacing w:after="20"/>
      </w:pPr>
      <w:r>
        <w:rPr>
          <w:sz w:val="18"/>
        </w:rPr>
        <w:t>______________________________________________________________________________________________________</w:t>
      </w:r>
    </w:p>
    <w:p w14:paraId="67532B93" w14:textId="77777777" w:rsidR="004F3CD6" w:rsidRDefault="00000000">
      <w:pPr>
        <w:spacing w:after="20"/>
      </w:pPr>
      <w:r>
        <w:rPr>
          <w:sz w:val="18"/>
        </w:rPr>
        <w:t>______________________________________________________________________________________________________</w:t>
      </w:r>
    </w:p>
    <w:p w14:paraId="7CBB9811" w14:textId="77777777" w:rsidR="004F3CD6" w:rsidRDefault="00000000">
      <w:pPr>
        <w:spacing w:before="60" w:after="40"/>
      </w:pPr>
      <w:r>
        <w:rPr>
          <w:b/>
        </w:rPr>
        <w:t>Date privind imobilul / imobilul-teren: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690"/>
      </w:tblGrid>
      <w:tr w:rsidR="004F3CD6" w14:paraId="75ECCD4A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C5B312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Localitate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738CCA" w14:textId="77777777" w:rsidR="004F3CD6" w:rsidRDefault="00000000">
            <w:pPr>
              <w:spacing w:after="0"/>
            </w:pPr>
            <w:r>
              <w:rPr>
                <w:sz w:val="17"/>
              </w:rPr>
              <w:t>Băile Govora / localitate componentă: _________________________________________________</w:t>
            </w:r>
          </w:p>
        </w:tc>
      </w:tr>
      <w:tr w:rsidR="004F3CD6" w14:paraId="1E547F4A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8C7AA9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Stradă și număr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4A52B9" w14:textId="77777777" w:rsidR="004F3CD6" w:rsidRDefault="00000000">
            <w:pPr>
              <w:spacing w:after="0"/>
            </w:pPr>
            <w:r>
              <w:rPr>
                <w:sz w:val="17"/>
              </w:rPr>
              <w:t>str. ______________________________________________ nr. __________________</w:t>
            </w:r>
          </w:p>
        </w:tc>
      </w:tr>
      <w:tr w:rsidR="004F3CD6" w14:paraId="7AA3997F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A40BEE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Bloc / scară / apartament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6A7F53" w14:textId="77777777" w:rsidR="004F3CD6" w:rsidRDefault="00000000">
            <w:pPr>
              <w:spacing w:after="0"/>
            </w:pPr>
            <w:r>
              <w:rPr>
                <w:sz w:val="17"/>
              </w:rPr>
              <w:t>bl. __________   sc. __________   ap. __________</w:t>
            </w:r>
          </w:p>
        </w:tc>
      </w:tr>
      <w:tr w:rsidR="004F3CD6" w14:paraId="3B3A2ED7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449133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Carte funciară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3394D" w14:textId="77777777" w:rsidR="004F3CD6" w:rsidRDefault="00000000">
            <w:pPr>
              <w:spacing w:after="0"/>
            </w:pPr>
            <w:r>
              <w:rPr>
                <w:sz w:val="17"/>
              </w:rPr>
              <w:t>C.F. nr. ____________________________________</w:t>
            </w:r>
          </w:p>
        </w:tc>
      </w:tr>
      <w:tr w:rsidR="004F3CD6" w14:paraId="4D0CBD2B" w14:textId="77777777">
        <w:trPr>
          <w:jc w:val="center"/>
        </w:trPr>
        <w:tc>
          <w:tcPr>
            <w:tcW w:w="2835" w:type="dxa"/>
            <w:shd w:val="clear" w:color="auto" w:fill="F2F7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23CF4A" w14:textId="77777777" w:rsidR="004F3CD6" w:rsidRDefault="00000000">
            <w:pPr>
              <w:spacing w:after="0"/>
            </w:pPr>
            <w:r>
              <w:rPr>
                <w:b/>
                <w:sz w:val="17"/>
              </w:rPr>
              <w:t>Număr cadastral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413E9" w14:textId="77777777" w:rsidR="004F3CD6" w:rsidRDefault="00000000">
            <w:pPr>
              <w:spacing w:after="0"/>
            </w:pPr>
            <w:r>
              <w:rPr>
                <w:sz w:val="17"/>
              </w:rPr>
              <w:t>nr. cadastral ____________________________________</w:t>
            </w:r>
          </w:p>
        </w:tc>
      </w:tr>
    </w:tbl>
    <w:p w14:paraId="7CC1E745" w14:textId="77777777" w:rsidR="004F3CD6" w:rsidRDefault="00000000">
      <w:pPr>
        <w:spacing w:before="80" w:after="40"/>
      </w:pPr>
      <w:r>
        <w:rPr>
          <w:b/>
          <w:sz w:val="19"/>
        </w:rPr>
        <w:t>Anexez, conform situației și metodologiei de pe pagina următoare:</w:t>
      </w:r>
    </w:p>
    <w:p w14:paraId="35D23B4D" w14:textId="77777777" w:rsidR="004F3CD6" w:rsidRDefault="00000000">
      <w:pPr>
        <w:spacing w:after="20"/>
      </w:pPr>
      <w:r>
        <w:rPr>
          <w:sz w:val="17"/>
        </w:rPr>
        <w:t>☐  __________________________________________________________________________________________________</w:t>
      </w:r>
    </w:p>
    <w:p w14:paraId="5D39CEEA" w14:textId="77777777" w:rsidR="004F3CD6" w:rsidRDefault="00000000">
      <w:pPr>
        <w:spacing w:after="20"/>
      </w:pPr>
      <w:r>
        <w:rPr>
          <w:sz w:val="17"/>
        </w:rPr>
        <w:t>☐  __________________________________________________________________________________________________</w:t>
      </w:r>
    </w:p>
    <w:p w14:paraId="0DC3CDF6" w14:textId="77777777" w:rsidR="004F3CD6" w:rsidRDefault="00000000">
      <w:pPr>
        <w:spacing w:after="20"/>
      </w:pPr>
      <w:r>
        <w:rPr>
          <w:sz w:val="17"/>
        </w:rPr>
        <w:t>☐  __________________________________________________________________________________________________</w:t>
      </w:r>
    </w:p>
    <w:p w14:paraId="2BC11FE0" w14:textId="77777777" w:rsidR="004F3CD6" w:rsidRDefault="00000000">
      <w:pPr>
        <w:spacing w:before="60"/>
        <w:jc w:val="both"/>
      </w:pPr>
      <w:r>
        <w:rPr>
          <w:sz w:val="18"/>
        </w:rPr>
        <w:t>Declar că datele înscrise în prezenta cerere și documentele anexate sunt reale și complete.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4F3CD6" w14:paraId="074F4870" w14:textId="77777777">
        <w:trPr>
          <w:jc w:val="center"/>
        </w:trPr>
        <w:tc>
          <w:tcPr>
            <w:tcW w:w="4762" w:type="dxa"/>
          </w:tcPr>
          <w:p w14:paraId="2AF08F1F" w14:textId="77777777" w:rsidR="004F3CD6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4762" w:type="dxa"/>
          </w:tcPr>
          <w:p w14:paraId="69AF5B52" w14:textId="77777777" w:rsidR="004F3CD6" w:rsidRDefault="00000000">
            <w:pPr>
              <w:jc w:val="center"/>
            </w:pPr>
            <w:r>
              <w:rPr>
                <w:b/>
                <w:sz w:val="17"/>
              </w:rPr>
              <w:t>Semnătura solicitantului / reprezentantului</w:t>
            </w:r>
          </w:p>
        </w:tc>
      </w:tr>
      <w:tr w:rsidR="004F3CD6" w14:paraId="60B92BBF" w14:textId="77777777">
        <w:trPr>
          <w:jc w:val="center"/>
        </w:trPr>
        <w:tc>
          <w:tcPr>
            <w:tcW w:w="4762" w:type="dxa"/>
          </w:tcPr>
          <w:p w14:paraId="079A9688" w14:textId="77777777" w:rsidR="004F3CD6" w:rsidRDefault="00000000">
            <w:pPr>
              <w:jc w:val="center"/>
            </w:pPr>
            <w:r>
              <w:rPr>
                <w:sz w:val="17"/>
              </w:rPr>
              <w:t>________________________</w:t>
            </w:r>
          </w:p>
        </w:tc>
        <w:tc>
          <w:tcPr>
            <w:tcW w:w="4762" w:type="dxa"/>
          </w:tcPr>
          <w:p w14:paraId="508D8877" w14:textId="77777777" w:rsidR="004F3CD6" w:rsidRDefault="00000000">
            <w:pPr>
              <w:jc w:val="center"/>
            </w:pPr>
            <w:r>
              <w:rPr>
                <w:sz w:val="17"/>
              </w:rPr>
              <w:t>________________________________________</w:t>
            </w:r>
          </w:p>
        </w:tc>
      </w:tr>
    </w:tbl>
    <w:p w14:paraId="6FBD106B" w14:textId="604D6BCA" w:rsidR="004F3CD6" w:rsidRDefault="004F3CD6" w:rsidP="005E3EB4">
      <w:pPr>
        <w:spacing w:after="40"/>
        <w:ind w:left="312" w:hanging="170"/>
      </w:pPr>
    </w:p>
    <w:sectPr w:rsidR="004F3CD6" w:rsidSect="00034616">
      <w:headerReference w:type="default" r:id="rId8"/>
      <w:footerReference w:type="default" r:id="rId9"/>
      <w:pgSz w:w="12240" w:h="15840"/>
      <w:pgMar w:top="680" w:right="1020" w:bottom="737" w:left="1020" w:header="170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46485" w14:textId="77777777" w:rsidR="000838AD" w:rsidRDefault="000838AD">
      <w:pPr>
        <w:spacing w:after="0"/>
      </w:pPr>
      <w:r>
        <w:separator/>
      </w:r>
    </w:p>
  </w:endnote>
  <w:endnote w:type="continuationSeparator" w:id="0">
    <w:p w14:paraId="0B07249D" w14:textId="77777777" w:rsidR="000838AD" w:rsidRDefault="000838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C68D" w14:textId="77777777" w:rsidR="004F3CD6" w:rsidRDefault="00000000">
    <w:pPr>
      <w:pStyle w:val="Subsol"/>
      <w:jc w:val="center"/>
    </w:pPr>
    <w:r>
      <w:rPr>
        <w:color w:val="696969"/>
        <w:sz w:val="13"/>
      </w:rPr>
      <w:t>Datele cu caracter personal sunt prelucrate pentru soluționarea cererii și îndeplinirea obligațiilor legale ale autorității publice, conform Regulamentului (UE) 2016/679 și legislației naționale aplicabile. Informații: www.primaria-baile-govora.ro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BC170" w14:textId="77777777" w:rsidR="000838AD" w:rsidRDefault="000838AD">
      <w:pPr>
        <w:spacing w:after="0"/>
      </w:pPr>
      <w:r>
        <w:separator/>
      </w:r>
    </w:p>
  </w:footnote>
  <w:footnote w:type="continuationSeparator" w:id="0">
    <w:p w14:paraId="79FAC48D" w14:textId="77777777" w:rsidR="000838AD" w:rsidRDefault="000838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541D8" w14:textId="77777777" w:rsidR="004F3CD6" w:rsidRDefault="00000000">
    <w:pPr>
      <w:pStyle w:val="Antet"/>
      <w:jc w:val="center"/>
    </w:pPr>
    <w:r>
      <w:rPr>
        <w:b/>
        <w:sz w:val="16"/>
      </w:rPr>
      <w:t>ROMÂNIA · JUDEȚUL VÂLCEA</w:t>
    </w:r>
  </w:p>
  <w:p w14:paraId="2F4BC5F3" w14:textId="77777777" w:rsidR="004F3CD6" w:rsidRDefault="00000000">
    <w:pPr>
      <w:spacing w:after="0"/>
      <w:jc w:val="center"/>
    </w:pPr>
    <w:r>
      <w:rPr>
        <w:b/>
        <w:color w:val="005866"/>
        <w:sz w:val="21"/>
      </w:rPr>
      <w:t>PRIMĂRIA ORAȘULUI BĂILE GOVORA</w:t>
    </w:r>
  </w:p>
  <w:p w14:paraId="08F5C3E3" w14:textId="77777777" w:rsidR="004F3CD6" w:rsidRDefault="00000000">
    <w:pPr>
      <w:spacing w:after="0"/>
      <w:jc w:val="center"/>
    </w:pPr>
    <w:r>
      <w:rPr>
        <w:b/>
        <w:sz w:val="17"/>
      </w:rPr>
      <w:t>Compartimentul Administrarea Domeniului Public și Privat</w:t>
    </w:r>
  </w:p>
  <w:p w14:paraId="57688F50" w14:textId="77777777" w:rsidR="004F3CD6" w:rsidRDefault="00000000">
    <w:pPr>
      <w:spacing w:after="0"/>
      <w:jc w:val="center"/>
    </w:pPr>
    <w:r>
      <w:rPr>
        <w:color w:val="5A5A5A"/>
        <w:sz w:val="14"/>
      </w:rPr>
      <w:t>Str. Tudor Vladimirescu, nr. 95, Băile Govora, cod 245200, județul Vâlcea</w:t>
    </w:r>
    <w:r>
      <w:rPr>
        <w:color w:val="5A5A5A"/>
        <w:sz w:val="14"/>
      </w:rPr>
      <w:br/>
      <w:t>Telefon: 0250 770 460  |  E-mail: primaria@primaria-baile-govora.ro  |  C.U.I. 2541827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238595">
    <w:abstractNumId w:val="8"/>
  </w:num>
  <w:num w:numId="2" w16cid:durableId="1678192712">
    <w:abstractNumId w:val="6"/>
  </w:num>
  <w:num w:numId="3" w16cid:durableId="712266287">
    <w:abstractNumId w:val="5"/>
  </w:num>
  <w:num w:numId="4" w16cid:durableId="1356879539">
    <w:abstractNumId w:val="4"/>
  </w:num>
  <w:num w:numId="5" w16cid:durableId="1796173475">
    <w:abstractNumId w:val="7"/>
  </w:num>
  <w:num w:numId="6" w16cid:durableId="1492528207">
    <w:abstractNumId w:val="3"/>
  </w:num>
  <w:num w:numId="7" w16cid:durableId="1907377067">
    <w:abstractNumId w:val="2"/>
  </w:num>
  <w:num w:numId="8" w16cid:durableId="1888486144">
    <w:abstractNumId w:val="1"/>
  </w:num>
  <w:num w:numId="9" w16cid:durableId="26977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8AD"/>
    <w:rsid w:val="0015074B"/>
    <w:rsid w:val="0029639D"/>
    <w:rsid w:val="00326F90"/>
    <w:rsid w:val="004F3CD6"/>
    <w:rsid w:val="005E3EB4"/>
    <w:rsid w:val="0087076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98E8D"/>
  <w14:defaultImageDpi w14:val="300"/>
  <w15:docId w15:val="{DD3803AE-C396-4664-8153-DA962BE4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ptos" w:hAnsi="Aptos"/>
      <w:sz w:val="20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Mihai Mircea</cp:lastModifiedBy>
  <cp:revision>3</cp:revision>
  <dcterms:created xsi:type="dcterms:W3CDTF">2013-12-23T23:15:00Z</dcterms:created>
  <dcterms:modified xsi:type="dcterms:W3CDTF">2026-09-12T10:38:00Z</dcterms:modified>
  <cp:category/>
</cp:coreProperties>
</file>