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819"/>
        <w:gridCol w:w="4819"/>
      </w:tblGrid>
      <w:tr>
        <w:tc>
          <w:tcPr>
            <w:tcW w:type="dxa" w:w="5100"/>
            <w:tcMar>
              <w:top w:w="0" w:type="dxa"/>
              <w:start w:w="0" w:type="dxa"/>
              <w:bottom w:w="0" w:type="dxa"/>
              <w:end w:w="0" w:type="dxa"/>
            </w:tcMar>
          </w:tcPr>
          <w:p>
            <w:pPr>
              <w:spacing w:before="0" w:after="0" w:line="221" w:lineRule="auto"/>
            </w:pPr>
            <w:r>
              <w:rPr>
                <w:sz w:val="17"/>
              </w:rPr>
            </w:r>
          </w:p>
        </w:tc>
        <w:tc>
          <w:tcPr>
            <w:tcW w:type="dxa" w:w="5100"/>
            <w:tcMar>
              <w:top w:w="0" w:type="dxa"/>
              <w:start w:w="0" w:type="dxa"/>
              <w:bottom w:w="0" w:type="dxa"/>
              <w:end w:w="0" w:type="dxa"/>
            </w:tcMar>
          </w:tcPr>
          <w:p>
            <w:pPr>
              <w:spacing w:before="0" w:after="0" w:line="221" w:lineRule="auto"/>
              <w:jc w:val="right"/>
            </w:pPr>
            <w:r>
              <w:rPr>
                <w:sz w:val="17"/>
              </w:rPr>
              <w:t>Nr. înregistrare: __________________ / ______________</w:t>
            </w:r>
          </w:p>
        </w:tc>
      </w:tr>
    </w:tbl>
    <w:p>
      <w:pPr>
        <w:spacing w:before="0" w:after="40" w:line="235" w:lineRule="auto"/>
        <w:jc w:val="center"/>
      </w:pPr>
      <w:r>
        <w:rPr>
          <w:b/>
          <w:color w:val="1F4E79"/>
          <w:sz w:val="24"/>
        </w:rPr>
        <w:t>CERERE PENTRU PRELUAREA ȘI PRELUNGIREA CONTRACTULUI DE ÎNCHIRIERE</w:t>
      </w:r>
    </w:p>
    <w:p>
      <w:pPr>
        <w:spacing w:after="40" w:before="0" w:line="235" w:lineRule="auto"/>
        <w:jc w:val="center"/>
      </w:pPr>
      <w:r>
        <w:rPr>
          <w:b/>
          <w:sz w:val="18"/>
        </w:rPr>
        <w:t>CĂTRE</w:t>
        <w:br/>
        <w:t>PRIMĂRIA ORAȘULUI BĂILE GOVORA</w:t>
      </w:r>
    </w:p>
    <w:p>
      <w:pPr>
        <w:spacing w:after="40" w:before="0" w:line="235" w:lineRule="auto"/>
        <w:jc w:val="center"/>
      </w:pPr>
      <w:r>
        <w:rPr>
          <w:i/>
          <w:sz w:val="16"/>
        </w:rPr>
        <w:t>În atenția Compartimentul Administrarea Domeniului Public și Privat</w:t>
      </w:r>
    </w:p>
    <w:p>
      <w:pPr>
        <w:spacing w:after="40" w:before="0" w:line="235" w:lineRule="auto"/>
      </w:pPr>
      <w:r>
        <w:rPr>
          <w:b/>
          <w:sz w:val="18"/>
        </w:rPr>
        <w:t>Solicitant:</w:t>
      </w:r>
    </w:p>
    <w:tbl>
      <w:tblPr>
        <w:tblW w:type="auto" w:w="0"/>
        <w:jc w:val="center"/>
        <w:tblLayout w:type="fixed"/>
        <w:tblLook w:firstColumn="1" w:firstRow="1" w:lastColumn="0" w:lastRow="0" w:noHBand="0" w:noVBand="1" w:val="04A0"/>
      </w:tblPr>
      <w:tblGrid>
        <w:gridCol w:w="5100"/>
        <w:gridCol w:w="5100"/>
      </w:tblGrid>
      <w:tr>
        <w:tc>
          <w:tcPr>
            <w:tcW w:type="dxa" w:w="2948"/>
            <w:shd w:fill="F2F7F8"/>
            <w:tcMar>
              <w:top w:w="80" w:type="dxa"/>
              <w:start w:w="90" w:type="dxa"/>
              <w:bottom w:w="80" w:type="dxa"/>
              <w:end w:w="90" w:type="dxa"/>
            </w:tcMar>
          </w:tcPr>
          <w:p>
            <w:pPr>
              <w:spacing w:after="0" w:before="0" w:line="221" w:lineRule="auto"/>
            </w:pPr>
            <w:r>
              <w:rPr>
                <w:b/>
                <w:sz w:val="17"/>
              </w:rPr>
              <w:t>Nume și prenume / Denumire</w:t>
            </w:r>
          </w:p>
        </w:tc>
        <w:tc>
          <w:tcPr>
            <w:tcW w:type="dxa" w:w="6576"/>
            <w:tcMar>
              <w:top w:w="80" w:type="dxa"/>
              <w:start w:w="90" w:type="dxa"/>
              <w:bottom w:w="80" w:type="dxa"/>
              <w:end w:w="90" w:type="dxa"/>
            </w:tcMar>
          </w:tcPr>
          <w:p>
            <w:pPr>
              <w:spacing w:after="0" w:before="0" w:line="221" w:lineRule="auto"/>
            </w:pPr>
            <w:r>
              <w:rPr>
                <w:sz w:val="16"/>
              </w:rPr>
              <w:t>________________________________________________________________________________</w:t>
            </w:r>
          </w:p>
        </w:tc>
      </w:tr>
      <w:tr>
        <w:tc>
          <w:tcPr>
            <w:tcW w:type="dxa" w:w="2948"/>
            <w:shd w:fill="F2F7F8"/>
            <w:tcMar>
              <w:top w:w="80" w:type="dxa"/>
              <w:start w:w="90" w:type="dxa"/>
              <w:bottom w:w="80" w:type="dxa"/>
              <w:end w:w="90" w:type="dxa"/>
            </w:tcMar>
          </w:tcPr>
          <w:p>
            <w:pPr>
              <w:spacing w:after="0" w:before="0" w:line="221" w:lineRule="auto"/>
            </w:pPr>
            <w:r>
              <w:rPr>
                <w:b/>
                <w:sz w:val="17"/>
              </w:rPr>
              <w:t>Domiciliu / Sediu</w:t>
            </w:r>
          </w:p>
        </w:tc>
        <w:tc>
          <w:tcPr>
            <w:tcW w:type="dxa" w:w="6576"/>
            <w:tcMar>
              <w:top w:w="80" w:type="dxa"/>
              <w:start w:w="90" w:type="dxa"/>
              <w:bottom w:w="80" w:type="dxa"/>
              <w:end w:w="90" w:type="dxa"/>
            </w:tcMar>
          </w:tcPr>
          <w:p>
            <w:pPr>
              <w:spacing w:after="0" w:before="0" w:line="221" w:lineRule="auto"/>
            </w:pPr>
            <w:r>
              <w:rPr>
                <w:sz w:val="16"/>
              </w:rPr>
              <w:t>________________________________________________________________________________</w:t>
            </w:r>
          </w:p>
        </w:tc>
      </w:tr>
      <w:tr>
        <w:tc>
          <w:tcPr>
            <w:tcW w:type="dxa" w:w="2948"/>
            <w:shd w:fill="F2F7F8"/>
            <w:tcMar>
              <w:top w:w="80" w:type="dxa"/>
              <w:start w:w="90" w:type="dxa"/>
              <w:bottom w:w="80" w:type="dxa"/>
              <w:end w:w="90" w:type="dxa"/>
            </w:tcMar>
          </w:tcPr>
          <w:p>
            <w:pPr>
              <w:spacing w:after="0" w:before="0" w:line="221" w:lineRule="auto"/>
            </w:pPr>
            <w:r>
              <w:rPr>
                <w:b/>
                <w:sz w:val="17"/>
              </w:rPr>
              <w:t>Stradă, nr., bl., sc., ap.</w:t>
            </w:r>
          </w:p>
        </w:tc>
        <w:tc>
          <w:tcPr>
            <w:tcW w:type="dxa" w:w="6576"/>
            <w:tcMar>
              <w:top w:w="80" w:type="dxa"/>
              <w:start w:w="90" w:type="dxa"/>
              <w:bottom w:w="80" w:type="dxa"/>
              <w:end w:w="90" w:type="dxa"/>
            </w:tcMar>
          </w:tcPr>
          <w:p>
            <w:pPr>
              <w:spacing w:after="0" w:before="0" w:line="221" w:lineRule="auto"/>
            </w:pPr>
            <w:r>
              <w:rPr>
                <w:sz w:val="16"/>
              </w:rPr>
              <w:t>________________________________________________________________________________</w:t>
            </w:r>
          </w:p>
        </w:tc>
      </w:tr>
      <w:tr>
        <w:tc>
          <w:tcPr>
            <w:tcW w:type="dxa" w:w="2948"/>
            <w:shd w:fill="F2F7F8"/>
            <w:tcMar>
              <w:top w:w="80" w:type="dxa"/>
              <w:start w:w="90" w:type="dxa"/>
              <w:bottom w:w="80" w:type="dxa"/>
              <w:end w:w="90" w:type="dxa"/>
            </w:tcMar>
          </w:tcPr>
          <w:p>
            <w:pPr>
              <w:spacing w:after="0" w:before="0" w:line="221" w:lineRule="auto"/>
            </w:pPr>
            <w:r>
              <w:rPr>
                <w:b/>
                <w:sz w:val="17"/>
              </w:rPr>
              <w:t>Telefon</w:t>
            </w:r>
          </w:p>
        </w:tc>
        <w:tc>
          <w:tcPr>
            <w:tcW w:type="dxa" w:w="6576"/>
            <w:tcMar>
              <w:top w:w="80" w:type="dxa"/>
              <w:start w:w="90" w:type="dxa"/>
              <w:bottom w:w="80" w:type="dxa"/>
              <w:end w:w="90" w:type="dxa"/>
            </w:tcMar>
          </w:tcPr>
          <w:p>
            <w:pPr>
              <w:spacing w:after="0" w:before="0" w:line="221" w:lineRule="auto"/>
            </w:pPr>
            <w:r>
              <w:rPr>
                <w:sz w:val="16"/>
              </w:rPr>
              <w:t>___________________________________   E-mail: _____________________________________</w:t>
            </w:r>
          </w:p>
        </w:tc>
      </w:tr>
      <w:tr>
        <w:tc>
          <w:tcPr>
            <w:tcW w:type="dxa" w:w="2948"/>
            <w:shd w:fill="F2F7F8"/>
            <w:tcMar>
              <w:top w:w="80" w:type="dxa"/>
              <w:start w:w="90" w:type="dxa"/>
              <w:bottom w:w="80" w:type="dxa"/>
              <w:end w:w="90" w:type="dxa"/>
            </w:tcMar>
          </w:tcPr>
          <w:p>
            <w:pPr>
              <w:spacing w:after="0" w:before="0" w:line="221" w:lineRule="auto"/>
            </w:pPr>
            <w:r>
              <w:rPr>
                <w:b/>
                <w:sz w:val="17"/>
              </w:rPr>
              <w:t>CUI / Reprezentant legal (dacă este cazul)</w:t>
            </w:r>
          </w:p>
        </w:tc>
        <w:tc>
          <w:tcPr>
            <w:tcW w:type="dxa" w:w="6576"/>
            <w:tcMar>
              <w:top w:w="80" w:type="dxa"/>
              <w:start w:w="90" w:type="dxa"/>
              <w:bottom w:w="80" w:type="dxa"/>
              <w:end w:w="90" w:type="dxa"/>
            </w:tcMar>
          </w:tcPr>
          <w:p>
            <w:pPr>
              <w:spacing w:after="0" w:before="0" w:line="221" w:lineRule="auto"/>
            </w:pPr>
            <w:r>
              <w:rPr>
                <w:sz w:val="16"/>
              </w:rPr>
              <w:t>_______________________________________________________________</w:t>
            </w:r>
          </w:p>
        </w:tc>
      </w:tr>
    </w:tbl>
    <w:p>
      <w:pPr>
        <w:spacing w:after="20" w:before="0" w:line="235" w:lineRule="auto"/>
      </w:pPr>
    </w:p>
    <w:p>
      <w:pPr>
        <w:spacing w:after="40" w:before="0" w:line="235" w:lineRule="auto"/>
        <w:jc w:val="both"/>
      </w:pPr>
      <w:r>
        <w:rPr>
          <w:sz w:val="18"/>
        </w:rPr>
        <w:t>Prin prezenta solicit preluarea drepturilor și obligațiilor aferente contractului de închiriere de mai jos și, dacă sunt îndeplinite condițiile legale, prelungirea acestuia.</w:t>
      </w:r>
    </w:p>
    <w:tbl>
      <w:tblPr>
        <w:tblW w:type="auto" w:w="0"/>
        <w:jc w:val="center"/>
        <w:tblLayout w:type="fixed"/>
        <w:tblLook w:firstColumn="1" w:firstRow="1" w:lastColumn="0" w:lastRow="0" w:noHBand="0" w:noVBand="1" w:val="04A0"/>
      </w:tblPr>
      <w:tblGrid>
        <w:gridCol w:w="5100"/>
        <w:gridCol w:w="5100"/>
      </w:tblGrid>
      <w:tr>
        <w:tc>
          <w:tcPr>
            <w:tcW w:type="dxa" w:w="3061"/>
            <w:shd w:fill="F7F7F7"/>
            <w:tcMar>
              <w:top w:w="80" w:type="dxa"/>
              <w:start w:w="90" w:type="dxa"/>
              <w:bottom w:w="80" w:type="dxa"/>
              <w:end w:w="90" w:type="dxa"/>
            </w:tcMar>
          </w:tcPr>
          <w:p>
            <w:pPr>
              <w:spacing w:after="0" w:before="0" w:line="221" w:lineRule="auto"/>
            </w:pPr>
            <w:r>
              <w:rPr>
                <w:b/>
                <w:sz w:val="17"/>
              </w:rPr>
              <w:t>Contract de închiriere nr./data</w:t>
            </w:r>
          </w:p>
        </w:tc>
        <w:tc>
          <w:tcPr>
            <w:tcW w:type="dxa" w:w="6463"/>
            <w:tcMar>
              <w:top w:w="80" w:type="dxa"/>
              <w:start w:w="90" w:type="dxa"/>
              <w:bottom w:w="80" w:type="dxa"/>
              <w:end w:w="90" w:type="dxa"/>
            </w:tcMar>
          </w:tcPr>
          <w:p>
            <w:pPr>
              <w:spacing w:after="0" w:before="0" w:line="221" w:lineRule="auto"/>
            </w:pPr>
            <w:r>
              <w:rPr>
                <w:sz w:val="16"/>
              </w:rPr>
              <w:t>nr. __________ / __________________</w:t>
            </w:r>
          </w:p>
        </w:tc>
      </w:tr>
      <w:tr>
        <w:tc>
          <w:tcPr>
            <w:tcW w:type="dxa" w:w="3061"/>
            <w:shd w:fill="F7F7F7"/>
            <w:tcMar>
              <w:top w:w="80" w:type="dxa"/>
              <w:start w:w="90" w:type="dxa"/>
              <w:bottom w:w="80" w:type="dxa"/>
              <w:end w:w="90" w:type="dxa"/>
            </w:tcMar>
          </w:tcPr>
          <w:p>
            <w:pPr>
              <w:spacing w:after="0" w:before="0" w:line="221" w:lineRule="auto"/>
            </w:pPr>
            <w:r>
              <w:rPr>
                <w:b/>
                <w:sz w:val="17"/>
              </w:rPr>
              <w:t>Titular actual / fost titular</w:t>
            </w:r>
          </w:p>
        </w:tc>
        <w:tc>
          <w:tcPr>
            <w:tcW w:type="dxa" w:w="6463"/>
            <w:tcMar>
              <w:top w:w="80" w:type="dxa"/>
              <w:start w:w="90" w:type="dxa"/>
              <w:bottom w:w="80" w:type="dxa"/>
              <w:end w:w="90" w:type="dxa"/>
            </w:tcMar>
          </w:tcPr>
          <w:p>
            <w:pPr>
              <w:spacing w:after="0" w:before="0" w:line="221" w:lineRule="auto"/>
            </w:pPr>
            <w:r>
              <w:rPr>
                <w:sz w:val="16"/>
              </w:rPr>
              <w:t>________________________________________________________________________________</w:t>
            </w:r>
          </w:p>
        </w:tc>
      </w:tr>
      <w:tr>
        <w:tc>
          <w:tcPr>
            <w:tcW w:type="dxa" w:w="3061"/>
            <w:shd w:fill="F7F7F7"/>
            <w:tcMar>
              <w:top w:w="80" w:type="dxa"/>
              <w:start w:w="90" w:type="dxa"/>
              <w:bottom w:w="80" w:type="dxa"/>
              <w:end w:w="90" w:type="dxa"/>
            </w:tcMar>
          </w:tcPr>
          <w:p>
            <w:pPr>
              <w:spacing w:after="0" w:before="0" w:line="221" w:lineRule="auto"/>
            </w:pPr>
            <w:r>
              <w:rPr>
                <w:b/>
                <w:sz w:val="17"/>
              </w:rPr>
              <w:t>Obiectul contractului</w:t>
            </w:r>
          </w:p>
        </w:tc>
        <w:tc>
          <w:tcPr>
            <w:tcW w:type="dxa" w:w="6463"/>
            <w:tcMar>
              <w:top w:w="80" w:type="dxa"/>
              <w:start w:w="90" w:type="dxa"/>
              <w:bottom w:w="80" w:type="dxa"/>
              <w:end w:w="90" w:type="dxa"/>
            </w:tcMar>
          </w:tcPr>
          <w:p>
            <w:pPr>
              <w:spacing w:after="0" w:before="0" w:line="221" w:lineRule="auto"/>
            </w:pPr>
            <w:r>
              <w:rPr>
                <w:sz w:val="16"/>
              </w:rPr>
              <w:t>________________________________________________________________________________</w:t>
            </w:r>
          </w:p>
        </w:tc>
      </w:tr>
      <w:tr>
        <w:tc>
          <w:tcPr>
            <w:tcW w:type="dxa" w:w="3061"/>
            <w:shd w:fill="F7F7F7"/>
            <w:tcMar>
              <w:top w:w="80" w:type="dxa"/>
              <w:start w:w="90" w:type="dxa"/>
              <w:bottom w:w="80" w:type="dxa"/>
              <w:end w:w="90" w:type="dxa"/>
            </w:tcMar>
          </w:tcPr>
          <w:p>
            <w:pPr>
              <w:spacing w:after="0" w:before="0" w:line="221" w:lineRule="auto"/>
            </w:pPr>
            <w:r>
              <w:rPr>
                <w:b/>
                <w:sz w:val="17"/>
              </w:rPr>
              <w:t>Amplasament</w:t>
            </w:r>
          </w:p>
        </w:tc>
        <w:tc>
          <w:tcPr>
            <w:tcW w:type="dxa" w:w="6463"/>
            <w:tcMar>
              <w:top w:w="80" w:type="dxa"/>
              <w:start w:w="90" w:type="dxa"/>
              <w:bottom w:w="80" w:type="dxa"/>
              <w:end w:w="90" w:type="dxa"/>
            </w:tcMar>
          </w:tcPr>
          <w:p>
            <w:pPr>
              <w:spacing w:after="0" w:before="0" w:line="221" w:lineRule="auto"/>
            </w:pPr>
            <w:r>
              <w:rPr>
                <w:sz w:val="16"/>
              </w:rPr>
              <w:t>Băile Govora, str. ____________________________________, nr. __________</w:t>
            </w:r>
          </w:p>
        </w:tc>
      </w:tr>
      <w:tr>
        <w:tc>
          <w:tcPr>
            <w:tcW w:type="dxa" w:w="3061"/>
            <w:shd w:fill="F7F7F7"/>
            <w:tcMar>
              <w:top w:w="80" w:type="dxa"/>
              <w:start w:w="90" w:type="dxa"/>
              <w:bottom w:w="80" w:type="dxa"/>
              <w:end w:w="90" w:type="dxa"/>
            </w:tcMar>
          </w:tcPr>
          <w:p>
            <w:pPr>
              <w:spacing w:after="0" w:before="0" w:line="221" w:lineRule="auto"/>
            </w:pPr>
            <w:r>
              <w:rPr>
                <w:b/>
                <w:sz w:val="17"/>
              </w:rPr>
              <w:t>Suprafață</w:t>
            </w:r>
          </w:p>
        </w:tc>
        <w:tc>
          <w:tcPr>
            <w:tcW w:type="dxa" w:w="6463"/>
            <w:tcMar>
              <w:top w:w="80" w:type="dxa"/>
              <w:start w:w="90" w:type="dxa"/>
              <w:bottom w:w="80" w:type="dxa"/>
              <w:end w:w="90" w:type="dxa"/>
            </w:tcMar>
          </w:tcPr>
          <w:p>
            <w:pPr>
              <w:spacing w:after="0" w:before="0" w:line="221" w:lineRule="auto"/>
            </w:pPr>
            <w:r>
              <w:rPr>
                <w:sz w:val="16"/>
              </w:rPr>
              <w:t>________________ mp</w:t>
            </w:r>
          </w:p>
        </w:tc>
      </w:tr>
      <w:tr>
        <w:tc>
          <w:tcPr>
            <w:tcW w:type="dxa" w:w="3061"/>
            <w:shd w:fill="F7F7F7"/>
            <w:tcMar>
              <w:top w:w="80" w:type="dxa"/>
              <w:start w:w="90" w:type="dxa"/>
              <w:bottom w:w="80" w:type="dxa"/>
              <w:end w:w="90" w:type="dxa"/>
            </w:tcMar>
          </w:tcPr>
          <w:p>
            <w:pPr>
              <w:spacing w:after="0" w:before="0" w:line="221" w:lineRule="auto"/>
            </w:pPr>
            <w:r>
              <w:rPr>
                <w:b/>
                <w:sz w:val="17"/>
              </w:rPr>
              <w:t>Temeiul preluării</w:t>
            </w:r>
          </w:p>
        </w:tc>
        <w:tc>
          <w:tcPr>
            <w:tcW w:type="dxa" w:w="6463"/>
            <w:tcMar>
              <w:top w:w="80" w:type="dxa"/>
              <w:start w:w="90" w:type="dxa"/>
              <w:bottom w:w="80" w:type="dxa"/>
              <w:end w:w="90" w:type="dxa"/>
            </w:tcMar>
          </w:tcPr>
          <w:p>
            <w:pPr>
              <w:spacing w:after="0" w:before="0" w:line="221" w:lineRule="auto"/>
            </w:pPr>
            <w:r>
              <w:rPr>
                <w:sz w:val="16"/>
              </w:rPr>
              <w:t>vânzare-cumpărare / moștenire / alt act: __________________________________________</w:t>
            </w:r>
          </w:p>
        </w:tc>
      </w:tr>
      <w:tr>
        <w:tc>
          <w:tcPr>
            <w:tcW w:type="dxa" w:w="3061"/>
            <w:shd w:fill="F7F7F7"/>
            <w:tcMar>
              <w:top w:w="80" w:type="dxa"/>
              <w:start w:w="90" w:type="dxa"/>
              <w:bottom w:w="80" w:type="dxa"/>
              <w:end w:w="90" w:type="dxa"/>
            </w:tcMar>
          </w:tcPr>
          <w:p>
            <w:pPr>
              <w:spacing w:after="0" w:before="0" w:line="221" w:lineRule="auto"/>
            </w:pPr>
            <w:r>
              <w:rPr>
                <w:b/>
                <w:sz w:val="17"/>
              </w:rPr>
              <w:t>Act justificativ nr./data</w:t>
            </w:r>
          </w:p>
        </w:tc>
        <w:tc>
          <w:tcPr>
            <w:tcW w:type="dxa" w:w="6463"/>
            <w:tcMar>
              <w:top w:w="80" w:type="dxa"/>
              <w:start w:w="90" w:type="dxa"/>
              <w:bottom w:w="80" w:type="dxa"/>
              <w:end w:w="90" w:type="dxa"/>
            </w:tcMar>
          </w:tcPr>
          <w:p>
            <w:pPr>
              <w:spacing w:after="0" w:before="0" w:line="221" w:lineRule="auto"/>
            </w:pPr>
            <w:r>
              <w:rPr>
                <w:sz w:val="16"/>
              </w:rPr>
              <w:t>________________________________________________________________________________</w:t>
            </w:r>
          </w:p>
        </w:tc>
      </w:tr>
      <w:tr>
        <w:tc>
          <w:tcPr>
            <w:tcW w:type="dxa" w:w="3061"/>
            <w:shd w:fill="F7F7F7"/>
            <w:tcMar>
              <w:top w:w="80" w:type="dxa"/>
              <w:start w:w="90" w:type="dxa"/>
              <w:bottom w:w="80" w:type="dxa"/>
              <w:end w:w="90" w:type="dxa"/>
            </w:tcMar>
          </w:tcPr>
          <w:p>
            <w:pPr>
              <w:spacing w:after="0" w:before="0" w:line="221" w:lineRule="auto"/>
            </w:pPr>
            <w:r>
              <w:rPr>
                <w:b/>
                <w:sz w:val="17"/>
              </w:rPr>
              <w:t>Perioada pentru care se solicită prelungirea</w:t>
            </w:r>
          </w:p>
        </w:tc>
        <w:tc>
          <w:tcPr>
            <w:tcW w:type="dxa" w:w="6463"/>
            <w:tcMar>
              <w:top w:w="80" w:type="dxa"/>
              <w:start w:w="90" w:type="dxa"/>
              <w:bottom w:w="80" w:type="dxa"/>
              <w:end w:w="90" w:type="dxa"/>
            </w:tcMar>
          </w:tcPr>
          <w:p>
            <w:pPr>
              <w:spacing w:after="0" w:before="0" w:line="221" w:lineRule="auto"/>
            </w:pPr>
            <w:r>
              <w:rPr>
                <w:sz w:val="16"/>
              </w:rPr>
              <w:t>____________________________________________________________</w:t>
            </w:r>
          </w:p>
        </w:tc>
      </w:tr>
    </w:tbl>
    <w:p>
      <w:pPr>
        <w:spacing w:after="20" w:before="0" w:line="235" w:lineRule="auto"/>
      </w:pPr>
    </w:p>
    <w:p>
      <w:pPr>
        <w:spacing w:before="0" w:after="40" w:line="235" w:lineRule="auto"/>
      </w:pPr>
      <w:r>
        <w:rPr>
          <w:b/>
          <w:sz w:val="16"/>
        </w:rPr>
        <w:t>Documente anexate / necesare, după caz:</w:t>
      </w:r>
    </w:p>
    <w:p>
      <w:pPr>
        <w:spacing w:after="30" w:before="0" w:line="235" w:lineRule="auto"/>
        <w:ind w:left="283" w:hanging="142"/>
      </w:pPr>
      <w:r>
        <w:rPr>
          <w:sz w:val="16"/>
        </w:rPr>
        <w:t>☐  copie act de identitate / documente ale persoanei juridice, după caz;</w:t>
      </w:r>
    </w:p>
    <w:p>
      <w:pPr>
        <w:spacing w:after="30" w:before="0" w:line="235" w:lineRule="auto"/>
        <w:ind w:left="283" w:hanging="142"/>
      </w:pPr>
      <w:r>
        <w:rPr>
          <w:sz w:val="16"/>
        </w:rPr>
        <w:t>☐  actul de dobândire a construcției/imobilului sau certificatul de moștenitor, după caz;</w:t>
      </w:r>
    </w:p>
    <w:p>
      <w:pPr>
        <w:spacing w:after="30" w:before="0" w:line="235" w:lineRule="auto"/>
        <w:ind w:left="283" w:hanging="142"/>
      </w:pPr>
      <w:r>
        <w:rPr>
          <w:sz w:val="16"/>
        </w:rPr>
        <w:t>☐  extras de carte funciară actualizat;</w:t>
      </w:r>
    </w:p>
    <w:p>
      <w:pPr>
        <w:spacing w:after="30" w:before="0" w:line="235" w:lineRule="auto"/>
        <w:ind w:left="283" w:hanging="142"/>
      </w:pPr>
      <w:r>
        <w:rPr>
          <w:sz w:val="16"/>
        </w:rPr>
        <w:t>☐  copie a contractului de închiriere și a actelor adiționale, dacă sunt disponibile;</w:t>
      </w:r>
    </w:p>
    <w:p>
      <w:pPr>
        <w:spacing w:after="30" w:before="0" w:line="235" w:lineRule="auto"/>
        <w:ind w:left="283" w:hanging="142"/>
      </w:pPr>
      <w:r>
        <w:rPr>
          <w:sz w:val="16"/>
        </w:rPr>
        <w:t>☐  alte documente solicitate pentru clarificarea situației juridice.</w:t>
      </w:r>
    </w:p>
    <w:p>
      <w:pPr>
        <w:spacing w:before="0" w:after="40" w:line="235" w:lineRule="auto"/>
        <w:jc w:val="both"/>
      </w:pPr>
      <w:r>
        <w:rPr>
          <w:sz w:val="16"/>
        </w:rPr>
        <w:t>Declar că informațiile furnizate sunt reale și complete. Sunt de acord ca, pentru soluționarea prezentei cereri, Primăria Orașului Băile Govora să verifice în evidențele proprii situația bunului și, după caz, existența eventualelor debite.</w:t>
      </w:r>
    </w:p>
    <w:tbl>
      <w:tblPr>
        <w:tblW w:type="auto" w:w="0"/>
        <w:jc w:val="center"/>
        <w:tblLayout w:type="fixed"/>
        <w:tblLook w:firstColumn="1" w:firstRow="1" w:lastColumn="0" w:lastRow="0" w:noHBand="0" w:noVBand="1" w:val="04A0"/>
      </w:tblPr>
      <w:tblGrid>
        <w:gridCol w:w="5100"/>
        <w:gridCol w:w="5100"/>
      </w:tblGrid>
      <w:tr>
        <w:tc>
          <w:tcPr>
            <w:tcW w:type="dxa" w:w="4762"/>
            <w:tcMar>
              <w:top w:w="20" w:type="dxa"/>
              <w:start w:w="20" w:type="dxa"/>
              <w:bottom w:w="20" w:type="dxa"/>
              <w:end w:w="20" w:type="dxa"/>
            </w:tcMar>
          </w:tcPr>
          <w:p>
            <w:pPr>
              <w:spacing w:before="0" w:after="0" w:line="221" w:lineRule="auto"/>
              <w:jc w:val="center"/>
            </w:pPr>
            <w:r>
              <w:rPr>
                <w:b/>
                <w:sz w:val="16"/>
              </w:rPr>
              <w:t>Data</w:t>
            </w:r>
          </w:p>
        </w:tc>
        <w:tc>
          <w:tcPr>
            <w:tcW w:type="dxa" w:w="4762"/>
            <w:tcMar>
              <w:top w:w="20" w:type="dxa"/>
              <w:start w:w="20" w:type="dxa"/>
              <w:bottom w:w="20" w:type="dxa"/>
              <w:end w:w="20" w:type="dxa"/>
            </w:tcMar>
          </w:tcPr>
          <w:p>
            <w:pPr>
              <w:spacing w:before="0" w:after="0" w:line="221" w:lineRule="auto"/>
              <w:jc w:val="center"/>
            </w:pPr>
            <w:r>
              <w:rPr>
                <w:b/>
                <w:sz w:val="16"/>
              </w:rPr>
              <w:t>Semnătura solicitantului / reprezentantului</w:t>
            </w:r>
          </w:p>
        </w:tc>
      </w:tr>
      <w:tr>
        <w:tc>
          <w:tcPr>
            <w:tcW w:type="dxa" w:w="4762"/>
            <w:tcMar>
              <w:top w:w="20" w:type="dxa"/>
              <w:start w:w="20" w:type="dxa"/>
              <w:bottom w:w="20" w:type="dxa"/>
              <w:end w:w="20" w:type="dxa"/>
            </w:tcMar>
          </w:tcPr>
          <w:p>
            <w:pPr>
              <w:spacing w:before="0" w:after="0" w:line="221" w:lineRule="auto"/>
              <w:jc w:val="center"/>
            </w:pPr>
            <w:r>
              <w:rPr>
                <w:sz w:val="16"/>
              </w:rPr>
              <w:t>________________________</w:t>
            </w:r>
          </w:p>
        </w:tc>
        <w:tc>
          <w:tcPr>
            <w:tcW w:type="dxa" w:w="4762"/>
            <w:tcMar>
              <w:top w:w="20" w:type="dxa"/>
              <w:start w:w="20" w:type="dxa"/>
              <w:bottom w:w="20" w:type="dxa"/>
              <w:end w:w="20" w:type="dxa"/>
            </w:tcMar>
          </w:tcPr>
          <w:p>
            <w:pPr>
              <w:spacing w:before="0" w:after="0" w:line="221" w:lineRule="auto"/>
              <w:jc w:val="center"/>
            </w:pPr>
            <w:r>
              <w:rPr>
                <w:sz w:val="16"/>
              </w:rPr>
              <w:t>________________________________________</w:t>
            </w:r>
          </w:p>
        </w:tc>
      </w:tr>
    </w:tbl>
    <w:p>
      <w:pPr>
        <w:spacing w:before="0" w:after="0" w:line="235" w:lineRule="auto"/>
        <w:jc w:val="center"/>
      </w:pPr>
      <w:r>
        <w:rPr>
          <w:i/>
          <w:sz w:val="16"/>
        </w:rPr>
        <w:t>Timp estimativ de completare: aproximativ 5 minute.</w:t>
      </w:r>
    </w:p>
    <w:sectPr w:rsidR="00FC693F" w:rsidRPr="0006063C" w:rsidSect="00034616">
      <w:headerReference w:type="default" r:id="rId9"/>
      <w:footerReference w:type="default" r:id="rId10"/>
      <w:pgSz w:w="12240" w:h="15840"/>
      <w:pgMar w:top="510" w:right="879" w:bottom="510" w:left="879" w:header="142" w:footer="14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16" w:lineRule="auto"/>
      <w:jc w:val="center"/>
    </w:pPr>
    <w:r>
      <w:rPr>
        <w:color w:val="696969"/>
        <w:sz w:val="12"/>
      </w:rPr>
      <w:t>Datele cu caracter personal sunt prelucrate pentru soluționarea cererii și îndeplinirea obligațiilor legale ale autorității publice, în conformitate cu Regulamentul (UE) 2016/679 și legislația națională aplicabilă. Informații privind protecția datelor: www.primaria-baile-govora.ro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before="0" w:line="216" w:lineRule="auto"/>
      <w:jc w:val="center"/>
    </w:pPr>
    <w:r>
      <w:rPr>
        <w:b/>
        <w:sz w:val="15"/>
      </w:rPr>
      <w:t>ROMÂNIA · JUDEȚUL VÂLCEA</w:t>
    </w:r>
  </w:p>
  <w:p>
    <w:pPr>
      <w:spacing w:after="0" w:before="0" w:line="216" w:lineRule="auto"/>
      <w:jc w:val="center"/>
    </w:pPr>
    <w:r>
      <w:rPr>
        <w:b/>
        <w:color w:val="005866"/>
        <w:sz w:val="20"/>
      </w:rPr>
      <w:t>PRIMĂRIA ORAȘULUI BĂILE GOVORA</w:t>
    </w:r>
  </w:p>
  <w:p>
    <w:pPr>
      <w:spacing w:after="0" w:before="0" w:line="216" w:lineRule="auto"/>
      <w:jc w:val="center"/>
    </w:pPr>
    <w:r>
      <w:rPr>
        <w:b/>
        <w:sz w:val="16"/>
      </w:rPr>
      <w:t>Compartimentul Administrarea Domeniului Public și Privat</w:t>
    </w:r>
  </w:p>
  <w:p>
    <w:pPr>
      <w:spacing w:after="0" w:before="0" w:line="216" w:lineRule="auto"/>
      <w:jc w:val="center"/>
    </w:pPr>
    <w:r>
      <w:rPr>
        <w:color w:val="5A5A5A"/>
        <w:sz w:val="13"/>
      </w:rPr>
      <w:t>Str. Tudor Vladimirescu, nr. 95, Băile Govora, cod 245200, județul Vâlcea</w:t>
      <w:br/>
      <w:t>Telefon: 0250 770 460  |  E-mail: primaria@primaria-baile-govora.ro  |  C.U.I. 2541827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