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4819"/>
        <w:gridCol w:w="4819"/>
      </w:tblGrid>
      <w:tr>
        <w:tc>
          <w:tcPr>
            <w:tcW w:type="dxa" w:w="5100"/>
            <w:tcMar>
              <w:top w:w="0" w:type="dxa"/>
              <w:start w:w="0" w:type="dxa"/>
              <w:bottom w:w="0" w:type="dxa"/>
              <w:end w:w="0" w:type="dxa"/>
            </w:tcMar>
          </w:tcPr>
          <w:p>
            <w:pPr>
              <w:spacing w:before="0" w:after="0" w:line="221" w:lineRule="auto"/>
            </w:pPr>
            <w:r>
              <w:rPr>
                <w:sz w:val="17"/>
              </w:rPr>
            </w:r>
          </w:p>
        </w:tc>
        <w:tc>
          <w:tcPr>
            <w:tcW w:type="dxa" w:w="5100"/>
            <w:tcMar>
              <w:top w:w="0" w:type="dxa"/>
              <w:start w:w="0" w:type="dxa"/>
              <w:bottom w:w="0" w:type="dxa"/>
              <w:end w:w="0" w:type="dxa"/>
            </w:tcMar>
          </w:tcPr>
          <w:p>
            <w:pPr>
              <w:spacing w:before="0" w:after="0" w:line="221" w:lineRule="auto"/>
              <w:jc w:val="right"/>
            </w:pPr>
            <w:r>
              <w:rPr>
                <w:sz w:val="17"/>
              </w:rPr>
              <w:t>Nr. înregistrare: __________________ / ______________</w:t>
            </w:r>
          </w:p>
        </w:tc>
      </w:tr>
    </w:tbl>
    <w:p>
      <w:pPr>
        <w:spacing w:before="0" w:after="40" w:line="235" w:lineRule="auto"/>
        <w:jc w:val="center"/>
      </w:pPr>
      <w:r>
        <w:rPr>
          <w:b/>
          <w:color w:val="1F4E79"/>
          <w:sz w:val="24"/>
        </w:rPr>
        <w:t>CERERE PENTRU ÎNCETAREA CONTRACTULUI DE ÎNCHIRIERE / TAXEI DE FOLOSINȚĂ</w:t>
      </w:r>
    </w:p>
    <w:p>
      <w:pPr>
        <w:spacing w:after="40" w:before="0" w:line="235" w:lineRule="auto"/>
        <w:jc w:val="center"/>
      </w:pPr>
      <w:r>
        <w:rPr>
          <w:b/>
          <w:sz w:val="18"/>
        </w:rPr>
        <w:t>CĂTRE</w:t>
        <w:br/>
        <w:t>PRIMĂRIA ORAȘULUI BĂILE GOVORA</w:t>
      </w:r>
    </w:p>
    <w:p>
      <w:pPr>
        <w:spacing w:after="40" w:before="0" w:line="235" w:lineRule="auto"/>
        <w:jc w:val="center"/>
      </w:pPr>
      <w:r>
        <w:rPr>
          <w:i/>
          <w:sz w:val="16"/>
        </w:rPr>
        <w:t>În atenția Compartimentul Administrarea Domeniului Public și Privat</w:t>
      </w:r>
    </w:p>
    <w:p>
      <w:pPr>
        <w:spacing w:after="40" w:before="0" w:line="235" w:lineRule="auto"/>
      </w:pPr>
      <w:r>
        <w:rPr>
          <w:b/>
          <w:sz w:val="18"/>
        </w:rPr>
        <w:t>Solicitant:</w:t>
      </w:r>
    </w:p>
    <w:tbl>
      <w:tblPr>
        <w:tblW w:type="auto" w:w="0"/>
        <w:jc w:val="center"/>
        <w:tblLayout w:type="fixed"/>
        <w:tblLook w:firstColumn="1" w:firstRow="1" w:lastColumn="0" w:lastRow="0" w:noHBand="0" w:noVBand="1" w:val="04A0"/>
      </w:tblPr>
      <w:tblGrid>
        <w:gridCol w:w="5100"/>
        <w:gridCol w:w="5100"/>
      </w:tblGrid>
      <w:tr>
        <w:tc>
          <w:tcPr>
            <w:tcW w:type="dxa" w:w="2948"/>
            <w:shd w:fill="F2F7F8"/>
            <w:tcMar>
              <w:top w:w="80" w:type="dxa"/>
              <w:start w:w="90" w:type="dxa"/>
              <w:bottom w:w="80" w:type="dxa"/>
              <w:end w:w="90" w:type="dxa"/>
            </w:tcMar>
          </w:tcPr>
          <w:p>
            <w:pPr>
              <w:spacing w:after="0" w:before="0" w:line="221" w:lineRule="auto"/>
            </w:pPr>
            <w:r>
              <w:rPr>
                <w:b/>
                <w:sz w:val="17"/>
              </w:rPr>
              <w:t>Nume și prenume / Denumire</w:t>
            </w:r>
          </w:p>
        </w:tc>
        <w:tc>
          <w:tcPr>
            <w:tcW w:type="dxa" w:w="6576"/>
            <w:tcMar>
              <w:top w:w="80" w:type="dxa"/>
              <w:start w:w="90" w:type="dxa"/>
              <w:bottom w:w="80" w:type="dxa"/>
              <w:end w:w="90" w:type="dxa"/>
            </w:tcMar>
          </w:tcPr>
          <w:p>
            <w:pPr>
              <w:spacing w:after="0" w:before="0" w:line="221" w:lineRule="auto"/>
            </w:pPr>
            <w:r>
              <w:rPr>
                <w:sz w:val="16"/>
              </w:rPr>
              <w:t>________________________________________________________________________________</w:t>
            </w:r>
          </w:p>
        </w:tc>
      </w:tr>
      <w:tr>
        <w:tc>
          <w:tcPr>
            <w:tcW w:type="dxa" w:w="2948"/>
            <w:shd w:fill="F2F7F8"/>
            <w:tcMar>
              <w:top w:w="80" w:type="dxa"/>
              <w:start w:w="90" w:type="dxa"/>
              <w:bottom w:w="80" w:type="dxa"/>
              <w:end w:w="90" w:type="dxa"/>
            </w:tcMar>
          </w:tcPr>
          <w:p>
            <w:pPr>
              <w:spacing w:after="0" w:before="0" w:line="221" w:lineRule="auto"/>
            </w:pPr>
            <w:r>
              <w:rPr>
                <w:b/>
                <w:sz w:val="17"/>
              </w:rPr>
              <w:t>Domiciliu / Sediu</w:t>
            </w:r>
          </w:p>
        </w:tc>
        <w:tc>
          <w:tcPr>
            <w:tcW w:type="dxa" w:w="6576"/>
            <w:tcMar>
              <w:top w:w="80" w:type="dxa"/>
              <w:start w:w="90" w:type="dxa"/>
              <w:bottom w:w="80" w:type="dxa"/>
              <w:end w:w="90" w:type="dxa"/>
            </w:tcMar>
          </w:tcPr>
          <w:p>
            <w:pPr>
              <w:spacing w:after="0" w:before="0" w:line="221" w:lineRule="auto"/>
            </w:pPr>
            <w:r>
              <w:rPr>
                <w:sz w:val="16"/>
              </w:rPr>
              <w:t>________________________________________________________________________________</w:t>
            </w:r>
          </w:p>
        </w:tc>
      </w:tr>
      <w:tr>
        <w:tc>
          <w:tcPr>
            <w:tcW w:type="dxa" w:w="2948"/>
            <w:shd w:fill="F2F7F8"/>
            <w:tcMar>
              <w:top w:w="80" w:type="dxa"/>
              <w:start w:w="90" w:type="dxa"/>
              <w:bottom w:w="80" w:type="dxa"/>
              <w:end w:w="90" w:type="dxa"/>
            </w:tcMar>
          </w:tcPr>
          <w:p>
            <w:pPr>
              <w:spacing w:after="0" w:before="0" w:line="221" w:lineRule="auto"/>
            </w:pPr>
            <w:r>
              <w:rPr>
                <w:b/>
                <w:sz w:val="17"/>
              </w:rPr>
              <w:t>Stradă, nr., bl., sc., ap.</w:t>
            </w:r>
          </w:p>
        </w:tc>
        <w:tc>
          <w:tcPr>
            <w:tcW w:type="dxa" w:w="6576"/>
            <w:tcMar>
              <w:top w:w="80" w:type="dxa"/>
              <w:start w:w="90" w:type="dxa"/>
              <w:bottom w:w="80" w:type="dxa"/>
              <w:end w:w="90" w:type="dxa"/>
            </w:tcMar>
          </w:tcPr>
          <w:p>
            <w:pPr>
              <w:spacing w:after="0" w:before="0" w:line="221" w:lineRule="auto"/>
            </w:pPr>
            <w:r>
              <w:rPr>
                <w:sz w:val="16"/>
              </w:rPr>
              <w:t>________________________________________________________________________________</w:t>
            </w:r>
          </w:p>
        </w:tc>
      </w:tr>
      <w:tr>
        <w:tc>
          <w:tcPr>
            <w:tcW w:type="dxa" w:w="2948"/>
            <w:shd w:fill="F2F7F8"/>
            <w:tcMar>
              <w:top w:w="80" w:type="dxa"/>
              <w:start w:w="90" w:type="dxa"/>
              <w:bottom w:w="80" w:type="dxa"/>
              <w:end w:w="90" w:type="dxa"/>
            </w:tcMar>
          </w:tcPr>
          <w:p>
            <w:pPr>
              <w:spacing w:after="0" w:before="0" w:line="221" w:lineRule="auto"/>
            </w:pPr>
            <w:r>
              <w:rPr>
                <w:b/>
                <w:sz w:val="17"/>
              </w:rPr>
              <w:t>Telefon</w:t>
            </w:r>
          </w:p>
        </w:tc>
        <w:tc>
          <w:tcPr>
            <w:tcW w:type="dxa" w:w="6576"/>
            <w:tcMar>
              <w:top w:w="80" w:type="dxa"/>
              <w:start w:w="90" w:type="dxa"/>
              <w:bottom w:w="80" w:type="dxa"/>
              <w:end w:w="90" w:type="dxa"/>
            </w:tcMar>
          </w:tcPr>
          <w:p>
            <w:pPr>
              <w:spacing w:after="0" w:before="0" w:line="221" w:lineRule="auto"/>
            </w:pPr>
            <w:r>
              <w:rPr>
                <w:sz w:val="16"/>
              </w:rPr>
              <w:t>___________________________________   E-mail: _____________________________________</w:t>
            </w:r>
          </w:p>
        </w:tc>
      </w:tr>
      <w:tr>
        <w:tc>
          <w:tcPr>
            <w:tcW w:type="dxa" w:w="2948"/>
            <w:shd w:fill="F2F7F8"/>
            <w:tcMar>
              <w:top w:w="80" w:type="dxa"/>
              <w:start w:w="90" w:type="dxa"/>
              <w:bottom w:w="80" w:type="dxa"/>
              <w:end w:w="90" w:type="dxa"/>
            </w:tcMar>
          </w:tcPr>
          <w:p>
            <w:pPr>
              <w:spacing w:after="0" w:before="0" w:line="221" w:lineRule="auto"/>
            </w:pPr>
            <w:r>
              <w:rPr>
                <w:b/>
                <w:sz w:val="17"/>
              </w:rPr>
              <w:t>CUI / Reprezentant legal (dacă este cazul)</w:t>
            </w:r>
          </w:p>
        </w:tc>
        <w:tc>
          <w:tcPr>
            <w:tcW w:type="dxa" w:w="6576"/>
            <w:tcMar>
              <w:top w:w="80" w:type="dxa"/>
              <w:start w:w="90" w:type="dxa"/>
              <w:bottom w:w="80" w:type="dxa"/>
              <w:end w:w="90" w:type="dxa"/>
            </w:tcMar>
          </w:tcPr>
          <w:p>
            <w:pPr>
              <w:spacing w:after="0" w:before="0" w:line="221" w:lineRule="auto"/>
            </w:pPr>
            <w:r>
              <w:rPr>
                <w:sz w:val="16"/>
              </w:rPr>
              <w:t>_______________________________________________________________</w:t>
            </w:r>
          </w:p>
        </w:tc>
      </w:tr>
    </w:tbl>
    <w:p>
      <w:pPr>
        <w:spacing w:after="20" w:before="0" w:line="235" w:lineRule="auto"/>
      </w:pPr>
    </w:p>
    <w:p>
      <w:pPr>
        <w:spacing w:after="40" w:before="0" w:line="235" w:lineRule="auto"/>
        <w:jc w:val="both"/>
      </w:pPr>
      <w:r>
        <w:rPr>
          <w:sz w:val="18"/>
        </w:rPr>
        <w:t>Prin prezenta solicit încetarea, după caz, a contractului de închiriere ori a taxei de folosință pentru bunul/terenul indicat mai jos.</w:t>
      </w:r>
    </w:p>
    <w:tbl>
      <w:tblPr>
        <w:tblW w:type="auto" w:w="0"/>
        <w:jc w:val="center"/>
        <w:tblLayout w:type="fixed"/>
        <w:tblLook w:firstColumn="1" w:firstRow="1" w:lastColumn="0" w:lastRow="0" w:noHBand="0" w:noVBand="1" w:val="04A0"/>
      </w:tblPr>
      <w:tblGrid>
        <w:gridCol w:w="5100"/>
        <w:gridCol w:w="5100"/>
      </w:tblGrid>
      <w:tr>
        <w:tc>
          <w:tcPr>
            <w:tcW w:type="dxa" w:w="3061"/>
            <w:shd w:fill="F7F7F7"/>
            <w:tcMar>
              <w:top w:w="80" w:type="dxa"/>
              <w:start w:w="90" w:type="dxa"/>
              <w:bottom w:w="80" w:type="dxa"/>
              <w:end w:w="90" w:type="dxa"/>
            </w:tcMar>
          </w:tcPr>
          <w:p>
            <w:pPr>
              <w:spacing w:after="0" w:before="0" w:line="221" w:lineRule="auto"/>
            </w:pPr>
            <w:r>
              <w:rPr>
                <w:b/>
                <w:sz w:val="17"/>
              </w:rPr>
              <w:t>Tip solicitare</w:t>
            </w:r>
          </w:p>
        </w:tc>
        <w:tc>
          <w:tcPr>
            <w:tcW w:type="dxa" w:w="6463"/>
            <w:tcMar>
              <w:top w:w="80" w:type="dxa"/>
              <w:start w:w="90" w:type="dxa"/>
              <w:bottom w:w="80" w:type="dxa"/>
              <w:end w:w="90" w:type="dxa"/>
            </w:tcMar>
          </w:tcPr>
          <w:p>
            <w:pPr>
              <w:spacing w:after="0" w:before="0" w:line="221" w:lineRule="auto"/>
            </w:pPr>
            <w:r>
              <w:rPr>
                <w:sz w:val="16"/>
              </w:rPr>
              <w:t>☐ încetare contract de închiriere   ☐ încetare taxă de folosință</w:t>
            </w:r>
          </w:p>
        </w:tc>
      </w:tr>
      <w:tr>
        <w:tc>
          <w:tcPr>
            <w:tcW w:type="dxa" w:w="3061"/>
            <w:shd w:fill="F7F7F7"/>
            <w:tcMar>
              <w:top w:w="80" w:type="dxa"/>
              <w:start w:w="90" w:type="dxa"/>
              <w:bottom w:w="80" w:type="dxa"/>
              <w:end w:w="90" w:type="dxa"/>
            </w:tcMar>
          </w:tcPr>
          <w:p>
            <w:pPr>
              <w:spacing w:after="0" w:before="0" w:line="221" w:lineRule="auto"/>
            </w:pPr>
            <w:r>
              <w:rPr>
                <w:b/>
                <w:sz w:val="17"/>
              </w:rPr>
              <w:t>Contract / poziție taxă</w:t>
            </w:r>
          </w:p>
        </w:tc>
        <w:tc>
          <w:tcPr>
            <w:tcW w:type="dxa" w:w="6463"/>
            <w:tcMar>
              <w:top w:w="80" w:type="dxa"/>
              <w:start w:w="90" w:type="dxa"/>
              <w:bottom w:w="80" w:type="dxa"/>
              <w:end w:w="90" w:type="dxa"/>
            </w:tcMar>
          </w:tcPr>
          <w:p>
            <w:pPr>
              <w:spacing w:after="0" w:before="0" w:line="221" w:lineRule="auto"/>
            </w:pPr>
            <w:r>
              <w:rPr>
                <w:sz w:val="16"/>
              </w:rPr>
              <w:t>nr. ____________________________</w:t>
            </w:r>
          </w:p>
        </w:tc>
      </w:tr>
      <w:tr>
        <w:tc>
          <w:tcPr>
            <w:tcW w:type="dxa" w:w="3061"/>
            <w:shd w:fill="F7F7F7"/>
            <w:tcMar>
              <w:top w:w="80" w:type="dxa"/>
              <w:start w:w="90" w:type="dxa"/>
              <w:bottom w:w="80" w:type="dxa"/>
              <w:end w:w="90" w:type="dxa"/>
            </w:tcMar>
          </w:tcPr>
          <w:p>
            <w:pPr>
              <w:spacing w:after="0" w:before="0" w:line="221" w:lineRule="auto"/>
            </w:pPr>
            <w:r>
              <w:rPr>
                <w:b/>
                <w:sz w:val="17"/>
              </w:rPr>
              <w:t>Amplasament</w:t>
            </w:r>
          </w:p>
        </w:tc>
        <w:tc>
          <w:tcPr>
            <w:tcW w:type="dxa" w:w="6463"/>
            <w:tcMar>
              <w:top w:w="80" w:type="dxa"/>
              <w:start w:w="90" w:type="dxa"/>
              <w:bottom w:w="80" w:type="dxa"/>
              <w:end w:w="90" w:type="dxa"/>
            </w:tcMar>
          </w:tcPr>
          <w:p>
            <w:pPr>
              <w:spacing w:after="0" w:before="0" w:line="221" w:lineRule="auto"/>
            </w:pPr>
            <w:r>
              <w:rPr>
                <w:sz w:val="16"/>
              </w:rPr>
              <w:t>Băile Govora, str. ____________________________________, nr. __________</w:t>
            </w:r>
          </w:p>
        </w:tc>
      </w:tr>
      <w:tr>
        <w:tc>
          <w:tcPr>
            <w:tcW w:type="dxa" w:w="3061"/>
            <w:shd w:fill="F7F7F7"/>
            <w:tcMar>
              <w:top w:w="80" w:type="dxa"/>
              <w:start w:w="90" w:type="dxa"/>
              <w:bottom w:w="80" w:type="dxa"/>
              <w:end w:w="90" w:type="dxa"/>
            </w:tcMar>
          </w:tcPr>
          <w:p>
            <w:pPr>
              <w:spacing w:after="0" w:before="0" w:line="221" w:lineRule="auto"/>
            </w:pPr>
            <w:r>
              <w:rPr>
                <w:b/>
                <w:sz w:val="17"/>
              </w:rPr>
              <w:t>Suprafață</w:t>
            </w:r>
          </w:p>
        </w:tc>
        <w:tc>
          <w:tcPr>
            <w:tcW w:type="dxa" w:w="6463"/>
            <w:tcMar>
              <w:top w:w="80" w:type="dxa"/>
              <w:start w:w="90" w:type="dxa"/>
              <w:bottom w:w="80" w:type="dxa"/>
              <w:end w:w="90" w:type="dxa"/>
            </w:tcMar>
          </w:tcPr>
          <w:p>
            <w:pPr>
              <w:spacing w:after="0" w:before="0" w:line="221" w:lineRule="auto"/>
            </w:pPr>
            <w:r>
              <w:rPr>
                <w:sz w:val="16"/>
              </w:rPr>
              <w:t>________________ mp</w:t>
            </w:r>
          </w:p>
        </w:tc>
      </w:tr>
      <w:tr>
        <w:tc>
          <w:tcPr>
            <w:tcW w:type="dxa" w:w="3061"/>
            <w:shd w:fill="F7F7F7"/>
            <w:tcMar>
              <w:top w:w="80" w:type="dxa"/>
              <w:start w:w="90" w:type="dxa"/>
              <w:bottom w:w="80" w:type="dxa"/>
              <w:end w:w="90" w:type="dxa"/>
            </w:tcMar>
          </w:tcPr>
          <w:p>
            <w:pPr>
              <w:spacing w:after="0" w:before="0" w:line="221" w:lineRule="auto"/>
            </w:pPr>
            <w:r>
              <w:rPr>
                <w:b/>
                <w:sz w:val="17"/>
              </w:rPr>
              <w:t>Destinație / teren ocupat de</w:t>
            </w:r>
          </w:p>
        </w:tc>
        <w:tc>
          <w:tcPr>
            <w:tcW w:type="dxa" w:w="6463"/>
            <w:tcMar>
              <w:top w:w="80" w:type="dxa"/>
              <w:start w:w="90" w:type="dxa"/>
              <w:bottom w:w="80" w:type="dxa"/>
              <w:end w:w="90" w:type="dxa"/>
            </w:tcMar>
          </w:tcPr>
          <w:p>
            <w:pPr>
              <w:spacing w:after="0" w:before="0" w:line="221" w:lineRule="auto"/>
            </w:pPr>
            <w:r>
              <w:rPr>
                <w:sz w:val="16"/>
              </w:rPr>
              <w:t>__________________________________________________________________________</w:t>
            </w:r>
          </w:p>
        </w:tc>
      </w:tr>
      <w:tr>
        <w:tc>
          <w:tcPr>
            <w:tcW w:type="dxa" w:w="3061"/>
            <w:shd w:fill="F7F7F7"/>
            <w:tcMar>
              <w:top w:w="80" w:type="dxa"/>
              <w:start w:w="90" w:type="dxa"/>
              <w:bottom w:w="80" w:type="dxa"/>
              <w:end w:w="90" w:type="dxa"/>
            </w:tcMar>
          </w:tcPr>
          <w:p>
            <w:pPr>
              <w:spacing w:after="0" w:before="0" w:line="221" w:lineRule="auto"/>
            </w:pPr>
            <w:r>
              <w:rPr>
                <w:b/>
                <w:sz w:val="17"/>
              </w:rPr>
              <w:t>Data de la care se solicită încetarea</w:t>
            </w:r>
          </w:p>
        </w:tc>
        <w:tc>
          <w:tcPr>
            <w:tcW w:type="dxa" w:w="6463"/>
            <w:tcMar>
              <w:top w:w="80" w:type="dxa"/>
              <w:start w:w="90" w:type="dxa"/>
              <w:bottom w:w="80" w:type="dxa"/>
              <w:end w:w="90" w:type="dxa"/>
            </w:tcMar>
          </w:tcPr>
          <w:p>
            <w:pPr>
              <w:spacing w:after="0" w:before="0" w:line="221" w:lineRule="auto"/>
            </w:pPr>
            <w:r>
              <w:rPr>
                <w:sz w:val="16"/>
              </w:rPr>
              <w:t>________________________</w:t>
            </w:r>
          </w:p>
        </w:tc>
      </w:tr>
      <w:tr>
        <w:tc>
          <w:tcPr>
            <w:tcW w:type="dxa" w:w="3061"/>
            <w:shd w:fill="F7F7F7"/>
            <w:tcMar>
              <w:top w:w="80" w:type="dxa"/>
              <w:start w:w="90" w:type="dxa"/>
              <w:bottom w:w="80" w:type="dxa"/>
              <w:end w:w="90" w:type="dxa"/>
            </w:tcMar>
          </w:tcPr>
          <w:p>
            <w:pPr>
              <w:spacing w:after="0" w:before="0" w:line="221" w:lineRule="auto"/>
            </w:pPr>
            <w:r>
              <w:rPr>
                <w:b/>
                <w:sz w:val="17"/>
              </w:rPr>
              <w:t>Motiv</w:t>
            </w:r>
          </w:p>
        </w:tc>
        <w:tc>
          <w:tcPr>
            <w:tcW w:type="dxa" w:w="6463"/>
            <w:tcMar>
              <w:top w:w="80" w:type="dxa"/>
              <w:start w:w="90" w:type="dxa"/>
              <w:bottom w:w="80" w:type="dxa"/>
              <w:end w:w="90" w:type="dxa"/>
            </w:tcMar>
          </w:tcPr>
          <w:p>
            <w:pPr>
              <w:spacing w:after="0" w:before="0" w:line="221" w:lineRule="auto"/>
            </w:pPr>
            <w:r>
              <w:rPr>
                <w:sz w:val="16"/>
              </w:rPr>
              <w:t>vânzare / dezafectare / renunțare / alt motiv: ______________________________________________</w:t>
            </w:r>
          </w:p>
        </w:tc>
      </w:tr>
    </w:tbl>
    <w:p>
      <w:pPr>
        <w:spacing w:after="20" w:before="0" w:line="235" w:lineRule="auto"/>
      </w:pPr>
    </w:p>
    <w:p>
      <w:pPr>
        <w:spacing w:before="0" w:after="40" w:line="235" w:lineRule="auto"/>
      </w:pPr>
      <w:r>
        <w:rPr>
          <w:b/>
          <w:sz w:val="16"/>
        </w:rPr>
        <w:t>Documente anexate / necesare, după caz:</w:t>
      </w:r>
    </w:p>
    <w:p>
      <w:pPr>
        <w:spacing w:after="30" w:before="0" w:line="235" w:lineRule="auto"/>
        <w:ind w:left="283" w:hanging="142"/>
      </w:pPr>
      <w:r>
        <w:rPr>
          <w:sz w:val="16"/>
        </w:rPr>
        <w:t>☐  copie act de identitate / documente persoană juridică, după caz;</w:t>
      </w:r>
    </w:p>
    <w:p>
      <w:pPr>
        <w:spacing w:after="30" w:before="0" w:line="235" w:lineRule="auto"/>
        <w:ind w:left="283" w:hanging="142"/>
      </w:pPr>
      <w:r>
        <w:rPr>
          <w:sz w:val="16"/>
        </w:rPr>
        <w:t>☐  copie a contractului, dacă este disponibil;</w:t>
      </w:r>
    </w:p>
    <w:p>
      <w:pPr>
        <w:spacing w:after="30" w:before="0" w:line="235" w:lineRule="auto"/>
        <w:ind w:left="283" w:hanging="142"/>
      </w:pPr>
      <w:r>
        <w:rPr>
          <w:sz w:val="16"/>
        </w:rPr>
        <w:t>☐  actul justificativ al încetării (de exemplu act de înstrăinare, document privind dezafectarea etc.), dacă este cazul;</w:t>
      </w:r>
    </w:p>
    <w:p>
      <w:pPr>
        <w:spacing w:after="30" w:before="0" w:line="235" w:lineRule="auto"/>
        <w:ind w:left="283" w:hanging="142"/>
      </w:pPr>
      <w:r>
        <w:rPr>
          <w:sz w:val="16"/>
        </w:rPr>
        <w:t>☐  alte documente necesare pentru predarea/clarificarea situației bunului.</w:t>
      </w:r>
    </w:p>
    <w:p>
      <w:pPr>
        <w:spacing w:before="0" w:after="40" w:line="235" w:lineRule="auto"/>
        <w:jc w:val="both"/>
      </w:pPr>
      <w:r>
        <w:rPr>
          <w:sz w:val="16"/>
        </w:rPr>
        <w:t>Declar că informațiile furnizate sunt reale și complete. Sunt de acord ca, pentru soluționarea prezentei cereri, Primăria Orașului Băile Govora să verifice în evidențele proprii situația bunului și, după caz, existența eventualelor debite.</w:t>
      </w:r>
    </w:p>
    <w:tbl>
      <w:tblPr>
        <w:tblW w:type="auto" w:w="0"/>
        <w:jc w:val="center"/>
        <w:tblLayout w:type="fixed"/>
        <w:tblLook w:firstColumn="1" w:firstRow="1" w:lastColumn="0" w:lastRow="0" w:noHBand="0" w:noVBand="1" w:val="04A0"/>
      </w:tblPr>
      <w:tblGrid>
        <w:gridCol w:w="5100"/>
        <w:gridCol w:w="5100"/>
      </w:tblGrid>
      <w:tr>
        <w:tc>
          <w:tcPr>
            <w:tcW w:type="dxa" w:w="4762"/>
            <w:tcMar>
              <w:top w:w="20" w:type="dxa"/>
              <w:start w:w="20" w:type="dxa"/>
              <w:bottom w:w="20" w:type="dxa"/>
              <w:end w:w="20" w:type="dxa"/>
            </w:tcMar>
          </w:tcPr>
          <w:p>
            <w:pPr>
              <w:spacing w:before="0" w:after="0" w:line="221" w:lineRule="auto"/>
              <w:jc w:val="center"/>
            </w:pPr>
            <w:r>
              <w:rPr>
                <w:b/>
                <w:sz w:val="16"/>
              </w:rPr>
              <w:t>Data</w:t>
            </w:r>
          </w:p>
        </w:tc>
        <w:tc>
          <w:tcPr>
            <w:tcW w:type="dxa" w:w="4762"/>
            <w:tcMar>
              <w:top w:w="20" w:type="dxa"/>
              <w:start w:w="20" w:type="dxa"/>
              <w:bottom w:w="20" w:type="dxa"/>
              <w:end w:w="20" w:type="dxa"/>
            </w:tcMar>
          </w:tcPr>
          <w:p>
            <w:pPr>
              <w:spacing w:before="0" w:after="0" w:line="221" w:lineRule="auto"/>
              <w:jc w:val="center"/>
            </w:pPr>
            <w:r>
              <w:rPr>
                <w:b/>
                <w:sz w:val="16"/>
              </w:rPr>
              <w:t>Semnătura solicitantului / reprezentantului</w:t>
            </w:r>
          </w:p>
        </w:tc>
      </w:tr>
      <w:tr>
        <w:tc>
          <w:tcPr>
            <w:tcW w:type="dxa" w:w="4762"/>
            <w:tcMar>
              <w:top w:w="20" w:type="dxa"/>
              <w:start w:w="20" w:type="dxa"/>
              <w:bottom w:w="20" w:type="dxa"/>
              <w:end w:w="20" w:type="dxa"/>
            </w:tcMar>
          </w:tcPr>
          <w:p>
            <w:pPr>
              <w:spacing w:before="0" w:after="0" w:line="221" w:lineRule="auto"/>
              <w:jc w:val="center"/>
            </w:pPr>
            <w:r>
              <w:rPr>
                <w:sz w:val="16"/>
              </w:rPr>
              <w:t>________________________</w:t>
            </w:r>
          </w:p>
        </w:tc>
        <w:tc>
          <w:tcPr>
            <w:tcW w:type="dxa" w:w="4762"/>
            <w:tcMar>
              <w:top w:w="20" w:type="dxa"/>
              <w:start w:w="20" w:type="dxa"/>
              <w:bottom w:w="20" w:type="dxa"/>
              <w:end w:w="20" w:type="dxa"/>
            </w:tcMar>
          </w:tcPr>
          <w:p>
            <w:pPr>
              <w:spacing w:before="0" w:after="0" w:line="221" w:lineRule="auto"/>
              <w:jc w:val="center"/>
            </w:pPr>
            <w:r>
              <w:rPr>
                <w:sz w:val="16"/>
              </w:rPr>
              <w:t>________________________________________</w:t>
            </w:r>
          </w:p>
        </w:tc>
      </w:tr>
    </w:tbl>
    <w:p>
      <w:pPr>
        <w:spacing w:before="0" w:after="0" w:line="235" w:lineRule="auto"/>
        <w:jc w:val="center"/>
      </w:pPr>
      <w:r>
        <w:rPr>
          <w:i/>
          <w:sz w:val="16"/>
        </w:rPr>
        <w:t>Timp estimativ de completare: aproximativ 5 minute.</w:t>
      </w:r>
    </w:p>
    <w:sectPr w:rsidR="00FC693F" w:rsidRPr="0006063C" w:rsidSect="00034616">
      <w:headerReference w:type="default" r:id="rId9"/>
      <w:footerReference w:type="default" r:id="rId10"/>
      <w:pgSz w:w="12240" w:h="15840"/>
      <w:pgMar w:top="510" w:right="879" w:bottom="510" w:left="879" w:header="142" w:footer="14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line="216" w:lineRule="auto"/>
      <w:jc w:val="center"/>
    </w:pPr>
    <w:r>
      <w:rPr>
        <w:color w:val="696969"/>
        <w:sz w:val="12"/>
      </w:rPr>
      <w:t>Datele cu caracter personal sunt prelucrate pentru soluționarea cererii și îndeplinirea obligațiilor legale ale autorității publice, în conformitate cu Regulamentul (UE) 2016/679 și legislația națională aplicabilă. Informații privind protecția datelor: www.primaria-baile-govora.ro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before="0" w:line="216" w:lineRule="auto"/>
      <w:jc w:val="center"/>
    </w:pPr>
    <w:r>
      <w:rPr>
        <w:b/>
        <w:sz w:val="15"/>
      </w:rPr>
      <w:t>ROMÂNIA · JUDEȚUL VÂLCEA</w:t>
    </w:r>
  </w:p>
  <w:p>
    <w:pPr>
      <w:spacing w:after="0" w:before="0" w:line="216" w:lineRule="auto"/>
      <w:jc w:val="center"/>
    </w:pPr>
    <w:r>
      <w:rPr>
        <w:b/>
        <w:color w:val="005866"/>
        <w:sz w:val="20"/>
      </w:rPr>
      <w:t>PRIMĂRIA ORAȘULUI BĂILE GOVORA</w:t>
    </w:r>
  </w:p>
  <w:p>
    <w:pPr>
      <w:spacing w:after="0" w:before="0" w:line="216" w:lineRule="auto"/>
      <w:jc w:val="center"/>
    </w:pPr>
    <w:r>
      <w:rPr>
        <w:b/>
        <w:sz w:val="16"/>
      </w:rPr>
      <w:t>Compartimentul Administrarea Domeniului Public și Privat</w:t>
    </w:r>
  </w:p>
  <w:p>
    <w:pPr>
      <w:spacing w:after="0" w:before="0" w:line="216" w:lineRule="auto"/>
      <w:jc w:val="center"/>
    </w:pPr>
    <w:r>
      <w:rPr>
        <w:color w:val="5A5A5A"/>
        <w:sz w:val="13"/>
      </w:rPr>
      <w:t>Str. Tudor Vladimirescu, nr. 95, Băile Govora, cod 245200, județul Vâlcea</w:t>
      <w:br/>
      <w:t>Telefon: 0250 770 460  |  E-mail: primaria@primaria-baile-govora.ro  |  C.U.I. 2541827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