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5100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21" w:lineRule="auto"/>
            </w:pPr>
            <w:r>
              <w:rPr>
                <w:sz w:val="17"/>
              </w:rPr>
            </w:r>
          </w:p>
        </w:tc>
        <w:tc>
          <w:tcPr>
            <w:tcW w:type="dxa" w:w="5100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21" w:lineRule="auto"/>
              <w:jc w:val="right"/>
            </w:pPr>
            <w:r>
              <w:rPr>
                <w:sz w:val="17"/>
              </w:rPr>
              <w:t>Nr. înregistrare: __________________ / ______________</w:t>
            </w:r>
          </w:p>
        </w:tc>
      </w:tr>
    </w:tbl>
    <w:p>
      <w:pPr>
        <w:spacing w:before="0" w:after="40" w:line="235" w:lineRule="auto"/>
        <w:jc w:val="center"/>
      </w:pPr>
      <w:r>
        <w:rPr>
          <w:b/>
          <w:color w:val="1F4E79"/>
          <w:sz w:val="24"/>
        </w:rPr>
        <w:t>CERERE PENTRU ÎNCHIRIEREA TERENULUI AFERENT UNUI IMOBIL</w:t>
      </w:r>
    </w:p>
    <w:p>
      <w:pPr>
        <w:spacing w:after="40" w:before="0" w:line="235" w:lineRule="auto"/>
        <w:jc w:val="center"/>
      </w:pPr>
      <w:r>
        <w:rPr>
          <w:b/>
          <w:sz w:val="18"/>
        </w:rPr>
        <w:t>CĂTRE</w:t>
        <w:br/>
        <w:t>PRIMĂRIA ORAȘULUI BĂILE GOVORA</w:t>
      </w:r>
    </w:p>
    <w:p>
      <w:pPr>
        <w:spacing w:after="40" w:before="0" w:line="235" w:lineRule="auto"/>
        <w:jc w:val="center"/>
      </w:pPr>
      <w:r>
        <w:rPr>
          <w:i/>
          <w:sz w:val="16"/>
        </w:rPr>
        <w:t>În atenția Compartimentul Administrarea Domeniului Public și Privat</w:t>
      </w:r>
    </w:p>
    <w:p>
      <w:pPr>
        <w:spacing w:after="40" w:before="0" w:line="235" w:lineRule="auto"/>
      </w:pPr>
      <w:r>
        <w:rPr>
          <w:b/>
          <w:sz w:val="18"/>
        </w:rPr>
        <w:t>Solicitant: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948"/>
            <w:shd w:fill="F2F7F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Nume și prenume / Denumire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948"/>
            <w:shd w:fill="F2F7F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Domiciliu / Sediu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948"/>
            <w:shd w:fill="F2F7F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Stradă, nr., bl., sc., ap.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948"/>
            <w:shd w:fill="F2F7F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Telefon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   E-mail: _____________________________________</w:t>
            </w:r>
          </w:p>
        </w:tc>
      </w:tr>
      <w:tr>
        <w:tc>
          <w:tcPr>
            <w:tcW w:type="dxa" w:w="2948"/>
            <w:shd w:fill="F2F7F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CUI / Reprezentant legal (dacă este cazul)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</w:t>
            </w:r>
          </w:p>
        </w:tc>
      </w:tr>
    </w:tbl>
    <w:p>
      <w:pPr>
        <w:spacing w:after="20" w:before="0" w:line="235" w:lineRule="auto"/>
      </w:pPr>
    </w:p>
    <w:p>
      <w:pPr>
        <w:spacing w:after="40" w:before="0" w:line="235" w:lineRule="auto"/>
        <w:jc w:val="both"/>
      </w:pPr>
      <w:r>
        <w:rPr>
          <w:sz w:val="18"/>
        </w:rPr>
        <w:t>Prin prezenta solicit analizarea posibilității de închiriere a terenului aparținând domeniului public/privat al Orașului Băile Govora, aferent imobilului deținut de mine/noi.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Imobilul solicitantului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Băile Govora, str. ____________________________________, nr. __________</w:t>
            </w:r>
          </w:p>
        </w:tc>
      </w:tr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Nr. cadastral / C.F.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Teren solicitat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suprafață aproximativă: ________________ mp</w:t>
            </w:r>
          </w:p>
        </w:tc>
      </w:tr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Amplasament teren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Scopul folosinței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acces / curte / teren aferent construcției / alt scop: ______________________________</w:t>
            </w:r>
          </w:p>
        </w:tc>
      </w:tr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Durata solicitată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20" w:before="0" w:line="235" w:lineRule="auto"/>
      </w:pPr>
    </w:p>
    <w:p>
      <w:pPr>
        <w:spacing w:before="0" w:after="40" w:line="235" w:lineRule="auto"/>
      </w:pPr>
      <w:r>
        <w:rPr>
          <w:b/>
          <w:sz w:val="16"/>
        </w:rPr>
        <w:t>Documente anexate / necesare, după caz:</w:t>
      </w:r>
    </w:p>
    <w:p>
      <w:pPr>
        <w:spacing w:after="30" w:before="0" w:line="235" w:lineRule="auto"/>
        <w:ind w:left="283" w:hanging="142"/>
      </w:pPr>
      <w:r>
        <w:rPr>
          <w:sz w:val="16"/>
        </w:rPr>
        <w:t>☐  copie act de identitate / documente persoană juridică, după caz;</w:t>
      </w:r>
    </w:p>
    <w:p>
      <w:pPr>
        <w:spacing w:after="30" w:before="0" w:line="235" w:lineRule="auto"/>
        <w:ind w:left="283" w:hanging="142"/>
      </w:pPr>
      <w:r>
        <w:rPr>
          <w:sz w:val="16"/>
        </w:rPr>
        <w:t>☐  actul de proprietate asupra imobilului/construcției;</w:t>
      </w:r>
    </w:p>
    <w:p>
      <w:pPr>
        <w:spacing w:after="30" w:before="0" w:line="235" w:lineRule="auto"/>
        <w:ind w:left="283" w:hanging="142"/>
      </w:pPr>
      <w:r>
        <w:rPr>
          <w:sz w:val="16"/>
        </w:rPr>
        <w:t>☐  extras de carte funciară actualizat;</w:t>
      </w:r>
    </w:p>
    <w:p>
      <w:pPr>
        <w:spacing w:after="30" w:before="0" w:line="235" w:lineRule="auto"/>
        <w:ind w:left="283" w:hanging="142"/>
      </w:pPr>
      <w:r>
        <w:rPr>
          <w:sz w:val="16"/>
        </w:rPr>
        <w:t>☐  plan de amplasament și delimitare / schiță de identificare a terenului;</w:t>
      </w:r>
    </w:p>
    <w:p>
      <w:pPr>
        <w:spacing w:after="30" w:before="0" w:line="235" w:lineRule="auto"/>
        <w:ind w:left="283" w:hanging="142"/>
      </w:pPr>
      <w:r>
        <w:rPr>
          <w:sz w:val="16"/>
        </w:rPr>
        <w:t>☐  alte documente tehnice sau juridice solicitate în urma verificării situației terenului.</w:t>
      </w:r>
    </w:p>
    <w:p>
      <w:pPr>
        <w:spacing w:before="0" w:after="40" w:line="235" w:lineRule="auto"/>
        <w:jc w:val="both"/>
      </w:pPr>
      <w:r>
        <w:rPr>
          <w:sz w:val="16"/>
        </w:rPr>
        <w:t>Înțeleg că prezenta cerere reprezintă o solicitare de analizare a situației și nu conferă, prin ea însăși, un drept de folosință asupra terenului.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762"/>
            <w:tcMar>
              <w:top w:w="20" w:type="dxa"/>
              <w:start w:w="20" w:type="dxa"/>
              <w:bottom w:w="20" w:type="dxa"/>
              <w:end w:w="20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4762"/>
            <w:tcMar>
              <w:top w:w="20" w:type="dxa"/>
              <w:start w:w="20" w:type="dxa"/>
              <w:bottom w:w="20" w:type="dxa"/>
              <w:end w:w="20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b/>
                <w:sz w:val="16"/>
              </w:rPr>
              <w:t>Semnătura solicitantului / reprezentantului</w:t>
            </w:r>
          </w:p>
        </w:tc>
      </w:tr>
      <w:tr>
        <w:tc>
          <w:tcPr>
            <w:tcW w:type="dxa" w:w="4762"/>
            <w:tcMar>
              <w:top w:w="20" w:type="dxa"/>
              <w:start w:w="20" w:type="dxa"/>
              <w:bottom w:w="20" w:type="dxa"/>
              <w:end w:w="20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sz w:val="16"/>
              </w:rPr>
              <w:t>________________________</w:t>
            </w:r>
          </w:p>
        </w:tc>
        <w:tc>
          <w:tcPr>
            <w:tcW w:type="dxa" w:w="4762"/>
            <w:tcMar>
              <w:top w:w="20" w:type="dxa"/>
              <w:start w:w="20" w:type="dxa"/>
              <w:bottom w:w="20" w:type="dxa"/>
              <w:end w:w="20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sz w:val="16"/>
              </w:rPr>
              <w:t>________________________________________</w:t>
            </w:r>
          </w:p>
        </w:tc>
      </w:tr>
    </w:tbl>
    <w:p>
      <w:pPr>
        <w:spacing w:before="0" w:after="0" w:line="235" w:lineRule="auto"/>
        <w:jc w:val="center"/>
      </w:pPr>
      <w:r>
        <w:rPr>
          <w:i/>
          <w:sz w:val="16"/>
        </w:rPr>
        <w:t>Timp estimativ de completare: aproximativ 5 minute.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510" w:right="879" w:bottom="510" w:left="879" w:header="142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16" w:lineRule="auto"/>
      <w:jc w:val="center"/>
    </w:pPr>
    <w:r>
      <w:rPr>
        <w:color w:val="696969"/>
        <w:sz w:val="12"/>
      </w:rPr>
      <w:t>Datele cu caracter personal sunt prelucrate pentru soluționarea cererii și îndeplinirea obligațiilor legale ale autorității publice, în conformitate cu Regulamentul (UE) 2016/679 și legislația națională aplicabilă. Informații privind protecția datelor: www.primaria-baile-govora.ro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 w:line="216" w:lineRule="auto"/>
      <w:jc w:val="center"/>
    </w:pPr>
    <w:r>
      <w:rPr>
        <w:b/>
        <w:sz w:val="15"/>
      </w:rPr>
      <w:t>ROMÂNIA · JUDEȚUL VÂLCEA</w:t>
    </w:r>
  </w:p>
  <w:p>
    <w:pPr>
      <w:spacing w:after="0" w:before="0" w:line="216" w:lineRule="auto"/>
      <w:jc w:val="center"/>
    </w:pPr>
    <w:r>
      <w:rPr>
        <w:b/>
        <w:color w:val="005866"/>
        <w:sz w:val="20"/>
      </w:rPr>
      <w:t>PRIMĂRIA ORAȘULUI BĂILE GOVORA</w:t>
    </w:r>
  </w:p>
  <w:p>
    <w:pPr>
      <w:spacing w:after="0" w:before="0" w:line="216" w:lineRule="auto"/>
      <w:jc w:val="center"/>
    </w:pPr>
    <w:r>
      <w:rPr>
        <w:b/>
        <w:sz w:val="16"/>
      </w:rPr>
      <w:t>Compartimentul Administrarea Domeniului Public și Privat</w:t>
    </w:r>
  </w:p>
  <w:p>
    <w:pPr>
      <w:spacing w:after="0" w:before="0" w:line="216" w:lineRule="auto"/>
      <w:jc w:val="center"/>
    </w:pPr>
    <w:r>
      <w:rPr>
        <w:color w:val="5A5A5A"/>
        <w:sz w:val="13"/>
      </w:rPr>
      <w:t>Str. Tudor Vladimirescu, nr. 95, Băile Govora, cod 245200, județul Vâlcea</w:t>
      <w:br/>
      <w:t>Telefon: 0250 770 460  |  E-mail: primaria@primaria-baile-govora.ro  |  C.U.I. 2541827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