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4819"/>
        <w:gridCol w:w="4819"/>
      </w:tblGrid>
      <w:tr>
        <w:tc>
          <w:tcPr>
            <w:tcW w:type="dxa" w:w="5100"/>
            <w:tcMar>
              <w:top w:w="0" w:type="dxa"/>
              <w:start w:w="0" w:type="dxa"/>
              <w:bottom w:w="0" w:type="dxa"/>
              <w:end w:w="0" w:type="dxa"/>
            </w:tcMar>
          </w:tcPr>
          <w:p>
            <w:pPr>
              <w:spacing w:before="0" w:after="0" w:line="221" w:lineRule="auto"/>
            </w:pPr>
            <w:r>
              <w:rPr>
                <w:sz w:val="17"/>
              </w:rPr>
            </w:r>
          </w:p>
        </w:tc>
        <w:tc>
          <w:tcPr>
            <w:tcW w:type="dxa" w:w="5100"/>
            <w:tcMar>
              <w:top w:w="0" w:type="dxa"/>
              <w:start w:w="0" w:type="dxa"/>
              <w:bottom w:w="0" w:type="dxa"/>
              <w:end w:w="0" w:type="dxa"/>
            </w:tcMar>
          </w:tcPr>
          <w:p>
            <w:pPr>
              <w:spacing w:before="0" w:after="0" w:line="221" w:lineRule="auto"/>
              <w:jc w:val="right"/>
            </w:pPr>
            <w:r>
              <w:rPr>
                <w:sz w:val="17"/>
              </w:rPr>
              <w:t>Nr. înregistrare: __________________ / ______________</w:t>
            </w:r>
          </w:p>
        </w:tc>
      </w:tr>
    </w:tbl>
    <w:p>
      <w:pPr>
        <w:spacing w:before="0" w:after="40" w:line="235" w:lineRule="auto"/>
        <w:jc w:val="center"/>
      </w:pPr>
      <w:r>
        <w:rPr>
          <w:b/>
          <w:color w:val="1F4E79"/>
          <w:sz w:val="24"/>
        </w:rPr>
        <w:t>CERERE PENTRU MODIFICAREA SUPRAFEȚEI TERENULUI</w:t>
      </w:r>
    </w:p>
    <w:p>
      <w:pPr>
        <w:spacing w:after="40" w:before="0" w:line="235" w:lineRule="auto"/>
        <w:jc w:val="center"/>
      </w:pPr>
      <w:r>
        <w:rPr>
          <w:b/>
          <w:sz w:val="18"/>
        </w:rPr>
        <w:t>CĂTRE</w:t>
        <w:br/>
        <w:t>PRIMĂRIA ORAȘULUI BĂILE GOVORA</w:t>
      </w:r>
    </w:p>
    <w:p>
      <w:pPr>
        <w:spacing w:after="40" w:before="0" w:line="235" w:lineRule="auto"/>
        <w:jc w:val="center"/>
      </w:pPr>
      <w:r>
        <w:rPr>
          <w:i/>
          <w:sz w:val="16"/>
        </w:rPr>
        <w:t>În atenția Compartimentul Administrarea Domeniului Public și Privat</w:t>
      </w:r>
    </w:p>
    <w:p>
      <w:pPr>
        <w:spacing w:after="40" w:before="0" w:line="235" w:lineRule="auto"/>
      </w:pPr>
      <w:r>
        <w:rPr>
          <w:b/>
          <w:sz w:val="18"/>
        </w:rPr>
        <w:t>Solicitant:</w:t>
      </w:r>
    </w:p>
    <w:tbl>
      <w:tblPr>
        <w:tblW w:type="auto" w:w="0"/>
        <w:jc w:val="center"/>
        <w:tblLayout w:type="fixed"/>
        <w:tblLook w:firstColumn="1" w:firstRow="1" w:lastColumn="0" w:lastRow="0" w:noHBand="0" w:noVBand="1" w:val="04A0"/>
      </w:tblPr>
      <w:tblGrid>
        <w:gridCol w:w="5100"/>
        <w:gridCol w:w="5100"/>
      </w:tblGrid>
      <w:tr>
        <w:tc>
          <w:tcPr>
            <w:tcW w:type="dxa" w:w="2948"/>
            <w:shd w:fill="F2F7F8"/>
            <w:tcMar>
              <w:top w:w="80" w:type="dxa"/>
              <w:start w:w="90" w:type="dxa"/>
              <w:bottom w:w="80" w:type="dxa"/>
              <w:end w:w="90" w:type="dxa"/>
            </w:tcMar>
          </w:tcPr>
          <w:p>
            <w:pPr>
              <w:spacing w:after="0" w:before="0" w:line="221" w:lineRule="auto"/>
            </w:pPr>
            <w:r>
              <w:rPr>
                <w:b/>
                <w:sz w:val="17"/>
              </w:rPr>
              <w:t>Nume și prenume / Denumire</w:t>
            </w:r>
          </w:p>
        </w:tc>
        <w:tc>
          <w:tcPr>
            <w:tcW w:type="dxa" w:w="6576"/>
            <w:tcMar>
              <w:top w:w="80" w:type="dxa"/>
              <w:start w:w="90" w:type="dxa"/>
              <w:bottom w:w="80" w:type="dxa"/>
              <w:end w:w="90" w:type="dxa"/>
            </w:tcMar>
          </w:tcPr>
          <w:p>
            <w:pPr>
              <w:spacing w:after="0" w:before="0" w:line="221" w:lineRule="auto"/>
            </w:pPr>
            <w:r>
              <w:rPr>
                <w:sz w:val="16"/>
              </w:rPr>
              <w:t>________________________________________________________________________________</w:t>
            </w:r>
          </w:p>
        </w:tc>
      </w:tr>
      <w:tr>
        <w:tc>
          <w:tcPr>
            <w:tcW w:type="dxa" w:w="2948"/>
            <w:shd w:fill="F2F7F8"/>
            <w:tcMar>
              <w:top w:w="80" w:type="dxa"/>
              <w:start w:w="90" w:type="dxa"/>
              <w:bottom w:w="80" w:type="dxa"/>
              <w:end w:w="90" w:type="dxa"/>
            </w:tcMar>
          </w:tcPr>
          <w:p>
            <w:pPr>
              <w:spacing w:after="0" w:before="0" w:line="221" w:lineRule="auto"/>
            </w:pPr>
            <w:r>
              <w:rPr>
                <w:b/>
                <w:sz w:val="17"/>
              </w:rPr>
              <w:t>Domiciliu / Sediu</w:t>
            </w:r>
          </w:p>
        </w:tc>
        <w:tc>
          <w:tcPr>
            <w:tcW w:type="dxa" w:w="6576"/>
            <w:tcMar>
              <w:top w:w="80" w:type="dxa"/>
              <w:start w:w="90" w:type="dxa"/>
              <w:bottom w:w="80" w:type="dxa"/>
              <w:end w:w="90" w:type="dxa"/>
            </w:tcMar>
          </w:tcPr>
          <w:p>
            <w:pPr>
              <w:spacing w:after="0" w:before="0" w:line="221" w:lineRule="auto"/>
            </w:pPr>
            <w:r>
              <w:rPr>
                <w:sz w:val="16"/>
              </w:rPr>
              <w:t>________________________________________________________________________________</w:t>
            </w:r>
          </w:p>
        </w:tc>
      </w:tr>
      <w:tr>
        <w:tc>
          <w:tcPr>
            <w:tcW w:type="dxa" w:w="2948"/>
            <w:shd w:fill="F2F7F8"/>
            <w:tcMar>
              <w:top w:w="80" w:type="dxa"/>
              <w:start w:w="90" w:type="dxa"/>
              <w:bottom w:w="80" w:type="dxa"/>
              <w:end w:w="90" w:type="dxa"/>
            </w:tcMar>
          </w:tcPr>
          <w:p>
            <w:pPr>
              <w:spacing w:after="0" w:before="0" w:line="221" w:lineRule="auto"/>
            </w:pPr>
            <w:r>
              <w:rPr>
                <w:b/>
                <w:sz w:val="17"/>
              </w:rPr>
              <w:t>Stradă, nr., bl., sc., ap.</w:t>
            </w:r>
          </w:p>
        </w:tc>
        <w:tc>
          <w:tcPr>
            <w:tcW w:type="dxa" w:w="6576"/>
            <w:tcMar>
              <w:top w:w="80" w:type="dxa"/>
              <w:start w:w="90" w:type="dxa"/>
              <w:bottom w:w="80" w:type="dxa"/>
              <w:end w:w="90" w:type="dxa"/>
            </w:tcMar>
          </w:tcPr>
          <w:p>
            <w:pPr>
              <w:spacing w:after="0" w:before="0" w:line="221" w:lineRule="auto"/>
            </w:pPr>
            <w:r>
              <w:rPr>
                <w:sz w:val="16"/>
              </w:rPr>
              <w:t>________________________________________________________________________________</w:t>
            </w:r>
          </w:p>
        </w:tc>
      </w:tr>
      <w:tr>
        <w:tc>
          <w:tcPr>
            <w:tcW w:type="dxa" w:w="2948"/>
            <w:shd w:fill="F2F7F8"/>
            <w:tcMar>
              <w:top w:w="80" w:type="dxa"/>
              <w:start w:w="90" w:type="dxa"/>
              <w:bottom w:w="80" w:type="dxa"/>
              <w:end w:w="90" w:type="dxa"/>
            </w:tcMar>
          </w:tcPr>
          <w:p>
            <w:pPr>
              <w:spacing w:after="0" w:before="0" w:line="221" w:lineRule="auto"/>
            </w:pPr>
            <w:r>
              <w:rPr>
                <w:b/>
                <w:sz w:val="17"/>
              </w:rPr>
              <w:t>Telefon</w:t>
            </w:r>
          </w:p>
        </w:tc>
        <w:tc>
          <w:tcPr>
            <w:tcW w:type="dxa" w:w="6576"/>
            <w:tcMar>
              <w:top w:w="80" w:type="dxa"/>
              <w:start w:w="90" w:type="dxa"/>
              <w:bottom w:w="80" w:type="dxa"/>
              <w:end w:w="90" w:type="dxa"/>
            </w:tcMar>
          </w:tcPr>
          <w:p>
            <w:pPr>
              <w:spacing w:after="0" w:before="0" w:line="221" w:lineRule="auto"/>
            </w:pPr>
            <w:r>
              <w:rPr>
                <w:sz w:val="16"/>
              </w:rPr>
              <w:t>___________________________________   E-mail: _____________________________________</w:t>
            </w:r>
          </w:p>
        </w:tc>
      </w:tr>
      <w:tr>
        <w:tc>
          <w:tcPr>
            <w:tcW w:type="dxa" w:w="2948"/>
            <w:shd w:fill="F2F7F8"/>
            <w:tcMar>
              <w:top w:w="80" w:type="dxa"/>
              <w:start w:w="90" w:type="dxa"/>
              <w:bottom w:w="80" w:type="dxa"/>
              <w:end w:w="90" w:type="dxa"/>
            </w:tcMar>
          </w:tcPr>
          <w:p>
            <w:pPr>
              <w:spacing w:after="0" w:before="0" w:line="221" w:lineRule="auto"/>
            </w:pPr>
            <w:r>
              <w:rPr>
                <w:b/>
                <w:sz w:val="17"/>
              </w:rPr>
              <w:t>CUI / Reprezentant legal (dacă este cazul)</w:t>
            </w:r>
          </w:p>
        </w:tc>
        <w:tc>
          <w:tcPr>
            <w:tcW w:type="dxa" w:w="6576"/>
            <w:tcMar>
              <w:top w:w="80" w:type="dxa"/>
              <w:start w:w="90" w:type="dxa"/>
              <w:bottom w:w="80" w:type="dxa"/>
              <w:end w:w="90" w:type="dxa"/>
            </w:tcMar>
          </w:tcPr>
          <w:p>
            <w:pPr>
              <w:spacing w:after="0" w:before="0" w:line="221" w:lineRule="auto"/>
            </w:pPr>
            <w:r>
              <w:rPr>
                <w:sz w:val="16"/>
              </w:rPr>
              <w:t>_______________________________________________________________</w:t>
            </w:r>
          </w:p>
        </w:tc>
      </w:tr>
    </w:tbl>
    <w:p>
      <w:pPr>
        <w:spacing w:after="20" w:before="0" w:line="235" w:lineRule="auto"/>
      </w:pPr>
    </w:p>
    <w:p>
      <w:pPr>
        <w:spacing w:after="40" w:before="0" w:line="235" w:lineRule="auto"/>
        <w:jc w:val="both"/>
      </w:pPr>
      <w:r>
        <w:rPr>
          <w:sz w:val="18"/>
        </w:rPr>
        <w:t>Prin prezenta solicit modificarea suprafeței terenului care face obiectul contractului/taxei de folosință de mai jos, în baza documentelor anexate.</w:t>
      </w:r>
    </w:p>
    <w:tbl>
      <w:tblPr>
        <w:tblW w:type="auto" w:w="0"/>
        <w:jc w:val="center"/>
        <w:tblLayout w:type="fixed"/>
        <w:tblLook w:firstColumn="1" w:firstRow="1" w:lastColumn="0" w:lastRow="0" w:noHBand="0" w:noVBand="1" w:val="04A0"/>
      </w:tblPr>
      <w:tblGrid>
        <w:gridCol w:w="5100"/>
        <w:gridCol w:w="5100"/>
      </w:tblGrid>
      <w:tr>
        <w:tc>
          <w:tcPr>
            <w:tcW w:type="dxa" w:w="3061"/>
            <w:shd w:fill="F7F7F7"/>
            <w:tcMar>
              <w:top w:w="80" w:type="dxa"/>
              <w:start w:w="90" w:type="dxa"/>
              <w:bottom w:w="80" w:type="dxa"/>
              <w:end w:w="90" w:type="dxa"/>
            </w:tcMar>
          </w:tcPr>
          <w:p>
            <w:pPr>
              <w:spacing w:after="0" w:before="0" w:line="221" w:lineRule="auto"/>
            </w:pPr>
            <w:r>
              <w:rPr>
                <w:b/>
                <w:sz w:val="17"/>
              </w:rPr>
              <w:t>Contract / taxă de folosință nr.</w:t>
            </w:r>
          </w:p>
        </w:tc>
        <w:tc>
          <w:tcPr>
            <w:tcW w:type="dxa" w:w="6463"/>
            <w:tcMar>
              <w:top w:w="80" w:type="dxa"/>
              <w:start w:w="90" w:type="dxa"/>
              <w:bottom w:w="80" w:type="dxa"/>
              <w:end w:w="90" w:type="dxa"/>
            </w:tcMar>
          </w:tcPr>
          <w:p>
            <w:pPr>
              <w:spacing w:after="0" w:before="0" w:line="221" w:lineRule="auto"/>
            </w:pPr>
            <w:r>
              <w:rPr>
                <w:sz w:val="16"/>
              </w:rPr>
              <w:t>________________________________________________________________________________</w:t>
            </w:r>
          </w:p>
        </w:tc>
      </w:tr>
      <w:tr>
        <w:tc>
          <w:tcPr>
            <w:tcW w:type="dxa" w:w="3061"/>
            <w:shd w:fill="F7F7F7"/>
            <w:tcMar>
              <w:top w:w="80" w:type="dxa"/>
              <w:start w:w="90" w:type="dxa"/>
              <w:bottom w:w="80" w:type="dxa"/>
              <w:end w:w="90" w:type="dxa"/>
            </w:tcMar>
          </w:tcPr>
          <w:p>
            <w:pPr>
              <w:spacing w:after="0" w:before="0" w:line="221" w:lineRule="auto"/>
            </w:pPr>
            <w:r>
              <w:rPr>
                <w:b/>
                <w:sz w:val="17"/>
              </w:rPr>
              <w:t>Amplasament</w:t>
            </w:r>
          </w:p>
        </w:tc>
        <w:tc>
          <w:tcPr>
            <w:tcW w:type="dxa" w:w="6463"/>
            <w:tcMar>
              <w:top w:w="80" w:type="dxa"/>
              <w:start w:w="90" w:type="dxa"/>
              <w:bottom w:w="80" w:type="dxa"/>
              <w:end w:w="90" w:type="dxa"/>
            </w:tcMar>
          </w:tcPr>
          <w:p>
            <w:pPr>
              <w:spacing w:after="0" w:before="0" w:line="221" w:lineRule="auto"/>
            </w:pPr>
            <w:r>
              <w:rPr>
                <w:sz w:val="16"/>
              </w:rPr>
              <w:t>Băile Govora, str. ____________________________________, nr. __________</w:t>
            </w:r>
          </w:p>
        </w:tc>
      </w:tr>
      <w:tr>
        <w:tc>
          <w:tcPr>
            <w:tcW w:type="dxa" w:w="3061"/>
            <w:shd w:fill="F7F7F7"/>
            <w:tcMar>
              <w:top w:w="80" w:type="dxa"/>
              <w:start w:w="90" w:type="dxa"/>
              <w:bottom w:w="80" w:type="dxa"/>
              <w:end w:w="90" w:type="dxa"/>
            </w:tcMar>
          </w:tcPr>
          <w:p>
            <w:pPr>
              <w:spacing w:after="0" w:before="0" w:line="221" w:lineRule="auto"/>
            </w:pPr>
            <w:r>
              <w:rPr>
                <w:b/>
                <w:sz w:val="17"/>
              </w:rPr>
              <w:t>Suprafață actuală</w:t>
            </w:r>
          </w:p>
        </w:tc>
        <w:tc>
          <w:tcPr>
            <w:tcW w:type="dxa" w:w="6463"/>
            <w:tcMar>
              <w:top w:w="80" w:type="dxa"/>
              <w:start w:w="90" w:type="dxa"/>
              <w:bottom w:w="80" w:type="dxa"/>
              <w:end w:w="90" w:type="dxa"/>
            </w:tcMar>
          </w:tcPr>
          <w:p>
            <w:pPr>
              <w:spacing w:after="0" w:before="0" w:line="221" w:lineRule="auto"/>
            </w:pPr>
            <w:r>
              <w:rPr>
                <w:sz w:val="16"/>
              </w:rPr>
              <w:t>________________ mp</w:t>
            </w:r>
          </w:p>
        </w:tc>
      </w:tr>
      <w:tr>
        <w:tc>
          <w:tcPr>
            <w:tcW w:type="dxa" w:w="3061"/>
            <w:shd w:fill="F7F7F7"/>
            <w:tcMar>
              <w:top w:w="80" w:type="dxa"/>
              <w:start w:w="90" w:type="dxa"/>
              <w:bottom w:w="80" w:type="dxa"/>
              <w:end w:w="90" w:type="dxa"/>
            </w:tcMar>
          </w:tcPr>
          <w:p>
            <w:pPr>
              <w:spacing w:after="0" w:before="0" w:line="221" w:lineRule="auto"/>
            </w:pPr>
            <w:r>
              <w:rPr>
                <w:b/>
                <w:sz w:val="17"/>
              </w:rPr>
              <w:t>Suprafață solicitată</w:t>
            </w:r>
          </w:p>
        </w:tc>
        <w:tc>
          <w:tcPr>
            <w:tcW w:type="dxa" w:w="6463"/>
            <w:tcMar>
              <w:top w:w="80" w:type="dxa"/>
              <w:start w:w="90" w:type="dxa"/>
              <w:bottom w:w="80" w:type="dxa"/>
              <w:end w:w="90" w:type="dxa"/>
            </w:tcMar>
          </w:tcPr>
          <w:p>
            <w:pPr>
              <w:spacing w:after="0" w:before="0" w:line="221" w:lineRule="auto"/>
            </w:pPr>
            <w:r>
              <w:rPr>
                <w:sz w:val="16"/>
              </w:rPr>
              <w:t>________________ mp</w:t>
            </w:r>
          </w:p>
        </w:tc>
      </w:tr>
      <w:tr>
        <w:tc>
          <w:tcPr>
            <w:tcW w:type="dxa" w:w="3061"/>
            <w:shd w:fill="F7F7F7"/>
            <w:tcMar>
              <w:top w:w="80" w:type="dxa"/>
              <w:start w:w="90" w:type="dxa"/>
              <w:bottom w:w="80" w:type="dxa"/>
              <w:end w:w="90" w:type="dxa"/>
            </w:tcMar>
          </w:tcPr>
          <w:p>
            <w:pPr>
              <w:spacing w:after="0" w:before="0" w:line="221" w:lineRule="auto"/>
            </w:pPr>
            <w:r>
              <w:rPr>
                <w:b/>
                <w:sz w:val="17"/>
              </w:rPr>
              <w:t>Motivul modificării</w:t>
            </w:r>
          </w:p>
        </w:tc>
        <w:tc>
          <w:tcPr>
            <w:tcW w:type="dxa" w:w="6463"/>
            <w:tcMar>
              <w:top w:w="80" w:type="dxa"/>
              <w:start w:w="90" w:type="dxa"/>
              <w:bottom w:w="80" w:type="dxa"/>
              <w:end w:w="90" w:type="dxa"/>
            </w:tcMar>
          </w:tcPr>
          <w:p>
            <w:pPr>
              <w:spacing w:after="0" w:before="0" w:line="221" w:lineRule="auto"/>
            </w:pPr>
            <w:r>
              <w:rPr>
                <w:sz w:val="16"/>
              </w:rPr>
              <w:t>măsurători cadastrale / modificarea situației din teren / alt motiv: __________________</w:t>
            </w:r>
          </w:p>
        </w:tc>
      </w:tr>
      <w:tr>
        <w:tc>
          <w:tcPr>
            <w:tcW w:type="dxa" w:w="3061"/>
            <w:shd w:fill="F7F7F7"/>
            <w:tcMar>
              <w:top w:w="80" w:type="dxa"/>
              <w:start w:w="90" w:type="dxa"/>
              <w:bottom w:w="80" w:type="dxa"/>
              <w:end w:w="90" w:type="dxa"/>
            </w:tcMar>
          </w:tcPr>
          <w:p>
            <w:pPr>
              <w:spacing w:after="0" w:before="0" w:line="221" w:lineRule="auto"/>
            </w:pPr>
            <w:r>
              <w:rPr>
                <w:b/>
                <w:sz w:val="17"/>
              </w:rPr>
              <w:t>Nr. cadastral / C.F., dacă există</w:t>
            </w:r>
          </w:p>
        </w:tc>
        <w:tc>
          <w:tcPr>
            <w:tcW w:type="dxa" w:w="6463"/>
            <w:tcMar>
              <w:top w:w="80" w:type="dxa"/>
              <w:start w:w="90" w:type="dxa"/>
              <w:bottom w:w="80" w:type="dxa"/>
              <w:end w:w="90" w:type="dxa"/>
            </w:tcMar>
          </w:tcPr>
          <w:p>
            <w:pPr>
              <w:spacing w:after="0" w:before="0" w:line="221" w:lineRule="auto"/>
            </w:pPr>
            <w:r>
              <w:rPr>
                <w:sz w:val="16"/>
              </w:rPr>
              <w:t>________________________________________________________________________</w:t>
            </w:r>
          </w:p>
        </w:tc>
      </w:tr>
    </w:tbl>
    <w:p>
      <w:pPr>
        <w:spacing w:after="20" w:before="0" w:line="235" w:lineRule="auto"/>
      </w:pPr>
    </w:p>
    <w:p>
      <w:pPr>
        <w:spacing w:before="0" w:after="40" w:line="235" w:lineRule="auto"/>
      </w:pPr>
      <w:r>
        <w:rPr>
          <w:b/>
          <w:sz w:val="16"/>
        </w:rPr>
        <w:t>Documente anexate / necesare, după caz:</w:t>
      </w:r>
    </w:p>
    <w:p>
      <w:pPr>
        <w:spacing w:after="30" w:before="0" w:line="235" w:lineRule="auto"/>
        <w:ind w:left="283" w:hanging="142"/>
      </w:pPr>
      <w:r>
        <w:rPr>
          <w:sz w:val="16"/>
        </w:rPr>
        <w:t>☐  copie act de identitate / documente persoană juridică, după caz;</w:t>
      </w:r>
    </w:p>
    <w:p>
      <w:pPr>
        <w:spacing w:after="30" w:before="0" w:line="235" w:lineRule="auto"/>
        <w:ind w:left="283" w:hanging="142"/>
      </w:pPr>
      <w:r>
        <w:rPr>
          <w:sz w:val="16"/>
        </w:rPr>
        <w:t>☐  copie contract / document privind taxa de folosință;</w:t>
      </w:r>
    </w:p>
    <w:p>
      <w:pPr>
        <w:spacing w:after="30" w:before="0" w:line="235" w:lineRule="auto"/>
        <w:ind w:left="283" w:hanging="142"/>
      </w:pPr>
      <w:r>
        <w:rPr>
          <w:sz w:val="16"/>
        </w:rPr>
        <w:t>☐  extras de carte funciară actualizat, dacă este cazul;</w:t>
      </w:r>
    </w:p>
    <w:p>
      <w:pPr>
        <w:spacing w:after="30" w:before="0" w:line="235" w:lineRule="auto"/>
        <w:ind w:left="283" w:hanging="142"/>
      </w:pPr>
      <w:r>
        <w:rPr>
          <w:sz w:val="16"/>
        </w:rPr>
        <w:t>☐  documentație cadastrală / plan de amplasament din care rezultă suprafața solicitată;</w:t>
      </w:r>
    </w:p>
    <w:p>
      <w:pPr>
        <w:spacing w:after="30" w:before="0" w:line="235" w:lineRule="auto"/>
        <w:ind w:left="283" w:hanging="142"/>
      </w:pPr>
      <w:r>
        <w:rPr>
          <w:sz w:val="16"/>
        </w:rPr>
        <w:t>☐  alte documente justificative, după caz.</w:t>
      </w:r>
    </w:p>
    <w:p>
      <w:pPr>
        <w:spacing w:before="0" w:after="40" w:line="235" w:lineRule="auto"/>
        <w:jc w:val="both"/>
      </w:pPr>
      <w:r>
        <w:rPr>
          <w:sz w:val="16"/>
        </w:rPr>
        <w:t>Declar că informațiile furnizate sunt reale și complete. Sunt de acord ca, pentru soluționarea prezentei cereri, Primăria Orașului Băile Govora să verifice în evidențele proprii situația bunului și, după caz, existența eventualelor debite.</w:t>
      </w:r>
    </w:p>
    <w:tbl>
      <w:tblPr>
        <w:tblW w:type="auto" w:w="0"/>
        <w:jc w:val="center"/>
        <w:tblLayout w:type="fixed"/>
        <w:tblLook w:firstColumn="1" w:firstRow="1" w:lastColumn="0" w:lastRow="0" w:noHBand="0" w:noVBand="1" w:val="04A0"/>
      </w:tblPr>
      <w:tblGrid>
        <w:gridCol w:w="5100"/>
        <w:gridCol w:w="5100"/>
      </w:tblGrid>
      <w:tr>
        <w:tc>
          <w:tcPr>
            <w:tcW w:type="dxa" w:w="4762"/>
            <w:tcMar>
              <w:top w:w="20" w:type="dxa"/>
              <w:start w:w="20" w:type="dxa"/>
              <w:bottom w:w="20" w:type="dxa"/>
              <w:end w:w="20" w:type="dxa"/>
            </w:tcMar>
          </w:tcPr>
          <w:p>
            <w:pPr>
              <w:spacing w:before="0" w:after="0" w:line="221" w:lineRule="auto"/>
              <w:jc w:val="center"/>
            </w:pPr>
            <w:r>
              <w:rPr>
                <w:b/>
                <w:sz w:val="16"/>
              </w:rPr>
              <w:t>Data</w:t>
            </w:r>
          </w:p>
        </w:tc>
        <w:tc>
          <w:tcPr>
            <w:tcW w:type="dxa" w:w="4762"/>
            <w:tcMar>
              <w:top w:w="20" w:type="dxa"/>
              <w:start w:w="20" w:type="dxa"/>
              <w:bottom w:w="20" w:type="dxa"/>
              <w:end w:w="20" w:type="dxa"/>
            </w:tcMar>
          </w:tcPr>
          <w:p>
            <w:pPr>
              <w:spacing w:before="0" w:after="0" w:line="221" w:lineRule="auto"/>
              <w:jc w:val="center"/>
            </w:pPr>
            <w:r>
              <w:rPr>
                <w:b/>
                <w:sz w:val="16"/>
              </w:rPr>
              <w:t>Semnătura solicitantului / reprezentantului</w:t>
            </w:r>
          </w:p>
        </w:tc>
      </w:tr>
      <w:tr>
        <w:tc>
          <w:tcPr>
            <w:tcW w:type="dxa" w:w="4762"/>
            <w:tcMar>
              <w:top w:w="20" w:type="dxa"/>
              <w:start w:w="20" w:type="dxa"/>
              <w:bottom w:w="20" w:type="dxa"/>
              <w:end w:w="20" w:type="dxa"/>
            </w:tcMar>
          </w:tcPr>
          <w:p>
            <w:pPr>
              <w:spacing w:before="0" w:after="0" w:line="221" w:lineRule="auto"/>
              <w:jc w:val="center"/>
            </w:pPr>
            <w:r>
              <w:rPr>
                <w:sz w:val="16"/>
              </w:rPr>
              <w:t>________________________</w:t>
            </w:r>
          </w:p>
        </w:tc>
        <w:tc>
          <w:tcPr>
            <w:tcW w:type="dxa" w:w="4762"/>
            <w:tcMar>
              <w:top w:w="20" w:type="dxa"/>
              <w:start w:w="20" w:type="dxa"/>
              <w:bottom w:w="20" w:type="dxa"/>
              <w:end w:w="20" w:type="dxa"/>
            </w:tcMar>
          </w:tcPr>
          <w:p>
            <w:pPr>
              <w:spacing w:before="0" w:after="0" w:line="221" w:lineRule="auto"/>
              <w:jc w:val="center"/>
            </w:pPr>
            <w:r>
              <w:rPr>
                <w:sz w:val="16"/>
              </w:rPr>
              <w:t>________________________________________</w:t>
            </w:r>
          </w:p>
        </w:tc>
      </w:tr>
    </w:tbl>
    <w:p>
      <w:pPr>
        <w:spacing w:before="0" w:after="0" w:line="235" w:lineRule="auto"/>
        <w:jc w:val="center"/>
      </w:pPr>
      <w:r>
        <w:rPr>
          <w:i/>
          <w:sz w:val="16"/>
        </w:rPr>
        <w:t>Timp estimativ de completare: aproximativ 5 minute.</w:t>
      </w:r>
    </w:p>
    <w:sectPr w:rsidR="00FC693F" w:rsidRPr="0006063C" w:rsidSect="00034616">
      <w:headerReference w:type="default" r:id="rId9"/>
      <w:footerReference w:type="default" r:id="rId10"/>
      <w:pgSz w:w="12240" w:h="15840"/>
      <w:pgMar w:top="510" w:right="879" w:bottom="510" w:left="879" w:header="142" w:footer="14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16" w:lineRule="auto"/>
      <w:jc w:val="center"/>
    </w:pPr>
    <w:r>
      <w:rPr>
        <w:color w:val="696969"/>
        <w:sz w:val="12"/>
      </w:rPr>
      <w:t>Datele cu caracter personal sunt prelucrate pentru soluționarea cererii și îndeplinirea obligațiilor legale ale autorității publice, în conformitate cu Regulamentul (UE) 2016/679 și legislația națională aplicabilă. Informații privind protecția datelor: www.primaria-baile-govora.ro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before="0" w:line="216" w:lineRule="auto"/>
      <w:jc w:val="center"/>
    </w:pPr>
    <w:r>
      <w:rPr>
        <w:b/>
        <w:sz w:val="15"/>
      </w:rPr>
      <w:t>ROMÂNIA · JUDEȚUL VÂLCEA</w:t>
    </w:r>
  </w:p>
  <w:p>
    <w:pPr>
      <w:spacing w:after="0" w:before="0" w:line="216" w:lineRule="auto"/>
      <w:jc w:val="center"/>
    </w:pPr>
    <w:r>
      <w:rPr>
        <w:b/>
        <w:color w:val="005866"/>
        <w:sz w:val="20"/>
      </w:rPr>
      <w:t>PRIMĂRIA ORAȘULUI BĂILE GOVORA</w:t>
    </w:r>
  </w:p>
  <w:p>
    <w:pPr>
      <w:spacing w:after="0" w:before="0" w:line="216" w:lineRule="auto"/>
      <w:jc w:val="center"/>
    </w:pPr>
    <w:r>
      <w:rPr>
        <w:b/>
        <w:sz w:val="16"/>
      </w:rPr>
      <w:t>Compartimentul Administrarea Domeniului Public și Privat</w:t>
    </w:r>
  </w:p>
  <w:p>
    <w:pPr>
      <w:spacing w:after="0" w:before="0" w:line="216" w:lineRule="auto"/>
      <w:jc w:val="center"/>
    </w:pPr>
    <w:r>
      <w:rPr>
        <w:color w:val="5A5A5A"/>
        <w:sz w:val="13"/>
      </w:rPr>
      <w:t>Str. Tudor Vladimirescu, nr. 95, Băile Govora, cod 245200, județul Vâlcea</w:t>
      <w:br/>
      <w:t>Telefon: 0250 770 460  |  E-mail: primaria@primaria-baile-govora.ro  |  C.U.I. 2541827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