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67F26" w14:paraId="296C4A91" w14:textId="77777777" w:rsidTr="008D0587">
        <w:trPr>
          <w:jc w:val="center"/>
        </w:trPr>
        <w:tc>
          <w:tcPr>
            <w:tcW w:w="10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483E" w14:textId="77777777" w:rsidR="00A67F26" w:rsidRDefault="00A67F26" w:rsidP="00A67F26">
            <w:pPr>
              <w:spacing w:after="0" w:line="221" w:lineRule="auto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 w14:paraId="5DBC5622" w14:textId="77777777" w:rsidR="00A67F26" w:rsidRDefault="00A67F26">
      <w:pPr>
        <w:spacing w:after="40" w:line="235" w:lineRule="auto"/>
        <w:jc w:val="center"/>
        <w:rPr>
          <w:b/>
          <w:color w:val="1F4E79"/>
          <w:sz w:val="24"/>
        </w:rPr>
      </w:pPr>
    </w:p>
    <w:p w14:paraId="3A756090" w14:textId="76A97361" w:rsidR="001C7934" w:rsidRDefault="00000000">
      <w:pPr>
        <w:spacing w:after="40" w:line="235" w:lineRule="auto"/>
        <w:jc w:val="center"/>
      </w:pPr>
      <w:r>
        <w:rPr>
          <w:b/>
          <w:color w:val="1F4E79"/>
          <w:sz w:val="24"/>
        </w:rPr>
        <w:t>CERERE PENTRU PRELUAREA / TRANSFERUL DREPTULUI DE CONCESIUNE</w:t>
      </w:r>
    </w:p>
    <w:p w14:paraId="44063D84" w14:textId="77777777" w:rsidR="001C7934" w:rsidRDefault="00000000">
      <w:pPr>
        <w:spacing w:after="40" w:line="235" w:lineRule="auto"/>
        <w:jc w:val="center"/>
      </w:pPr>
      <w:r>
        <w:rPr>
          <w:b/>
          <w:sz w:val="18"/>
        </w:rPr>
        <w:t>CĂTRE</w:t>
      </w:r>
      <w:r>
        <w:rPr>
          <w:b/>
          <w:sz w:val="18"/>
        </w:rPr>
        <w:br/>
        <w:t>PRIMĂRIA ORAȘULUI BĂILE GOVORA</w:t>
      </w:r>
    </w:p>
    <w:p w14:paraId="3E72DC8D" w14:textId="77777777" w:rsidR="001C7934" w:rsidRDefault="00000000">
      <w:pPr>
        <w:spacing w:after="4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 w14:paraId="5783E0C4" w14:textId="77777777" w:rsidR="001C7934" w:rsidRDefault="00000000">
      <w:pPr>
        <w:spacing w:after="40" w:line="235" w:lineRule="auto"/>
      </w:pPr>
      <w:r>
        <w:rPr>
          <w:b/>
          <w:sz w:val="18"/>
        </w:rPr>
        <w:t>Solicitant: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76"/>
      </w:tblGrid>
      <w:tr w:rsidR="001C7934" w14:paraId="356AEDF5" w14:textId="77777777">
        <w:trPr>
          <w:jc w:val="center"/>
        </w:trPr>
        <w:tc>
          <w:tcPr>
            <w:tcW w:w="2948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52AD58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D1099E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 w:rsidR="001C7934" w14:paraId="3D8545ED" w14:textId="77777777">
        <w:trPr>
          <w:jc w:val="center"/>
        </w:trPr>
        <w:tc>
          <w:tcPr>
            <w:tcW w:w="2948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3797B5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C3F471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 w:rsidR="001C7934" w14:paraId="03C3929E" w14:textId="77777777">
        <w:trPr>
          <w:jc w:val="center"/>
        </w:trPr>
        <w:tc>
          <w:tcPr>
            <w:tcW w:w="2948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D87BC0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1048BE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 w:rsidR="001C7934" w14:paraId="56A19A32" w14:textId="77777777">
        <w:trPr>
          <w:jc w:val="center"/>
        </w:trPr>
        <w:tc>
          <w:tcPr>
            <w:tcW w:w="2948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DC78F7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194CBC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 w:rsidR="001C7934" w14:paraId="56779712" w14:textId="77777777">
        <w:trPr>
          <w:jc w:val="center"/>
        </w:trPr>
        <w:tc>
          <w:tcPr>
            <w:tcW w:w="2948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A5439A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1F150E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 w14:paraId="44EB7756" w14:textId="77777777" w:rsidR="001C7934" w:rsidRDefault="001C7934">
      <w:pPr>
        <w:spacing w:after="20" w:line="235" w:lineRule="auto"/>
      </w:pPr>
    </w:p>
    <w:p w14:paraId="184E0A5E" w14:textId="77777777" w:rsidR="001C7934" w:rsidRDefault="00000000">
      <w:pPr>
        <w:spacing w:after="40" w:line="235" w:lineRule="auto"/>
        <w:jc w:val="both"/>
      </w:pPr>
      <w:r>
        <w:rPr>
          <w:sz w:val="18"/>
        </w:rPr>
        <w:t>Prin prezenta solicit analizarea posibilității legale de preluare/transfer al drepturilor și obligațiilor aferente contractului de concesiune indicat mai jos.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1C7934" w14:paraId="538EED7C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F06FC0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Contract de concesiune nr./data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FBC3B0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nr. __________ / __________________</w:t>
            </w:r>
          </w:p>
        </w:tc>
      </w:tr>
      <w:tr w:rsidR="001C7934" w14:paraId="53B177FC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3990E1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Titular actual / fost titular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77D19F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 w:rsidR="001C7934" w14:paraId="6AA2D2ED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54D35D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Bun / teren concesionat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3D884E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 w:rsidR="001C7934" w14:paraId="13C9F23A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82CFF4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Amplasament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7085CD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Băile Govora, str. ____________________________________, nr. __________</w:t>
            </w:r>
          </w:p>
        </w:tc>
      </w:tr>
      <w:tr w:rsidR="001C7934" w14:paraId="1DF78484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5E4C00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Suprafață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9666EE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 mp</w:t>
            </w:r>
          </w:p>
        </w:tc>
      </w:tr>
      <w:tr w:rsidR="001C7934" w14:paraId="28EC99CC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A37D71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Temeiul solicitării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102874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dobândirea construcției / moștenire / reorganizare / alt act: ________________________</w:t>
            </w:r>
          </w:p>
        </w:tc>
      </w:tr>
      <w:tr w:rsidR="001C7934" w14:paraId="26F5C559" w14:textId="77777777">
        <w:trPr>
          <w:jc w:val="center"/>
        </w:trPr>
        <w:tc>
          <w:tcPr>
            <w:tcW w:w="3061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D4EEAB" w14:textId="77777777" w:rsidR="001C7934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Act justificativ nr./data</w:t>
            </w:r>
          </w:p>
        </w:tc>
        <w:tc>
          <w:tcPr>
            <w:tcW w:w="64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D4DB81" w14:textId="77777777" w:rsidR="001C7934" w:rsidRDefault="00000000">
            <w:pPr>
              <w:spacing w:after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</w:tbl>
    <w:p w14:paraId="3DA0A6DF" w14:textId="77777777" w:rsidR="001C7934" w:rsidRDefault="001C7934">
      <w:pPr>
        <w:spacing w:after="20" w:line="235" w:lineRule="auto"/>
      </w:pPr>
    </w:p>
    <w:p w14:paraId="572E940C" w14:textId="77777777" w:rsidR="001C7934" w:rsidRDefault="00000000">
      <w:pPr>
        <w:spacing w:after="40" w:line="235" w:lineRule="auto"/>
      </w:pPr>
      <w:r>
        <w:rPr>
          <w:b/>
          <w:sz w:val="16"/>
        </w:rPr>
        <w:t>Documente anexate / necesare, după caz:</w:t>
      </w:r>
    </w:p>
    <w:p w14:paraId="30F284CD" w14:textId="77777777" w:rsidR="001C7934" w:rsidRDefault="00000000">
      <w:pPr>
        <w:spacing w:after="30" w:line="235" w:lineRule="auto"/>
        <w:ind w:left="283" w:hanging="142"/>
      </w:pPr>
      <w:r>
        <w:rPr>
          <w:sz w:val="16"/>
        </w:rPr>
        <w:t>☐  copie act de identitate / documente persoană juridică, după caz;</w:t>
      </w:r>
    </w:p>
    <w:p w14:paraId="62DD6A49" w14:textId="77777777" w:rsidR="001C7934" w:rsidRDefault="00000000">
      <w:pPr>
        <w:spacing w:after="30" w:line="235" w:lineRule="auto"/>
        <w:ind w:left="283" w:hanging="142"/>
      </w:pPr>
      <w:r>
        <w:rPr>
          <w:sz w:val="16"/>
        </w:rPr>
        <w:t>☐  extras de carte funciară actualizat;</w:t>
      </w:r>
    </w:p>
    <w:p w14:paraId="63436D1A" w14:textId="77777777" w:rsidR="001C7934" w:rsidRDefault="00000000">
      <w:pPr>
        <w:spacing w:after="30" w:line="235" w:lineRule="auto"/>
        <w:ind w:left="283" w:hanging="142"/>
      </w:pPr>
      <w:r>
        <w:rPr>
          <w:sz w:val="16"/>
        </w:rPr>
        <w:t>☐  actul de dobândire / certificatul de moștenitor / documentul care justifică solicitarea;</w:t>
      </w:r>
    </w:p>
    <w:p w14:paraId="2CBD5E94" w14:textId="77777777" w:rsidR="001C7934" w:rsidRDefault="00000000">
      <w:pPr>
        <w:spacing w:after="30" w:line="235" w:lineRule="auto"/>
        <w:ind w:left="283" w:hanging="142"/>
      </w:pPr>
      <w:r>
        <w:rPr>
          <w:sz w:val="16"/>
        </w:rPr>
        <w:t>☐  copie a contractului de concesiune și a actelor adiționale, dacă sunt disponibile;</w:t>
      </w:r>
    </w:p>
    <w:p w14:paraId="77E22F53" w14:textId="77777777" w:rsidR="001C7934" w:rsidRDefault="00000000">
      <w:pPr>
        <w:spacing w:after="30" w:line="235" w:lineRule="auto"/>
        <w:ind w:left="283" w:hanging="142"/>
      </w:pPr>
      <w:r>
        <w:rPr>
          <w:sz w:val="16"/>
        </w:rPr>
        <w:t>☐  alte documente necesare pentru verificarea posibilității legale de preluare/transfer.</w:t>
      </w:r>
    </w:p>
    <w:p w14:paraId="3B3E8202" w14:textId="77777777" w:rsidR="001C7934" w:rsidRDefault="00000000">
      <w:pPr>
        <w:spacing w:after="40" w:line="235" w:lineRule="auto"/>
        <w:jc w:val="both"/>
      </w:pPr>
      <w:r>
        <w:rPr>
          <w:sz w:val="16"/>
        </w:rPr>
        <w:t>Înțeleg că preluarea sau transferul dreptului de concesiune poate fi aprobat numai dacă este permis de contract, de legislația aplicabilă și de actele autorității deliberative competente.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1C7934" w14:paraId="0FEEAA9F" w14:textId="77777777">
        <w:trPr>
          <w:jc w:val="center"/>
        </w:trPr>
        <w:tc>
          <w:tcPr>
            <w:tcW w:w="476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0E4E22" w14:textId="77777777" w:rsidR="001C7934" w:rsidRDefault="00000000">
            <w:pPr>
              <w:spacing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476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84C2A" w14:textId="77777777" w:rsidR="001C7934" w:rsidRDefault="00000000">
            <w:pPr>
              <w:spacing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 w:rsidR="001C7934" w14:paraId="22DF8C43" w14:textId="77777777">
        <w:trPr>
          <w:jc w:val="center"/>
        </w:trPr>
        <w:tc>
          <w:tcPr>
            <w:tcW w:w="476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14548D" w14:textId="77777777" w:rsidR="001C7934" w:rsidRDefault="00000000">
            <w:pPr>
              <w:spacing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w="476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FC874D" w14:textId="77777777" w:rsidR="001C7934" w:rsidRDefault="00000000">
            <w:pPr>
              <w:spacing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 w14:paraId="7514A068" w14:textId="77777777" w:rsidR="001C7934" w:rsidRDefault="00000000">
      <w:pPr>
        <w:spacing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1C7934" w:rsidSect="00034616">
      <w:headerReference w:type="default" r:id="rId8"/>
      <w:footerReference w:type="default" r:id="rId9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E1F5C" w14:textId="77777777" w:rsidR="00E22C34" w:rsidRDefault="00E22C34">
      <w:pPr>
        <w:spacing w:after="0" w:line="240" w:lineRule="auto"/>
      </w:pPr>
      <w:r>
        <w:separator/>
      </w:r>
    </w:p>
  </w:endnote>
  <w:endnote w:type="continuationSeparator" w:id="0">
    <w:p w14:paraId="1BEF341A" w14:textId="77777777" w:rsidR="00E22C34" w:rsidRDefault="00E2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0EF6" w14:textId="77777777" w:rsidR="001C7934" w:rsidRDefault="00000000">
    <w:pPr>
      <w:pStyle w:val="Subsol"/>
      <w:spacing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D2838" w14:textId="77777777" w:rsidR="00E22C34" w:rsidRDefault="00E22C34">
      <w:pPr>
        <w:spacing w:after="0" w:line="240" w:lineRule="auto"/>
      </w:pPr>
      <w:r>
        <w:separator/>
      </w:r>
    </w:p>
  </w:footnote>
  <w:footnote w:type="continuationSeparator" w:id="0">
    <w:p w14:paraId="40468BB6" w14:textId="77777777" w:rsidR="00E22C34" w:rsidRDefault="00E2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C2B58" w14:textId="77777777" w:rsidR="001C7934" w:rsidRDefault="00000000">
    <w:pPr>
      <w:pStyle w:val="Antet"/>
      <w:spacing w:line="216" w:lineRule="auto"/>
      <w:jc w:val="center"/>
    </w:pPr>
    <w:r>
      <w:rPr>
        <w:b/>
        <w:sz w:val="15"/>
      </w:rPr>
      <w:t>ROMÂNIA · JUDEȚUL VÂLCEA</w:t>
    </w:r>
  </w:p>
  <w:p w14:paraId="6E17A25D" w14:textId="77777777" w:rsidR="001C7934" w:rsidRDefault="00000000">
    <w:pPr>
      <w:spacing w:after="0" w:line="216" w:lineRule="auto"/>
      <w:jc w:val="center"/>
    </w:pPr>
    <w:r>
      <w:rPr>
        <w:b/>
        <w:color w:val="005866"/>
        <w:sz w:val="20"/>
      </w:rPr>
      <w:t>PRIMĂRIA ORAȘULUI BĂILE GOVORA</w:t>
    </w:r>
  </w:p>
  <w:p w14:paraId="1BBCA9FF" w14:textId="77777777" w:rsidR="001C7934" w:rsidRDefault="00000000">
    <w:pPr>
      <w:spacing w:after="0" w:line="216" w:lineRule="auto"/>
      <w:jc w:val="center"/>
    </w:pPr>
    <w:r>
      <w:rPr>
        <w:b/>
        <w:sz w:val="16"/>
      </w:rPr>
      <w:t>Compartimentul Administrarea Domeniului Public și Privat</w:t>
    </w:r>
  </w:p>
  <w:p w14:paraId="2FD257CE" w14:textId="77777777" w:rsidR="001C7934" w:rsidRDefault="00000000">
    <w:pPr>
      <w:spacing w:after="0" w:line="216" w:lineRule="auto"/>
      <w:jc w:val="center"/>
    </w:pPr>
    <w:r>
      <w:rPr>
        <w:color w:val="5A5A5A"/>
        <w:sz w:val="13"/>
      </w:rPr>
      <w:t>Str. Tudor Vladimirescu, nr. 95, Băile Govora, cod 245200, județul Vâlcea</w:t>
    </w:r>
    <w:r>
      <w:rPr>
        <w:color w:val="5A5A5A"/>
        <w:sz w:val="13"/>
      </w:rPr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5016034">
    <w:abstractNumId w:val="8"/>
  </w:num>
  <w:num w:numId="2" w16cid:durableId="960844992">
    <w:abstractNumId w:val="6"/>
  </w:num>
  <w:num w:numId="3" w16cid:durableId="1850633981">
    <w:abstractNumId w:val="5"/>
  </w:num>
  <w:num w:numId="4" w16cid:durableId="533349269">
    <w:abstractNumId w:val="4"/>
  </w:num>
  <w:num w:numId="5" w16cid:durableId="1004015961">
    <w:abstractNumId w:val="7"/>
  </w:num>
  <w:num w:numId="6" w16cid:durableId="1773013256">
    <w:abstractNumId w:val="3"/>
  </w:num>
  <w:num w:numId="7" w16cid:durableId="753748758">
    <w:abstractNumId w:val="2"/>
  </w:num>
  <w:num w:numId="8" w16cid:durableId="944578708">
    <w:abstractNumId w:val="1"/>
  </w:num>
  <w:num w:numId="9" w16cid:durableId="5605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934"/>
    <w:rsid w:val="0029639D"/>
    <w:rsid w:val="00326F90"/>
    <w:rsid w:val="00A67F26"/>
    <w:rsid w:val="00AA1D8D"/>
    <w:rsid w:val="00B47730"/>
    <w:rsid w:val="00C82E6A"/>
    <w:rsid w:val="00CB0664"/>
    <w:rsid w:val="00E22C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C6425"/>
  <w14:defaultImageDpi w14:val="300"/>
  <w15:docId w15:val="{19AEB840-72AD-4308-8ACA-B9C7739D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Mircea</cp:lastModifiedBy>
  <cp:revision>3</cp:revision>
  <dcterms:created xsi:type="dcterms:W3CDTF">2013-12-23T23:15:00Z</dcterms:created>
  <dcterms:modified xsi:type="dcterms:W3CDTF">2026-09-12T10:40:00Z</dcterms:modified>
  <cp:category/>
</cp:coreProperties>
</file>