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51FB4" w14:textId="77777777" w:rsidR="00593335" w:rsidRDefault="00000000">
      <w:pPr>
        <w:spacing w:after="40"/>
        <w:jc w:val="center"/>
      </w:pPr>
      <w:r>
        <w:rPr>
          <w:b/>
          <w:color w:val="1F4E79"/>
          <w:sz w:val="28"/>
        </w:rPr>
        <w:t>CERERE ȘI ACTE NECESARE – LOCUINȚĂ PENTRU TINERI CONSTRUITĂ PRIN A.N.L.</w:t>
      </w:r>
    </w:p>
    <w:p w14:paraId="711E17E0" w14:textId="77777777" w:rsidR="00593335" w:rsidRDefault="00000000">
      <w:pPr>
        <w:spacing w:after="120"/>
        <w:jc w:val="center"/>
      </w:pPr>
      <w:r>
        <w:rPr>
          <w:i/>
          <w:color w:val="646464"/>
          <w:sz w:val="17"/>
        </w:rPr>
        <w:t>Model adaptat pentru luarea în evidență în vederea repartizării unei locuințe destinate închirierii</w:t>
      </w:r>
    </w:p>
    <w:p w14:paraId="2A86E443" w14:textId="77777777" w:rsidR="00593335" w:rsidRDefault="00000000">
      <w:pPr>
        <w:spacing w:after="80"/>
        <w:jc w:val="center"/>
      </w:pPr>
      <w:r>
        <w:rPr>
          <w:b/>
        </w:rPr>
        <w:t>CĂTRE</w:t>
      </w:r>
      <w:r>
        <w:rPr>
          <w:b/>
        </w:rPr>
        <w:br/>
        <w:t>PRIMĂRIA ORAȘULUI BĂILE GOVORA</w:t>
      </w:r>
    </w:p>
    <w:p w14:paraId="13EFA9CC" w14:textId="77777777" w:rsidR="00593335" w:rsidRDefault="00000000">
      <w:pPr>
        <w:spacing w:after="100"/>
        <w:jc w:val="center"/>
      </w:pPr>
      <w:r>
        <w:rPr>
          <w:i/>
          <w:sz w:val="17"/>
        </w:rPr>
        <w:t>În atenția Compartimentul Administrarea Domeniului Public și Privat</w:t>
      </w:r>
    </w:p>
    <w:p w14:paraId="6C51A736" w14:textId="77777777" w:rsidR="00593335" w:rsidRDefault="00000000">
      <w:pPr>
        <w:spacing w:before="80" w:after="40"/>
      </w:pPr>
      <w:r>
        <w:rPr>
          <w:b/>
          <w:color w:val="1F4E79"/>
          <w:sz w:val="21"/>
        </w:rPr>
        <w:t>CERERE</w:t>
      </w:r>
    </w:p>
    <w:tbl>
      <w:tblPr>
        <w:tblW w:w="0" w:type="auto"/>
        <w:jc w:val="center"/>
        <w:tblLayout w:type="fixed"/>
        <w:tblLook w:val="04A0" w:firstRow="1" w:lastRow="0" w:firstColumn="1" w:lastColumn="0" w:noHBand="0" w:noVBand="1"/>
      </w:tblPr>
      <w:tblGrid>
        <w:gridCol w:w="2891"/>
        <w:gridCol w:w="6520"/>
      </w:tblGrid>
      <w:tr w:rsidR="00593335" w14:paraId="4E458747" w14:textId="77777777">
        <w:trPr>
          <w:jc w:val="center"/>
        </w:trPr>
        <w:tc>
          <w:tcPr>
            <w:tcW w:w="2891" w:type="dxa"/>
            <w:shd w:val="clear" w:color="auto" w:fill="F2F7F8"/>
            <w:tcMar>
              <w:top w:w="80" w:type="dxa"/>
              <w:left w:w="90" w:type="dxa"/>
              <w:bottom w:w="80" w:type="dxa"/>
              <w:right w:w="90" w:type="dxa"/>
            </w:tcMar>
            <w:vAlign w:val="center"/>
          </w:tcPr>
          <w:p w14:paraId="1388B3FD" w14:textId="77777777" w:rsidR="00593335" w:rsidRDefault="00000000">
            <w:pPr>
              <w:spacing w:after="0"/>
            </w:pPr>
            <w:r>
              <w:rPr>
                <w:b/>
                <w:sz w:val="16"/>
              </w:rPr>
              <w:t>Nume și prenume solicitant</w:t>
            </w:r>
          </w:p>
        </w:tc>
        <w:tc>
          <w:tcPr>
            <w:tcW w:w="6520" w:type="dxa"/>
            <w:tcMar>
              <w:top w:w="80" w:type="dxa"/>
              <w:left w:w="90" w:type="dxa"/>
              <w:bottom w:w="80" w:type="dxa"/>
              <w:right w:w="90" w:type="dxa"/>
            </w:tcMar>
            <w:vAlign w:val="center"/>
          </w:tcPr>
          <w:p w14:paraId="7E6D9DA4" w14:textId="77777777" w:rsidR="00593335" w:rsidRDefault="00000000">
            <w:pPr>
              <w:spacing w:after="0"/>
            </w:pPr>
            <w:r>
              <w:rPr>
                <w:sz w:val="16"/>
              </w:rPr>
              <w:t>____________________________________________________________________________</w:t>
            </w:r>
          </w:p>
        </w:tc>
      </w:tr>
      <w:tr w:rsidR="00593335" w14:paraId="264FA150" w14:textId="77777777">
        <w:trPr>
          <w:jc w:val="center"/>
        </w:trPr>
        <w:tc>
          <w:tcPr>
            <w:tcW w:w="2891" w:type="dxa"/>
            <w:shd w:val="clear" w:color="auto" w:fill="F2F7F8"/>
            <w:tcMar>
              <w:top w:w="80" w:type="dxa"/>
              <w:left w:w="90" w:type="dxa"/>
              <w:bottom w:w="80" w:type="dxa"/>
              <w:right w:w="90" w:type="dxa"/>
            </w:tcMar>
            <w:vAlign w:val="center"/>
          </w:tcPr>
          <w:p w14:paraId="5C637B71" w14:textId="77777777" w:rsidR="00593335" w:rsidRDefault="00000000">
            <w:pPr>
              <w:spacing w:after="0"/>
            </w:pPr>
            <w:r>
              <w:rPr>
                <w:b/>
                <w:sz w:val="16"/>
              </w:rPr>
              <w:t>Data nașterii / vârsta</w:t>
            </w:r>
          </w:p>
        </w:tc>
        <w:tc>
          <w:tcPr>
            <w:tcW w:w="6520" w:type="dxa"/>
            <w:tcMar>
              <w:top w:w="80" w:type="dxa"/>
              <w:left w:w="90" w:type="dxa"/>
              <w:bottom w:w="80" w:type="dxa"/>
              <w:right w:w="90" w:type="dxa"/>
            </w:tcMar>
            <w:vAlign w:val="center"/>
          </w:tcPr>
          <w:p w14:paraId="6F839748" w14:textId="77777777" w:rsidR="00593335" w:rsidRDefault="00000000">
            <w:pPr>
              <w:spacing w:after="0"/>
            </w:pPr>
            <w:r>
              <w:rPr>
                <w:sz w:val="16"/>
              </w:rPr>
              <w:t>____________________________ / __________ ani la data depunerii cererii</w:t>
            </w:r>
          </w:p>
        </w:tc>
      </w:tr>
      <w:tr w:rsidR="00593335" w14:paraId="25ECD557" w14:textId="77777777">
        <w:trPr>
          <w:jc w:val="center"/>
        </w:trPr>
        <w:tc>
          <w:tcPr>
            <w:tcW w:w="2891" w:type="dxa"/>
            <w:shd w:val="clear" w:color="auto" w:fill="F2F7F8"/>
            <w:tcMar>
              <w:top w:w="80" w:type="dxa"/>
              <w:left w:w="90" w:type="dxa"/>
              <w:bottom w:w="80" w:type="dxa"/>
              <w:right w:w="90" w:type="dxa"/>
            </w:tcMar>
            <w:vAlign w:val="center"/>
          </w:tcPr>
          <w:p w14:paraId="57EC5327" w14:textId="77777777" w:rsidR="00593335" w:rsidRDefault="00000000">
            <w:pPr>
              <w:spacing w:after="0"/>
            </w:pPr>
            <w:r>
              <w:rPr>
                <w:b/>
                <w:sz w:val="16"/>
              </w:rPr>
              <w:t>C.I./B.I.</w:t>
            </w:r>
          </w:p>
        </w:tc>
        <w:tc>
          <w:tcPr>
            <w:tcW w:w="6520" w:type="dxa"/>
            <w:tcMar>
              <w:top w:w="80" w:type="dxa"/>
              <w:left w:w="90" w:type="dxa"/>
              <w:bottom w:w="80" w:type="dxa"/>
              <w:right w:w="90" w:type="dxa"/>
            </w:tcMar>
            <w:vAlign w:val="center"/>
          </w:tcPr>
          <w:p w14:paraId="203ED7E3" w14:textId="77777777" w:rsidR="00593335" w:rsidRDefault="00000000">
            <w:pPr>
              <w:spacing w:after="0"/>
            </w:pPr>
            <w:r>
              <w:rPr>
                <w:sz w:val="16"/>
              </w:rPr>
              <w:t>seria ______ nr. _______________   CNP _________________________________________</w:t>
            </w:r>
          </w:p>
        </w:tc>
      </w:tr>
      <w:tr w:rsidR="00593335" w14:paraId="2AC6A8CC" w14:textId="77777777">
        <w:trPr>
          <w:jc w:val="center"/>
        </w:trPr>
        <w:tc>
          <w:tcPr>
            <w:tcW w:w="2891" w:type="dxa"/>
            <w:shd w:val="clear" w:color="auto" w:fill="F2F7F8"/>
            <w:tcMar>
              <w:top w:w="80" w:type="dxa"/>
              <w:left w:w="90" w:type="dxa"/>
              <w:bottom w:w="80" w:type="dxa"/>
              <w:right w:w="90" w:type="dxa"/>
            </w:tcMar>
            <w:vAlign w:val="center"/>
          </w:tcPr>
          <w:p w14:paraId="09C13516" w14:textId="77777777" w:rsidR="00593335" w:rsidRDefault="00000000">
            <w:pPr>
              <w:spacing w:after="0"/>
            </w:pPr>
            <w:r>
              <w:rPr>
                <w:b/>
                <w:sz w:val="16"/>
              </w:rPr>
              <w:t>Domiciliu / reședință actuală</w:t>
            </w:r>
          </w:p>
        </w:tc>
        <w:tc>
          <w:tcPr>
            <w:tcW w:w="6520" w:type="dxa"/>
            <w:tcMar>
              <w:top w:w="80" w:type="dxa"/>
              <w:left w:w="90" w:type="dxa"/>
              <w:bottom w:w="80" w:type="dxa"/>
              <w:right w:w="90" w:type="dxa"/>
            </w:tcMar>
            <w:vAlign w:val="center"/>
          </w:tcPr>
          <w:p w14:paraId="541E5599" w14:textId="77777777" w:rsidR="00593335" w:rsidRDefault="00000000">
            <w:pPr>
              <w:spacing w:after="0"/>
            </w:pPr>
            <w:r>
              <w:rPr>
                <w:sz w:val="16"/>
              </w:rPr>
              <w:t>localitatea ______________________________ str. ______________________________</w:t>
            </w:r>
          </w:p>
        </w:tc>
      </w:tr>
      <w:tr w:rsidR="00593335" w14:paraId="512476B9" w14:textId="77777777">
        <w:trPr>
          <w:jc w:val="center"/>
        </w:trPr>
        <w:tc>
          <w:tcPr>
            <w:tcW w:w="2891" w:type="dxa"/>
            <w:shd w:val="clear" w:color="auto" w:fill="F2F7F8"/>
            <w:tcMar>
              <w:top w:w="80" w:type="dxa"/>
              <w:left w:w="90" w:type="dxa"/>
              <w:bottom w:w="80" w:type="dxa"/>
              <w:right w:w="90" w:type="dxa"/>
            </w:tcMar>
            <w:vAlign w:val="center"/>
          </w:tcPr>
          <w:p w14:paraId="22466843" w14:textId="77777777" w:rsidR="00593335" w:rsidRDefault="00000000">
            <w:pPr>
              <w:spacing w:after="0"/>
            </w:pPr>
            <w:r>
              <w:rPr>
                <w:b/>
                <w:sz w:val="16"/>
              </w:rPr>
              <w:t>Adresă completă</w:t>
            </w:r>
          </w:p>
        </w:tc>
        <w:tc>
          <w:tcPr>
            <w:tcW w:w="6520" w:type="dxa"/>
            <w:tcMar>
              <w:top w:w="80" w:type="dxa"/>
              <w:left w:w="90" w:type="dxa"/>
              <w:bottom w:w="80" w:type="dxa"/>
              <w:right w:w="90" w:type="dxa"/>
            </w:tcMar>
            <w:vAlign w:val="center"/>
          </w:tcPr>
          <w:p w14:paraId="021A9721" w14:textId="77777777" w:rsidR="00593335" w:rsidRDefault="00000000">
            <w:pPr>
              <w:spacing w:after="0"/>
            </w:pPr>
            <w:r>
              <w:rPr>
                <w:sz w:val="16"/>
              </w:rPr>
              <w:t>nr. ____ bl. ____ sc. ____ et. ____ ap. ____</w:t>
            </w:r>
          </w:p>
        </w:tc>
      </w:tr>
      <w:tr w:rsidR="00593335" w14:paraId="3D077403" w14:textId="77777777">
        <w:trPr>
          <w:jc w:val="center"/>
        </w:trPr>
        <w:tc>
          <w:tcPr>
            <w:tcW w:w="2891" w:type="dxa"/>
            <w:shd w:val="clear" w:color="auto" w:fill="F2F7F8"/>
            <w:tcMar>
              <w:top w:w="80" w:type="dxa"/>
              <w:left w:w="90" w:type="dxa"/>
              <w:bottom w:w="80" w:type="dxa"/>
              <w:right w:w="90" w:type="dxa"/>
            </w:tcMar>
            <w:vAlign w:val="center"/>
          </w:tcPr>
          <w:p w14:paraId="7EEB77B7" w14:textId="77777777" w:rsidR="00593335" w:rsidRDefault="00000000">
            <w:pPr>
              <w:spacing w:after="0"/>
            </w:pPr>
            <w:r>
              <w:rPr>
                <w:b/>
                <w:sz w:val="16"/>
              </w:rPr>
              <w:t>Telefon / e-mail</w:t>
            </w:r>
          </w:p>
        </w:tc>
        <w:tc>
          <w:tcPr>
            <w:tcW w:w="6520" w:type="dxa"/>
            <w:tcMar>
              <w:top w:w="80" w:type="dxa"/>
              <w:left w:w="90" w:type="dxa"/>
              <w:bottom w:w="80" w:type="dxa"/>
              <w:right w:w="90" w:type="dxa"/>
            </w:tcMar>
            <w:vAlign w:val="center"/>
          </w:tcPr>
          <w:p w14:paraId="2A5C9687" w14:textId="77777777" w:rsidR="00593335" w:rsidRDefault="00000000">
            <w:pPr>
              <w:spacing w:after="0"/>
            </w:pPr>
            <w:r>
              <w:rPr>
                <w:sz w:val="16"/>
              </w:rPr>
              <w:t>________________________________ / ____________________________________________</w:t>
            </w:r>
          </w:p>
        </w:tc>
      </w:tr>
      <w:tr w:rsidR="00593335" w14:paraId="4B889679" w14:textId="77777777">
        <w:trPr>
          <w:jc w:val="center"/>
        </w:trPr>
        <w:tc>
          <w:tcPr>
            <w:tcW w:w="2891" w:type="dxa"/>
            <w:shd w:val="clear" w:color="auto" w:fill="F2F7F8"/>
            <w:tcMar>
              <w:top w:w="80" w:type="dxa"/>
              <w:left w:w="90" w:type="dxa"/>
              <w:bottom w:w="80" w:type="dxa"/>
              <w:right w:w="90" w:type="dxa"/>
            </w:tcMar>
            <w:vAlign w:val="center"/>
          </w:tcPr>
          <w:p w14:paraId="61FA6F0E" w14:textId="77777777" w:rsidR="00593335" w:rsidRDefault="00000000">
            <w:pPr>
              <w:spacing w:after="0"/>
            </w:pPr>
            <w:r>
              <w:rPr>
                <w:b/>
                <w:sz w:val="16"/>
              </w:rPr>
              <w:t>Situația locativă actuală</w:t>
            </w:r>
          </w:p>
        </w:tc>
        <w:tc>
          <w:tcPr>
            <w:tcW w:w="6520" w:type="dxa"/>
            <w:tcMar>
              <w:top w:w="80" w:type="dxa"/>
              <w:left w:w="90" w:type="dxa"/>
              <w:bottom w:w="80" w:type="dxa"/>
              <w:right w:w="90" w:type="dxa"/>
            </w:tcMar>
            <w:vAlign w:val="center"/>
          </w:tcPr>
          <w:p w14:paraId="5F834F5D" w14:textId="77777777" w:rsidR="00593335" w:rsidRDefault="00000000">
            <w:pPr>
              <w:spacing w:after="0"/>
            </w:pPr>
            <w:r>
              <w:rPr>
                <w:sz w:val="16"/>
              </w:rPr>
              <w:t>☐ chiriaș   ☐ tolerat în spațiu   ☐ altă situație: ______________________________</w:t>
            </w:r>
          </w:p>
        </w:tc>
      </w:tr>
      <w:tr w:rsidR="00593335" w14:paraId="1AECC0AF" w14:textId="77777777">
        <w:trPr>
          <w:jc w:val="center"/>
        </w:trPr>
        <w:tc>
          <w:tcPr>
            <w:tcW w:w="2891" w:type="dxa"/>
            <w:shd w:val="clear" w:color="auto" w:fill="F2F7F8"/>
            <w:tcMar>
              <w:top w:w="80" w:type="dxa"/>
              <w:left w:w="90" w:type="dxa"/>
              <w:bottom w:w="80" w:type="dxa"/>
              <w:right w:w="90" w:type="dxa"/>
            </w:tcMar>
            <w:vAlign w:val="center"/>
          </w:tcPr>
          <w:p w14:paraId="52018B2E" w14:textId="77777777" w:rsidR="00593335" w:rsidRDefault="00000000">
            <w:pPr>
              <w:spacing w:after="0"/>
            </w:pPr>
            <w:r>
              <w:rPr>
                <w:b/>
                <w:sz w:val="16"/>
              </w:rPr>
              <w:t>Proprietarul spațiului actual</w:t>
            </w:r>
          </w:p>
        </w:tc>
        <w:tc>
          <w:tcPr>
            <w:tcW w:w="6520" w:type="dxa"/>
            <w:tcMar>
              <w:top w:w="80" w:type="dxa"/>
              <w:left w:w="90" w:type="dxa"/>
              <w:bottom w:w="80" w:type="dxa"/>
              <w:right w:w="90" w:type="dxa"/>
            </w:tcMar>
            <w:vAlign w:val="center"/>
          </w:tcPr>
          <w:p w14:paraId="20453AC8" w14:textId="77777777" w:rsidR="00593335" w:rsidRDefault="00000000">
            <w:pPr>
              <w:spacing w:after="0"/>
            </w:pPr>
            <w:r>
              <w:rPr>
                <w:sz w:val="16"/>
              </w:rPr>
              <w:t>____________________________________________________________________________</w:t>
            </w:r>
          </w:p>
        </w:tc>
      </w:tr>
      <w:tr w:rsidR="00593335" w14:paraId="0F802929" w14:textId="77777777">
        <w:trPr>
          <w:jc w:val="center"/>
        </w:trPr>
        <w:tc>
          <w:tcPr>
            <w:tcW w:w="2891" w:type="dxa"/>
            <w:shd w:val="clear" w:color="auto" w:fill="F2F7F8"/>
            <w:tcMar>
              <w:top w:w="80" w:type="dxa"/>
              <w:left w:w="90" w:type="dxa"/>
              <w:bottom w:w="80" w:type="dxa"/>
              <w:right w:w="90" w:type="dxa"/>
            </w:tcMar>
            <w:vAlign w:val="center"/>
          </w:tcPr>
          <w:p w14:paraId="07A8ABA1" w14:textId="77777777" w:rsidR="00593335" w:rsidRDefault="00000000">
            <w:pPr>
              <w:spacing w:after="0"/>
            </w:pPr>
            <w:r>
              <w:rPr>
                <w:b/>
                <w:sz w:val="16"/>
              </w:rPr>
              <w:t>Starea civilă</w:t>
            </w:r>
          </w:p>
        </w:tc>
        <w:tc>
          <w:tcPr>
            <w:tcW w:w="6520" w:type="dxa"/>
            <w:tcMar>
              <w:top w:w="80" w:type="dxa"/>
              <w:left w:w="90" w:type="dxa"/>
              <w:bottom w:w="80" w:type="dxa"/>
              <w:right w:w="90" w:type="dxa"/>
            </w:tcMar>
            <w:vAlign w:val="center"/>
          </w:tcPr>
          <w:p w14:paraId="6CCCFFD9" w14:textId="77777777" w:rsidR="00593335" w:rsidRDefault="00000000">
            <w:pPr>
              <w:spacing w:after="0"/>
            </w:pPr>
            <w:r>
              <w:rPr>
                <w:sz w:val="16"/>
              </w:rPr>
              <w:t>☐ necăsătorit(ă)   ☐ căsătorit(ă)   ☐ divorțat(ă)   ☐ văduv(ă)</w:t>
            </w:r>
          </w:p>
        </w:tc>
      </w:tr>
      <w:tr w:rsidR="00593335" w14:paraId="3C659299" w14:textId="77777777">
        <w:trPr>
          <w:jc w:val="center"/>
        </w:trPr>
        <w:tc>
          <w:tcPr>
            <w:tcW w:w="2891" w:type="dxa"/>
            <w:shd w:val="clear" w:color="auto" w:fill="F2F7F8"/>
            <w:tcMar>
              <w:top w:w="80" w:type="dxa"/>
              <w:left w:w="90" w:type="dxa"/>
              <w:bottom w:w="80" w:type="dxa"/>
              <w:right w:w="90" w:type="dxa"/>
            </w:tcMar>
            <w:vAlign w:val="center"/>
          </w:tcPr>
          <w:p w14:paraId="42B7D127" w14:textId="77777777" w:rsidR="00593335" w:rsidRDefault="00000000">
            <w:pPr>
              <w:spacing w:after="0"/>
            </w:pPr>
            <w:r>
              <w:rPr>
                <w:b/>
                <w:sz w:val="16"/>
              </w:rPr>
              <w:t>Membri ai familiei</w:t>
            </w:r>
          </w:p>
        </w:tc>
        <w:tc>
          <w:tcPr>
            <w:tcW w:w="6520" w:type="dxa"/>
            <w:tcMar>
              <w:top w:w="80" w:type="dxa"/>
              <w:left w:w="90" w:type="dxa"/>
              <w:bottom w:w="80" w:type="dxa"/>
              <w:right w:w="90" w:type="dxa"/>
            </w:tcMar>
            <w:vAlign w:val="center"/>
          </w:tcPr>
          <w:p w14:paraId="20DF950B" w14:textId="77777777" w:rsidR="00593335" w:rsidRDefault="00000000">
            <w:pPr>
              <w:spacing w:after="0"/>
            </w:pPr>
            <w:r>
              <w:rPr>
                <w:sz w:val="16"/>
              </w:rPr>
              <w:t>________ persoane; alte persoane aflate în întreținere: _____________________________</w:t>
            </w:r>
          </w:p>
        </w:tc>
      </w:tr>
      <w:tr w:rsidR="00593335" w14:paraId="0F8F0942" w14:textId="77777777">
        <w:trPr>
          <w:jc w:val="center"/>
        </w:trPr>
        <w:tc>
          <w:tcPr>
            <w:tcW w:w="2891" w:type="dxa"/>
            <w:shd w:val="clear" w:color="auto" w:fill="F2F7F8"/>
            <w:tcMar>
              <w:top w:w="80" w:type="dxa"/>
              <w:left w:w="90" w:type="dxa"/>
              <w:bottom w:w="80" w:type="dxa"/>
              <w:right w:w="90" w:type="dxa"/>
            </w:tcMar>
            <w:vAlign w:val="center"/>
          </w:tcPr>
          <w:p w14:paraId="1FB5DBFD" w14:textId="77777777" w:rsidR="00593335" w:rsidRDefault="00000000">
            <w:pPr>
              <w:spacing w:after="0"/>
            </w:pPr>
            <w:r>
              <w:rPr>
                <w:b/>
                <w:sz w:val="16"/>
              </w:rPr>
              <w:t>Profesia</w:t>
            </w:r>
          </w:p>
        </w:tc>
        <w:tc>
          <w:tcPr>
            <w:tcW w:w="6520" w:type="dxa"/>
            <w:tcMar>
              <w:top w:w="80" w:type="dxa"/>
              <w:left w:w="90" w:type="dxa"/>
              <w:bottom w:w="80" w:type="dxa"/>
              <w:right w:w="90" w:type="dxa"/>
            </w:tcMar>
            <w:vAlign w:val="center"/>
          </w:tcPr>
          <w:p w14:paraId="1EC53BAC" w14:textId="77777777" w:rsidR="00593335" w:rsidRDefault="00000000">
            <w:pPr>
              <w:spacing w:after="0"/>
            </w:pPr>
            <w:r>
              <w:rPr>
                <w:sz w:val="16"/>
              </w:rPr>
              <w:t>____________________________________________________________________________</w:t>
            </w:r>
          </w:p>
        </w:tc>
      </w:tr>
      <w:tr w:rsidR="00593335" w14:paraId="6234FFCC" w14:textId="77777777">
        <w:trPr>
          <w:jc w:val="center"/>
        </w:trPr>
        <w:tc>
          <w:tcPr>
            <w:tcW w:w="2891" w:type="dxa"/>
            <w:shd w:val="clear" w:color="auto" w:fill="F2F7F8"/>
            <w:tcMar>
              <w:top w:w="80" w:type="dxa"/>
              <w:left w:w="90" w:type="dxa"/>
              <w:bottom w:w="80" w:type="dxa"/>
              <w:right w:w="90" w:type="dxa"/>
            </w:tcMar>
            <w:vAlign w:val="center"/>
          </w:tcPr>
          <w:p w14:paraId="7D62DF4C" w14:textId="77777777" w:rsidR="00593335" w:rsidRDefault="00000000">
            <w:pPr>
              <w:spacing w:after="0"/>
            </w:pPr>
            <w:r>
              <w:rPr>
                <w:b/>
                <w:sz w:val="16"/>
              </w:rPr>
              <w:t>Locul de muncă / localitatea</w:t>
            </w:r>
          </w:p>
        </w:tc>
        <w:tc>
          <w:tcPr>
            <w:tcW w:w="6520" w:type="dxa"/>
            <w:tcMar>
              <w:top w:w="80" w:type="dxa"/>
              <w:left w:w="90" w:type="dxa"/>
              <w:bottom w:w="80" w:type="dxa"/>
              <w:right w:w="90" w:type="dxa"/>
            </w:tcMar>
            <w:vAlign w:val="center"/>
          </w:tcPr>
          <w:p w14:paraId="551D5AE6" w14:textId="77777777" w:rsidR="00593335" w:rsidRDefault="00000000">
            <w:pPr>
              <w:spacing w:after="0"/>
            </w:pPr>
            <w:r>
              <w:rPr>
                <w:sz w:val="16"/>
              </w:rPr>
              <w:t>____________________________________________________________________________</w:t>
            </w:r>
          </w:p>
        </w:tc>
      </w:tr>
      <w:tr w:rsidR="00593335" w14:paraId="15CD2AD8" w14:textId="77777777">
        <w:trPr>
          <w:jc w:val="center"/>
        </w:trPr>
        <w:tc>
          <w:tcPr>
            <w:tcW w:w="2891" w:type="dxa"/>
            <w:shd w:val="clear" w:color="auto" w:fill="F2F7F8"/>
            <w:tcMar>
              <w:top w:w="80" w:type="dxa"/>
              <w:left w:w="90" w:type="dxa"/>
              <w:bottom w:w="80" w:type="dxa"/>
              <w:right w:w="90" w:type="dxa"/>
            </w:tcMar>
            <w:vAlign w:val="center"/>
          </w:tcPr>
          <w:p w14:paraId="26461193" w14:textId="77777777" w:rsidR="00593335" w:rsidRDefault="00000000">
            <w:pPr>
              <w:spacing w:after="0"/>
            </w:pPr>
            <w:r>
              <w:rPr>
                <w:b/>
                <w:sz w:val="16"/>
              </w:rPr>
              <w:t>Număr de camere solicitat</w:t>
            </w:r>
          </w:p>
        </w:tc>
        <w:tc>
          <w:tcPr>
            <w:tcW w:w="6520" w:type="dxa"/>
            <w:tcMar>
              <w:top w:w="80" w:type="dxa"/>
              <w:left w:w="90" w:type="dxa"/>
              <w:bottom w:w="80" w:type="dxa"/>
              <w:right w:w="90" w:type="dxa"/>
            </w:tcMar>
            <w:vAlign w:val="center"/>
          </w:tcPr>
          <w:p w14:paraId="691CED6C" w14:textId="77777777" w:rsidR="00593335" w:rsidRDefault="00000000">
            <w:pPr>
              <w:spacing w:after="0"/>
            </w:pPr>
            <w:r>
              <w:rPr>
                <w:sz w:val="16"/>
              </w:rPr>
              <w:t>☐ 1 cameră   ☐ 2 camere   ☐ 3 camere   ☐ altă opțiune, dacă este disponibilă: ______</w:t>
            </w:r>
          </w:p>
        </w:tc>
      </w:tr>
    </w:tbl>
    <w:p w14:paraId="7AF15571" w14:textId="77777777" w:rsidR="00593335" w:rsidRDefault="00000000">
      <w:pPr>
        <w:jc w:val="both"/>
      </w:pPr>
      <w:r>
        <w:rPr>
          <w:sz w:val="19"/>
        </w:rPr>
        <w:t>Solicit să fiu luat(ă) în evidență pentru repartizarea unei locuințe pentru tineri, destinată închirierii, construită prin Agenția Națională pentru Locuințe (A.N.L.), în condițiile legislației în vigoare și ale criteriilor aprobate de Consiliul Local al Orașului Băile Govora.</w:t>
      </w:r>
    </w:p>
    <w:p w14:paraId="1767BA01" w14:textId="77777777" w:rsidR="00593335" w:rsidRDefault="00000000">
      <w:pPr>
        <w:jc w:val="both"/>
      </w:pPr>
      <w:r>
        <w:rPr>
          <w:sz w:val="19"/>
        </w:rPr>
        <w:t>Declar că datele înscrise în prezenta cerere și în documentele anexate sunt reale și complete și că voi comunica orice modificare intervenită în situația familială, locativă, profesională sau patrimonială care poate influența analiza dosarului.</w:t>
      </w:r>
    </w:p>
    <w:p w14:paraId="015765D9" w14:textId="77777777" w:rsidR="00593335" w:rsidRDefault="00000000">
      <w:pPr>
        <w:spacing w:before="80" w:after="40"/>
      </w:pPr>
      <w:r>
        <w:rPr>
          <w:b/>
          <w:color w:val="1F4E79"/>
          <w:sz w:val="21"/>
        </w:rPr>
        <w:t>Memoriu privind situația locativă actuală</w:t>
      </w:r>
    </w:p>
    <w:p w14:paraId="10EAF320" w14:textId="77777777" w:rsidR="00593335" w:rsidRDefault="00000000">
      <w:pPr>
        <w:jc w:val="both"/>
      </w:pPr>
      <w:r>
        <w:rPr>
          <w:sz w:val="19"/>
        </w:rPr>
        <w:t>Descrieți pe scurt situația actuală: titlul în baza căruia ocupați locuința (chirie, tolerat în spațiu etc.), numărul de camere, suprafața locuibilă, numărul persoanelor care locuiesc efectiv în spațiu și orice împrejurare relevantă pentru soluționarea cererii.</w:t>
      </w:r>
    </w:p>
    <w:p w14:paraId="207DDC6F" w14:textId="77777777" w:rsidR="00593335" w:rsidRDefault="00000000">
      <w:pPr>
        <w:spacing w:after="20"/>
      </w:pPr>
      <w:r>
        <w:rPr>
          <w:sz w:val="17"/>
        </w:rPr>
        <w:t>____________________________________________________________________________________________________</w:t>
      </w:r>
    </w:p>
    <w:p w14:paraId="177E4A15" w14:textId="77777777" w:rsidR="00593335" w:rsidRDefault="00000000">
      <w:pPr>
        <w:spacing w:after="20"/>
      </w:pPr>
      <w:r>
        <w:rPr>
          <w:sz w:val="17"/>
        </w:rPr>
        <w:t>____________________________________________________________________________________________________</w:t>
      </w:r>
    </w:p>
    <w:p w14:paraId="62ECC8DA" w14:textId="77777777" w:rsidR="00593335" w:rsidRDefault="00000000">
      <w:pPr>
        <w:spacing w:after="20"/>
      </w:pPr>
      <w:r>
        <w:rPr>
          <w:sz w:val="17"/>
        </w:rPr>
        <w:t>____________________________________________________________________________________________________</w:t>
      </w:r>
    </w:p>
    <w:p w14:paraId="30E244C0" w14:textId="77777777" w:rsidR="00593335" w:rsidRDefault="00000000">
      <w:pPr>
        <w:spacing w:before="60"/>
      </w:pPr>
      <w:r>
        <w:rPr>
          <w:sz w:val="18"/>
        </w:rPr>
        <w:t>Data: ______________________                    Semnătura: ______________________________</w:t>
      </w:r>
    </w:p>
    <w:p w14:paraId="73744AF8" w14:textId="77777777" w:rsidR="00593335" w:rsidRDefault="00000000">
      <w:r>
        <w:br/>
      </w:r>
    </w:p>
    <w:sectPr w:rsidR="00593335" w:rsidSect="00034616">
      <w:headerReference w:type="default" r:id="rId8"/>
      <w:footerReference w:type="default" r:id="rId9"/>
      <w:pgSz w:w="12240" w:h="15840"/>
      <w:pgMar w:top="822" w:right="1077" w:bottom="822" w:left="1077" w:header="198" w:footer="1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20FE2" w14:textId="77777777" w:rsidR="005D4D3E" w:rsidRDefault="005D4D3E">
      <w:pPr>
        <w:spacing w:after="0"/>
      </w:pPr>
      <w:r>
        <w:separator/>
      </w:r>
    </w:p>
  </w:endnote>
  <w:endnote w:type="continuationSeparator" w:id="0">
    <w:p w14:paraId="3DA4C268" w14:textId="77777777" w:rsidR="005D4D3E" w:rsidRDefault="005D4D3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7D354" w14:textId="77777777" w:rsidR="00593335" w:rsidRDefault="00000000">
    <w:pPr>
      <w:pStyle w:val="Subsol"/>
      <w:jc w:val="center"/>
    </w:pPr>
    <w:r>
      <w:rPr>
        <w:color w:val="787878"/>
        <w:sz w:val="14"/>
      </w:rPr>
      <w:t>Document adaptat pentru Primăria Orașului Băile Govora · www.primaria-baile-govora.ro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3E43D" w14:textId="77777777" w:rsidR="005D4D3E" w:rsidRDefault="005D4D3E">
      <w:pPr>
        <w:spacing w:after="0"/>
      </w:pPr>
      <w:r>
        <w:separator/>
      </w:r>
    </w:p>
  </w:footnote>
  <w:footnote w:type="continuationSeparator" w:id="0">
    <w:p w14:paraId="141973BB" w14:textId="77777777" w:rsidR="005D4D3E" w:rsidRDefault="005D4D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52FC" w14:textId="77777777" w:rsidR="00593335" w:rsidRDefault="00000000">
    <w:pPr>
      <w:pStyle w:val="Antet"/>
      <w:jc w:val="center"/>
    </w:pPr>
    <w:r>
      <w:rPr>
        <w:b/>
        <w:sz w:val="16"/>
      </w:rPr>
      <w:t>ROMÂNIA · JUDEȚUL VÂLCEA</w:t>
    </w:r>
  </w:p>
  <w:p w14:paraId="03C64DC4" w14:textId="77777777" w:rsidR="00593335" w:rsidRDefault="00000000">
    <w:pPr>
      <w:spacing w:after="0"/>
      <w:jc w:val="center"/>
    </w:pPr>
    <w:r>
      <w:rPr>
        <w:b/>
        <w:color w:val="005866"/>
        <w:sz w:val="21"/>
      </w:rPr>
      <w:t>PRIMĂRIA ORAȘULUI BĂILE GOVORA</w:t>
    </w:r>
  </w:p>
  <w:p w14:paraId="69A1FEDD" w14:textId="77777777" w:rsidR="00593335" w:rsidRDefault="00000000">
    <w:pPr>
      <w:spacing w:after="0"/>
      <w:jc w:val="center"/>
    </w:pPr>
    <w:r>
      <w:rPr>
        <w:b/>
        <w:sz w:val="17"/>
      </w:rPr>
      <w:t>Compartimentul Administrarea Domeniului Public și Privat</w:t>
    </w:r>
  </w:p>
  <w:p w14:paraId="06BB5A00" w14:textId="77777777" w:rsidR="00593335" w:rsidRDefault="00000000">
    <w:pPr>
      <w:spacing w:after="0"/>
      <w:jc w:val="center"/>
    </w:pPr>
    <w:r>
      <w:rPr>
        <w:color w:val="5A5A5A"/>
        <w:sz w:val="14"/>
      </w:rPr>
      <w:t>Str. Tudor Vladimirescu, nr. 95, Băile Govora, cod 245200, județul Vâlcea</w:t>
    </w:r>
    <w:r>
      <w:rPr>
        <w:color w:val="5A5A5A"/>
        <w:sz w:val="14"/>
      </w:rPr>
      <w:br/>
      <w:t>Telefon: 0250 770 460  |  E-mail: primaria@primaria-baile-govora.ro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14884405">
    <w:abstractNumId w:val="8"/>
  </w:num>
  <w:num w:numId="2" w16cid:durableId="1108701745">
    <w:abstractNumId w:val="6"/>
  </w:num>
  <w:num w:numId="3" w16cid:durableId="955794095">
    <w:abstractNumId w:val="5"/>
  </w:num>
  <w:num w:numId="4" w16cid:durableId="2117670703">
    <w:abstractNumId w:val="4"/>
  </w:num>
  <w:num w:numId="5" w16cid:durableId="471800146">
    <w:abstractNumId w:val="7"/>
  </w:num>
  <w:num w:numId="6" w16cid:durableId="1218666525">
    <w:abstractNumId w:val="3"/>
  </w:num>
  <w:num w:numId="7" w16cid:durableId="1004162282">
    <w:abstractNumId w:val="2"/>
  </w:num>
  <w:num w:numId="8" w16cid:durableId="1280451690">
    <w:abstractNumId w:val="1"/>
  </w:num>
  <w:num w:numId="9" w16cid:durableId="1318654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3335"/>
    <w:rsid w:val="005D4D3E"/>
    <w:rsid w:val="009D2C3A"/>
    <w:rsid w:val="00AA1D8D"/>
    <w:rsid w:val="00B47730"/>
    <w:rsid w:val="00CB0664"/>
    <w:rsid w:val="00DB78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5D52FB"/>
  <w14:defaultImageDpi w14:val="300"/>
  <w15:docId w15:val="{8B06F7BE-6284-4936-A117-4ECD1EE6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ptos" w:hAnsi="Aptos"/>
      <w:sz w:val="20"/>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Mihai Mircea</cp:lastModifiedBy>
  <cp:revision>3</cp:revision>
  <dcterms:created xsi:type="dcterms:W3CDTF">2013-12-23T23:15:00Z</dcterms:created>
  <dcterms:modified xsi:type="dcterms:W3CDTF">2026-09-12T10:39:00Z</dcterms:modified>
  <cp:category/>
</cp:coreProperties>
</file>